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Folio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Fecha/hora de detección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Origen del aviso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Tipo de evento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Proceso afectado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Se activa BCP/DRP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 activación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REGISTRO CRONOLÓGICO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Hora</w:t>
            </w:r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Evento / actividad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Decisión / resultado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60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COMUNICACIONES REALIZADAS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Fecha/hora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Destinatario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Medio</w:t>
            </w:r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Mensaje / asunto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4. CIERRE DE BITÁCORA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Hora de cierre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Estado final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Servicios restablecidos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Acciones pendientes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 cierre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FO-SF-110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Bitácora de activación de contingencia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