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Revisado por: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AXEL MARTÍNEZ RENTERÍA</w:t>
              <w:br/>
              <w:t>ANALISTA ADMINISTRATIVO / OFICIAL DE SEGURIDAD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ROMINA MONSERRAT BARBOSA APODACA</w:t>
              <w:br/>
              <w:t>GERENCIA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RAÚL ERNESTO GALINDO</w:t>
              <w:br/>
              <w:t>COORDINADOR MMTO.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RAMÓN GABRIEL SALAZAR ROCHA</w:t>
              <w:br/>
              <w:t>COORDINADOR ATENCIÓN A CLIENTES</w:t>
            </w:r>
          </w:p>
        </w:tc>
      </w:tr>
    </w:tbl>
    <w:p>
      <w:r>
        <w:br w:type="page"/>
      </w: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CONTROL DE CAMBIOS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42"/>
        <w:gridCol w:w="2142"/>
        <w:gridCol w:w="2142"/>
        <w:gridCol w:w="2142"/>
        <w:gridCol w:w="2142"/>
      </w:tblGrid>
      <w:tr>
        <w:trPr>
          <w:tblHeader w:val="true"/>
        </w:trPr>
        <w:tc>
          <w:tcPr>
            <w:tcW w:type="dxa" w:w="181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Capítulo/Apartado</w:t>
            </w:r>
          </w:p>
        </w:tc>
        <w:tc>
          <w:tcPr>
            <w:tcW w:type="dxa" w:w="124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Fecha</w:t>
            </w:r>
          </w:p>
        </w:tc>
        <w:tc>
          <w:tcPr>
            <w:tcW w:type="dxa" w:w="351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Descripción del Cambio</w:t>
            </w:r>
          </w:p>
        </w:tc>
        <w:tc>
          <w:tcPr>
            <w:tcW w:type="dxa" w:w="238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Editor</w:t>
            </w:r>
          </w:p>
        </w:tc>
        <w:tc>
          <w:tcPr>
            <w:tcW w:type="dxa" w:w="73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Versión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Creación</w:t>
            </w:r>
          </w:p>
        </w:tc>
        <w:tc>
          <w:tcPr>
            <w:tcW w:type="dxa" w:w="124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05/06/2026</w:t>
            </w:r>
          </w:p>
        </w:tc>
        <w:tc>
          <w:tcPr>
            <w:tcW w:type="dxa" w:w="351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Creación del formato para documentar autorización, liberación, monitoreo y reverso de cambios.</w:t>
            </w:r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Control Interno / Seguridad de la Información</w:t>
            </w:r>
          </w:p>
        </w:tc>
        <w:tc>
          <w:tcPr>
            <w:tcW w:type="dxa" w:w="73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Edición General</w:t>
            </w:r>
          </w:p>
        </w:tc>
        <w:tc>
          <w:tcPr>
            <w:tcW w:type="dxa" w:w="124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05/06/2026</w:t>
            </w:r>
          </w:p>
        </w:tc>
        <w:tc>
          <w:tcPr>
            <w:tcW w:type="dxa" w:w="351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Emisión inicial del documento para cumplimiento del Anexo 10 RMF 2026.</w:t>
            </w:r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Control Interno / Seguridad de la Información</w:t>
            </w:r>
          </w:p>
        </w:tc>
        <w:tc>
          <w:tcPr>
            <w:tcW w:type="dxa" w:w="73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1. DATOS DE AUTORIZACIÓN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7200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Valor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Folio GLPI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Folio FO-SF-116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Folio FO-SF-117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Tipo de cambio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Estándar / Normal / Urgente / Mayor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Prioridad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 / 2 / 3 / 4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Categoría de autorización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Mayor / Medio / Menor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Autorizador requerido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CAB / Coordinador de Cambios / Gerencia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Fecha y hora de autorización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2. VENTANA DE LIBERACIÓN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7200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Valor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Inicio programado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Fin programado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Inicio real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Fin real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Responsable de liberación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Responsable de validación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Ambiente liberado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Producción / Preproducción / Otro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Respaldo previo confirmado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Sí / No / No aplica</w:t>
            </w:r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3. RESULTADO DE LIBERACIÓN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42"/>
        <w:gridCol w:w="2142"/>
        <w:gridCol w:w="2142"/>
        <w:gridCol w:w="2142"/>
        <w:gridCol w:w="2142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Actividad ejecutada</w:t>
            </w:r>
          </w:p>
        </w:tc>
        <w:tc>
          <w:tcPr>
            <w:tcW w:type="dxa" w:w="170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Responsable</w:t>
            </w:r>
          </w:p>
        </w:tc>
        <w:tc>
          <w:tcPr>
            <w:tcW w:type="dxa" w:w="113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Hora</w:t>
            </w:r>
          </w:p>
        </w:tc>
        <w:tc>
          <w:tcPr>
            <w:tcW w:type="dxa" w:w="215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Resultado</w:t>
            </w:r>
          </w:p>
        </w:tc>
        <w:tc>
          <w:tcPr>
            <w:tcW w:type="dxa" w:w="221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Evidencia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13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15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1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13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15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1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13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15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1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13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15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1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4. MONITOREO DE 24 HORAS Y PRUEBAS POSTERIORES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77"/>
        <w:gridCol w:w="2677"/>
        <w:gridCol w:w="2677"/>
        <w:gridCol w:w="2677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Elemento monitoreado</w:t>
            </w:r>
          </w:p>
        </w:tc>
        <w:tc>
          <w:tcPr>
            <w:tcW w:type="dxa" w:w="226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Resultado</w:t>
            </w:r>
          </w:p>
        </w:tc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Evidencia</w:t>
            </w:r>
          </w:p>
        </w:tc>
        <w:tc>
          <w:tcPr>
            <w:tcW w:type="dxa" w:w="209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Responsable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Disponibilidad del servicio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09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Errores o alertas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09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Bitácoras del monedero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09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Transacciones de prueba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09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Atención a clientes / usuarios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09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5. REVERSO DEL CAMBIO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7200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Valor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¿Se activó reverso?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Sí / No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Motivo del reverso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Versión/configuración restaurada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Hora de inicio de reverso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Hora de cierre de reverso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Resultado del reverso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Exitoso / Parcial / Fallido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Causa raíz preliminar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Acción correctiva posterior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6. FIRMAS DE CIERRE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42"/>
        <w:gridCol w:w="2142"/>
        <w:gridCol w:w="2142"/>
        <w:gridCol w:w="2142"/>
        <w:gridCol w:w="2142"/>
      </w:tblGrid>
      <w:tr>
        <w:trPr>
          <w:tblHeader w:val="true"/>
        </w:trPr>
        <w:tc>
          <w:tcPr>
            <w:tcW w:type="dxa" w:w="187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Rol</w:t>
            </w:r>
          </w:p>
        </w:tc>
        <w:tc>
          <w:tcPr>
            <w:tcW w:type="dxa" w:w="226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Nombre</w:t>
            </w:r>
          </w:p>
        </w:tc>
        <w:tc>
          <w:tcPr>
            <w:tcW w:type="dxa" w:w="226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Decisión</w:t>
            </w:r>
          </w:p>
        </w:tc>
        <w:tc>
          <w:tcPr>
            <w:tcW w:type="dxa" w:w="198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Firma/rúbrica</w:t>
            </w:r>
          </w:p>
        </w:tc>
        <w:tc>
          <w:tcPr>
            <w:tcW w:type="dxa" w:w="164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Fecha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Responsable técnico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Cerrado / Pendiente</w:t>
            </w:r>
          </w:p>
        </w:tc>
        <w:tc>
          <w:tcPr>
            <w:tcW w:type="dxa" w:w="198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64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Coordinador de Cambios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Cerrado / Pendiente</w:t>
            </w:r>
          </w:p>
        </w:tc>
        <w:tc>
          <w:tcPr>
            <w:tcW w:type="dxa" w:w="198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64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Oficial de Seguridad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Cerrado / Pendiente</w:t>
            </w:r>
          </w:p>
        </w:tc>
        <w:tc>
          <w:tcPr>
            <w:tcW w:type="dxa" w:w="198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64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Dueño del proceso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Cerrado / Pendiente</w:t>
            </w:r>
          </w:p>
        </w:tc>
        <w:tc>
          <w:tcPr>
            <w:tcW w:type="dxa" w:w="198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64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65" w:right="765" w:bottom="765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 w:after="0"/>
      <w:jc w:val="left"/>
      <w:pBdr>
        <w:top w:val="single" w:sz="4" w:space="4" w:color="7F7F7F"/>
      </w:pBdr>
    </w:pPr>
    <w:r>
      <w:rPr>
        <w:rFonts w:ascii="Arial" w:hAnsi="Arial"/>
        <w:b w:val="0"/>
        <w:sz w:val="12"/>
      </w:rPr>
      <w:t xml:space="preserve">El contenido de este documento pertenece enteramente a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 y es de carácter estrictamente confidencial. Este material deberá permanecer en todo momento en el ambiente interno de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</w:t>
    </w:r>
  </w:p>
  <w:p>
    <w:pPr>
      <w:spacing w:after="0"/>
    </w:pP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142"/>
      <w:gridCol w:w="2142"/>
      <w:gridCol w:w="2142"/>
      <w:gridCol w:w="2142"/>
      <w:gridCol w:w="2142"/>
    </w:tblGrid>
    <w:tr>
      <w:tc>
        <w:tcPr>
          <w:tcW w:type="dxa" w:w="170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/>
              <w:color w:val="000000"/>
              <w:sz w:val="20"/>
            </w:rPr>
            <w:t>FO-SF-118</w:t>
          </w:r>
        </w:p>
      </w:tc>
      <w:tc>
        <w:tcPr>
          <w:tcW w:type="dxa" w:w="6633"/>
          <w:gridSpan w:val="3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/>
              <w:color w:val="000000"/>
              <w:sz w:val="18"/>
            </w:rPr>
            <w:t>Acta de autorización, liberación y reverso de cambio</w:t>
          </w:r>
        </w:p>
      </w:tc>
      <w:tc>
        <w:tcPr>
          <w:tcW w:type="dxa" w:w="1814"/>
          <w:vMerge w:val="restart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450000" cy="4038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O-SF-108_Acta_de_prueba_BCP.docx_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4038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/>
              <w:b/>
              <w:sz w:val="16"/>
            </w:rPr>
            <w:br/>
            <w:t>SENDERO FUEL</w:t>
          </w:r>
        </w:p>
      </w:tc>
    </w:tr>
    <w:tr>
      <w:tc>
        <w:tcPr>
          <w:tcW w:type="dxa" w:w="170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Emisión:</w:t>
            <w:br/>
            <w:t>05/06/2026</w:t>
          </w:r>
        </w:p>
      </w:tc>
      <w:tc>
        <w:tcPr>
          <w:tcW w:type="dxa" w:w="2268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Revisión: 05/06/2026</w:t>
          </w:r>
        </w:p>
      </w:tc>
      <w:tc>
        <w:tcPr>
          <w:tcW w:type="dxa" w:w="238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Versión: 1</w:t>
          </w:r>
        </w:p>
      </w:tc>
      <w:tc>
        <w:tcPr>
          <w:tcW w:type="dxa" w:w="1984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Formato</w:t>
          </w:r>
        </w:p>
      </w:tc>
      <w:tc>
        <w:tcPr>
          <w:tcW w:type="dxa" w:w="1814"/>
          <w:vMerge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/>
      </w:tc>
    </w:tr>
    <w:tr>
      <w:tc>
        <w:tcPr>
          <w:tcW w:type="dxa" w:w="8334"/>
          <w:gridSpan w:val="4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left"/>
          </w:pPr>
          <w:r/>
          <w:r>
            <w:rPr>
              <w:rFonts w:ascii="Arial" w:hAnsi="Arial"/>
              <w:b w:val="0"/>
              <w:color w:val="000000"/>
              <w:sz w:val="17"/>
            </w:rPr>
            <w:t>Área: CONTROL INTERNO</w:t>
          </w:r>
        </w:p>
      </w:tc>
      <w:tc>
        <w:tcPr>
          <w:tcW w:type="dxa" w:w="1814"/>
          <w:vMerge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