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7048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ergo_logo_cr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04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134A9C"/>
          <w:sz w:val="28"/>
        </w:rPr>
        <w:t>FO-SF-124</w:t>
      </w:r>
    </w:p>
    <w:p>
      <w:pPr>
        <w:jc w:val="center"/>
      </w:pPr>
      <w:r>
        <w:rPr>
          <w:rFonts w:ascii="Calibri" w:hAnsi="Calibri"/>
          <w:b/>
          <w:color w:val="0A2A66"/>
          <w:sz w:val="32"/>
        </w:rPr>
        <w:t>Clasificación de vulnerabilidades</w:t>
      </w:r>
    </w:p>
    <w:p>
      <w:pPr>
        <w:jc w:val="center"/>
      </w:pPr>
      <w:r>
        <w:rPr>
          <w:rFonts w:ascii="Calibri" w:hAnsi="Calibri"/>
          <w:color w:val="646464"/>
          <w:sz w:val="20"/>
        </w:rPr>
        <w:t>Punto 49 del Anexo 10 RMF 2026 | Monedero electrónico de combustibles</w:t>
      </w:r>
    </w:p>
    <w:p/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Empresa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SENDERO FUEL S.A. DE C.V.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Fecha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29/06/2026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Área responsable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 / TI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Versión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1.0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Código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FO-SF-124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Estatus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Preoperativo / controlado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Elaboró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Revisó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TI / Control Interno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Referencia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PR-SF-014; documentación técnica integral del monedero; reporte SF-P49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Monedero electrónico de combustibles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Criterios de severidad y SLA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rPr>
          <w:tblHeader w:val="true"/>
        </w:trPr>
        <w:tc>
          <w:tcPr>
            <w:tcW w:type="dxa" w:w="144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Severidad</w:t>
            </w:r>
          </w:p>
        </w:tc>
        <w:tc>
          <w:tcPr>
            <w:tcW w:type="dxa" w:w="604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Rango CVSS / criterio</w:t>
            </w:r>
          </w:p>
        </w:tc>
        <w:tc>
          <w:tcPr>
            <w:tcW w:type="dxa" w:w="2016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SLA</w:t>
            </w:r>
          </w:p>
        </w:tc>
        <w:tc>
          <w:tcPr>
            <w:tcW w:type="dxa" w:w="432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Tratamiento</w:t>
            </w:r>
          </w:p>
        </w:tc>
      </w:tr>
      <w:tr>
        <w:trPr>
          <w:cantSplit/>
        </w:trPr>
        <w:tc>
          <w:tcPr>
            <w:tcW w:type="dxa" w:w="1440"/>
            <w:vAlign w:val="top"/>
            <w:shd w:fill="F4CC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Crítica</w:t>
            </w:r>
          </w:p>
        </w:tc>
        <w:tc>
          <w:tcPr>
            <w:tcW w:type="dxa" w:w="60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CVSS 9.0-10.0; explotación remota, bypass de autenticación, exposición de credenciales, RCE o afectación directa a producción.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Mitigación inmediata; cierre ≤ 72 horas.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Escalar a Dirección y aplicar controles compensatorios inmediatos.</w:t>
            </w:r>
          </w:p>
        </w:tc>
      </w:tr>
      <w:tr>
        <w:trPr>
          <w:cantSplit/>
        </w:trPr>
        <w:tc>
          <w:tcPr>
            <w:tcW w:type="dxa" w:w="1440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60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CVSS 7.0-8.9; exposición importante, configuración insegura explotable, acceso no autorizado parcial o pérdida de trazabilidad.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Cierre ≤ 15 días naturales.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Mitigación temporal obligatoria si el activo es crítico.</w:t>
            </w:r>
          </w:p>
        </w:tc>
      </w:tr>
      <w:tr>
        <w:trPr>
          <w:cantSplit/>
        </w:trPr>
        <w:tc>
          <w:tcPr>
            <w:tcW w:type="dxa" w:w="1440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60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CVSS 4.0-6.9; requiere condiciones adicionales, acceso interno o impacto limitado.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Cierre ≤ 30 días naturales.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Atender en ventana aprobada o siguiente liberación.</w:t>
            </w:r>
          </w:p>
        </w:tc>
      </w:tr>
      <w:tr>
        <w:trPr>
          <w:cantSplit/>
        </w:trPr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Baja</w:t>
            </w:r>
          </w:p>
        </w:tc>
        <w:tc>
          <w:tcPr>
            <w:tcW w:type="dxa" w:w="60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CVSS 0.1-3.9; bajo impacto o baja probabilidad de explotación.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Cierre ≤ 60-90 días.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Incluir en hardening programado.</w:t>
            </w:r>
          </w:p>
        </w:tc>
      </w:tr>
      <w:tr>
        <w:trPr>
          <w:cantSplit/>
        </w:trPr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Informativa</w:t>
            </w:r>
          </w:p>
        </w:tc>
        <w:tc>
          <w:tcPr>
            <w:tcW w:type="dxa" w:w="60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Sin vulnerabilidad directa; mejora de postura o evidencia.</w:t>
            </w:r>
          </w:p>
        </w:tc>
        <w:tc>
          <w:tcPr>
            <w:tcW w:type="dxa" w:w="201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Plan de mejora continua.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Registrar y evaluar en revisión semestral.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Clasificación de hallazgos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115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ID</w:t>
            </w:r>
          </w:p>
        </w:tc>
        <w:tc>
          <w:tcPr>
            <w:tcW w:type="dxa" w:w="216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Activo</w:t>
            </w:r>
          </w:p>
        </w:tc>
        <w:tc>
          <w:tcPr>
            <w:tcW w:type="dxa" w:w="187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Categoría</w:t>
            </w:r>
          </w:p>
        </w:tc>
        <w:tc>
          <w:tcPr>
            <w:tcW w:type="dxa" w:w="100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Sev.</w:t>
            </w:r>
          </w:p>
        </w:tc>
        <w:tc>
          <w:tcPr>
            <w:tcW w:type="dxa" w:w="864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CVSS</w:t>
            </w:r>
          </w:p>
        </w:tc>
        <w:tc>
          <w:tcPr>
            <w:tcW w:type="dxa" w:w="6336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Justificación de clasificación</w:t>
            </w:r>
          </w:p>
        </w:tc>
        <w:tc>
          <w:tcPr>
            <w:tcW w:type="dxa" w:w="172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Requiere mitigación inmediata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SF49-PT-001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FW-FG200F-03 / FW-FTNET-NGX-01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Perímetro / administración</w:t>
            </w:r>
          </w:p>
        </w:tc>
        <w:tc>
          <w:tcPr>
            <w:tcW w:type="dxa" w:w="1008"/>
            <w:vAlign w:val="top"/>
            <w:shd w:fill="F4CC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9.1</w:t>
            </w:r>
          </w:p>
        </w:tc>
        <w:tc>
          <w:tcPr>
            <w:tcW w:type="dxa" w:w="63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Severidad ajustada por criticidad del activo, exposición, facilidad de explotación y posible impacto en continuidad/trazabilidad del monedero.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Sí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SF49-PT-002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SRV-MON-APP-QA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Portal QA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8.2</w:t>
            </w:r>
          </w:p>
        </w:tc>
        <w:tc>
          <w:tcPr>
            <w:tcW w:type="dxa" w:w="63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Severidad ajustada por criticidad del activo, exposición, facilidad de explotación y posible impacto en continuidad/trazabilidad del monedero.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Sí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SF49-PT-003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SRV-MON-SER-QA / Portal Clientes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API / Web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8.0</w:t>
            </w:r>
          </w:p>
        </w:tc>
        <w:tc>
          <w:tcPr>
            <w:tcW w:type="dxa" w:w="63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Severidad ajustada por criticidad del activo, exposición, facilidad de explotación y posible impacto en continuidad/trazabilidad del monedero.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Sí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SF49-PT-004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SW-ARUBA-2930 / SW-HP-NGX-01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Switches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7.5</w:t>
            </w:r>
          </w:p>
        </w:tc>
        <w:tc>
          <w:tcPr>
            <w:tcW w:type="dxa" w:w="63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Severidad ajustada por criticidad del activo, exposición, facilidad de explotación y posible impacto en continuidad/trazabilidad del monedero.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Sí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SF49-PT-005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SRV-NAS-APP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NAS / archivos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8.1</w:t>
            </w:r>
          </w:p>
        </w:tc>
        <w:tc>
          <w:tcPr>
            <w:tcW w:type="dxa" w:w="63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Severidad ajustada por criticidad del activo, exposición, facilidad de explotación y posible impacto en continuidad/trazabilidad del monedero.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Sí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SF49-PT-006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SRV-MON-DB-DV / SRV-MON-DB-QA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Bases de datos no productivas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8.3</w:t>
            </w:r>
          </w:p>
        </w:tc>
        <w:tc>
          <w:tcPr>
            <w:tcW w:type="dxa" w:w="63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Severidad ajustada por criticidad del activo, exposición, facilidad de explotación y posible impacto en continuidad/trazabilidad del monedero.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Sí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SF49-PT-007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Portal Clientes / API OTP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Autenticación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8.4</w:t>
            </w:r>
          </w:p>
        </w:tc>
        <w:tc>
          <w:tcPr>
            <w:tcW w:type="dxa" w:w="63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Severidad ajustada por criticidad del activo, exposición, facilidad de explotación y posible impacto en continuidad/trazabilidad del monedero.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Sí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SF49-PT-008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SRV-GLPI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Soporte / gestión</w:t>
            </w:r>
          </w:p>
        </w:tc>
        <w:tc>
          <w:tcPr>
            <w:tcW w:type="dxa" w:w="1008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6.8</w:t>
            </w:r>
          </w:p>
        </w:tc>
        <w:tc>
          <w:tcPr>
            <w:tcW w:type="dxa" w:w="63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Severidad ajustada por criticidad del activo, exposición, facilidad de explotación y posible impacto en continuidad/trazabilidad del monedero.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SF49-PT-009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SRV-MON-APP-DV / SRV-MON-SER-DV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Desarrollo</w:t>
            </w:r>
          </w:p>
        </w:tc>
        <w:tc>
          <w:tcPr>
            <w:tcW w:type="dxa" w:w="1008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6.5</w:t>
            </w:r>
          </w:p>
        </w:tc>
        <w:tc>
          <w:tcPr>
            <w:tcW w:type="dxa" w:w="63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Severidad ajustada por criticidad del activo, exposición, facilidad de explotación y posible impacto en continuidad/trazabilidad del monedero.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SF49-PT-010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HST-PRLN-01/02/03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VMware / gestión</w:t>
            </w:r>
          </w:p>
        </w:tc>
        <w:tc>
          <w:tcPr>
            <w:tcW w:type="dxa" w:w="1008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6.4</w:t>
            </w:r>
          </w:p>
        </w:tc>
        <w:tc>
          <w:tcPr>
            <w:tcW w:type="dxa" w:w="63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Severidad ajustada por criticidad del activo, exposición, facilidad de explotación y posible impacto en continuidad/trazabilidad del monedero.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SF49-PT-011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Estaciones afiliadas / equipos de dispensario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Operación transaccional</w:t>
            </w:r>
          </w:p>
        </w:tc>
        <w:tc>
          <w:tcPr>
            <w:tcW w:type="dxa" w:w="1008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8.6</w:t>
            </w:r>
          </w:p>
        </w:tc>
        <w:tc>
          <w:tcPr>
            <w:tcW w:type="dxa" w:w="63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Severidad ajustada por criticidad del activo, exposición, facilidad de explotación y posible impacto en continuidad/trazabilidad del monedero.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Sí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SF49-PT-012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Repositorios / CI-CD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Código y pipelines</w:t>
            </w:r>
          </w:p>
        </w:tc>
        <w:tc>
          <w:tcPr>
            <w:tcW w:type="dxa" w:w="1008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86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6.7</w:t>
            </w:r>
          </w:p>
        </w:tc>
        <w:tc>
          <w:tcPr>
            <w:tcW w:type="dxa" w:w="6336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Severidad ajustada por criticidad del activo, exposición, facilidad de explotación y posible impacto en continuidad/trazabilidad del monedero.</w:t>
            </w:r>
          </w:p>
        </w:tc>
        <w:tc>
          <w:tcPr>
            <w:tcW w:type="dxa" w:w="172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No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4"/>
      </w:rPr>
      <w:t>FO-SF-124 | SENDERO FUEL S.A. DE C.V. | Documento de trabajo controlado | Confidencial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  <w:tbl>
    <w:tblPr>
      <w:tblStyle w:val="TableGrid"/>
      <w:tblW w:type="auto" w:w="0"/>
      <w:jc w:val="center"/>
      <w:tblLayout w:type="autofit"/>
      <w:tblLook w:firstColumn="1" w:firstRow="1" w:lastColumn="0" w:lastRow="0" w:noHBand="0" w:noVBand="1" w:val="04A0"/>
    </w:tblPr>
    <w:tblGrid>
      <w:gridCol w:w="2700"/>
      <w:gridCol w:w="2700"/>
      <w:gridCol w:w="2700"/>
      <w:gridCol w:w="2700"/>
    </w:tblGrid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FO-SF-124</w:t>
          </w:r>
        </w:p>
      </w:tc>
      <w:tc>
        <w:tcPr>
          <w:tcW w:type="dxa" w:w="2880"/>
          <w:gridSpan w:val="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Clasificación de vulnerabilidades</w:t>
          </w:r>
        </w:p>
      </w:tc>
      <w:tc>
        <w:tcPr>
          <w:tcW w:type="dxa" w:w="2592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sz w:val="14"/>
            </w:rPr>
            <w:drawing>
              <wp:inline xmlns:a="http://schemas.openxmlformats.org/drawingml/2006/main" xmlns:pic="http://schemas.openxmlformats.org/drawingml/2006/picture">
                <wp:extent cx="1143000" cy="44053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nergo_logo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44053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Emisión: 29/06/2026</w:t>
          </w:r>
        </w:p>
      </w:tc>
      <w:tc>
        <w:tcPr>
          <w:tcW w:type="dxa" w:w="360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Versión: 1.0</w:t>
          </w:r>
        </w:p>
      </w:tc>
      <w:tc>
        <w:tcPr>
          <w:tcW w:type="dxa" w:w="288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Área: Seguridad de la Información / TI</w:t>
          </w:r>
        </w:p>
      </w:tc>
      <w:tc>
        <w:tcPr>
          <w:tcW w:type="dxa" w:w="259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Confidencial - uso interno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34A9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A2A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A2A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