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26"/>
        <w:gridCol w:w="2926"/>
        <w:gridCol w:w="2926"/>
        <w:gridCol w:w="2926"/>
        <w:gridCol w:w="2926"/>
      </w:tblGrid>
      <w:tr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0"/>
              </w:rPr>
              <w:t>FO-SF-0090</w:t>
            </w:r>
          </w:p>
        </w:tc>
        <w:tc>
          <w:tcPr>
            <w:tcW w:type="dxa" w:w="8778"/>
            <w:gridSpan w:val="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1"/>
              </w:rPr>
              <w:t>REGISTRO DE INCIDENTES Y EXCEPCIONES DE RESPALDO</w:t>
            </w:r>
          </w:p>
        </w:tc>
        <w:tc>
          <w:tcPr>
            <w:tcW w:type="dxa" w:w="2926"/>
            <w:vMerge w:val="restart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/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28"/>
              </w:rPr>
              <w:t>SENDERO</w:t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28"/>
              </w:rPr>
              <w:t>FUEL</w:t>
            </w:r>
          </w:p>
        </w:tc>
      </w:tr>
      <w:tr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Emisión:</w:t>
              <w:br/>
              <w:t>___/___/______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Revisión:</w:t>
              <w:br/>
              <w:t>___/___/______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Versión: 1</w:t>
            </w:r>
          </w:p>
        </w:tc>
        <w:tc>
          <w:tcPr>
            <w:tcW w:type="dxa" w:w="292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Formato</w:t>
            </w:r>
          </w:p>
        </w:tc>
        <w:tc>
          <w:tcPr>
            <w:tcW w:type="dxa" w:w="2926"/>
            <w:vMerge/>
          </w:tcPr>
          <w:p/>
        </w:tc>
      </w:tr>
      <w:tr>
        <w:tc>
          <w:tcPr>
            <w:tcW w:type="dxa" w:w="11704"/>
            <w:gridSpan w:val="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TI / SEGURIDAD DE LA INFORMACIÓN</w:t>
            </w:r>
          </w:p>
        </w:tc>
        <w:tc>
          <w:tcPr>
            <w:tcW w:type="dxa" w:w="2926"/>
            <w:vMerge/>
          </w:tcPr>
          <w:p/>
        </w:tc>
      </w:tr>
    </w:tbl>
    <w:p/>
    <w:p>
      <w:pPr>
        <w:spacing w:before="100" w:after="60"/>
      </w:pPr>
      <w:r>
        <w:rPr>
          <w:rFonts w:ascii="Aptos" w:hAnsi="Aptos" w:eastAsia="Aptos"/>
          <w:b/>
          <w:color w:val="365F91"/>
          <w:sz w:val="33"/>
        </w:rPr>
        <w:t>1. INCIDENTES Y EXCEPCIONES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26"/>
        <w:gridCol w:w="1626"/>
        <w:gridCol w:w="1626"/>
        <w:gridCol w:w="1626"/>
        <w:gridCol w:w="1626"/>
        <w:gridCol w:w="1626"/>
        <w:gridCol w:w="1626"/>
        <w:gridCol w:w="1626"/>
        <w:gridCol w:w="1626"/>
      </w:tblGrid>
      <w:tr>
        <w:trPr>
          <w:tblHeader w:val="true"/>
        </w:trP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Fecha</w:t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Sistema / activo</w:t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Tipo de evento</w:t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Descripción</w:t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Impacto</w:t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Acción inmediata</w:t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Responsable</w:t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Estatus</w:t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  <w:shd w:fill="DCE6F1" w:val="clear"/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18"/>
              </w:rPr>
              <w:t>Acción correctiva / cierre</w:t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46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263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317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17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  <w:tc>
          <w:tcPr>
            <w:tcW w:type="dxa" w:w="190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spacing w:before="0" w:after="0" w:line="259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7"/>
              </w:rPr>
            </w:r>
          </w:p>
        </w:tc>
      </w:tr>
    </w:tbl>
    <w:p/>
    <w:sectPr w:rsidR="00FC693F" w:rsidRPr="0006063C" w:rsidSect="00034616">
      <w:footerReference w:type="default" r:id="rId9"/>
      <w:pgSz w:w="15840" w:h="12240" w:orient="landscape"/>
      <w:pgMar w:top="605" w:right="605" w:bottom="605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8B8B8B"/>
        <w:sz w:val="17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