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FO-SF-0087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REGISTRO DE RESGUARDO EXTERNO Y CADENA DE CUSTODIA DE RESPALDOS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 / ADMINISTRACIÓN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CADENA DE CUSTODIA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6"/>
        <w:gridCol w:w="1626"/>
        <w:gridCol w:w="1626"/>
        <w:gridCol w:w="1626"/>
        <w:gridCol w:w="1626"/>
        <w:gridCol w:w="1626"/>
        <w:gridCol w:w="1626"/>
        <w:gridCol w:w="1626"/>
        <w:gridCol w:w="1626"/>
      </w:tblGrid>
      <w:tr>
        <w:trPr>
          <w:tblHeader w:val="true"/>
        </w:trP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Respaldo / identificador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Medio</w:t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Ubicación externa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Entregó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Recibió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Condición del medio</w:t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 de retorno / disposición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Observaciones</w:t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19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