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2"/>
              </w:rPr>
              <w:t>FO-SF-103</w:t>
            </w:r>
          </w:p>
        </w:tc>
        <w:tc>
          <w:tcPr>
            <w:tcW w:type="dxa" w:w="5782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SOLICITUD Y AUTORIZACIÓN PARA USO DE EQUIPO FUERA DE OFICINAS</w:t>
            </w:r>
          </w:p>
        </w:tc>
        <w:tc>
          <w:tcPr>
            <w:tcW w:type="dxa" w:w="181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2641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41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Emisión: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Revisión: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Versión: 1</w:t>
            </w:r>
          </w:p>
        </w:tc>
        <w:tc>
          <w:tcPr>
            <w:tcW w:type="dxa" w:w="181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7766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left"/>
            </w:pPr>
            <w:r/>
            <w:r>
              <w:rPr>
                <w:rFonts w:ascii="Calibri" w:hAnsi="Calibri" w:eastAsia="Calibri"/>
                <w:b w:val="0"/>
                <w:sz w:val="17"/>
              </w:rPr>
              <w:t>Área: CONTROL INTERNO / SEGURIDAD DE LA INFORMACIÓN</w:t>
            </w:r>
          </w:p>
        </w:tc>
        <w:tc>
          <w:tcPr>
            <w:tcW w:type="dxa" w:w="18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SENDERO FUEL</w:t>
            </w:r>
          </w:p>
        </w:tc>
      </w:tr>
    </w:tbl>
    <w:p>
      <w:pPr>
        <w:spacing w:after="160"/>
      </w:pPr>
    </w:p>
    <w:p>
      <w:pPr>
        <w:spacing w:after="160"/>
        <w:pBdr>
          <w:bottom w:val="single" w:sz="8" w:space="1" w:color="3D7FDB"/>
        </w:pBdr>
      </w:pPr>
    </w:p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1. DATOS GENERALES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Folio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 de solicitud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Tipo de uso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Salida temporal  ☐ Trabajo remoto recurrente  ☐ Visita a cliente/proveedor  ☐ Soporte fuera de oficina  ☐ Otro: ____________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Periodo solicitado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Desde: ____/____/______    Hasta: ____/____/______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Urgencia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Normal  ☐ Urgente justificada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Motivo / justificación operativa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2. DATOS DEL USUARIO CUSTODIO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Nombre completo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Área / puesto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Correo / usuario institucional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Jefe inmediato / coordinador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Tipo de relación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Colaborador  ☐ Proveedor  ☐ Consultor  ☐ Tercero autorizado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Confidencialidad / contrato vigente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Sí  ☐ No  ☐ N/A    Referencia: ____________________________</w:t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3. EQUIPO O ACTIVO SOLICITADO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Activo / tipo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Laptop  ☐ Teléfono  ☐ Tableta  ☐ Token/MFA  ☐ Medio removible  ☐ Otro: ____________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ID de activo / etiqueta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Marca / modelo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Número de serie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Propiedad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SENDERO FUEL  ☐ Proveedor autorizado  ☐ Tercero autorizado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Accesorios entregados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Cargador  ☐ Mouse  ☐ Maletín  ☐ Token  ☐ Otro: ____________</w:t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4. SISTEMAS, INFORMACIÓN Y UBICACIÓN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Sistemas a utilizar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Monedero  ☐ ERP  ☐ Correo  ☐ VPN  ☐ Mesa de ayuda  ☐ Otro: ____________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Información de contribuyentes involucrada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Sí  ☐ No    Descripción: ______________________________________________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Ubicación estimada de uso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Red / conexión prevista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Red doméstica  ☐ Red móvil  ☐ Sitio de tercero  ☐ VPN obligatoria  ☐ Otro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Restricciones especiales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5. VALIDACIÓN Y AUTORIZACIÓN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Validación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Sí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No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Observaciones / referencia</w:t>
            </w:r>
          </w:p>
        </w:tc>
      </w:tr>
      <w:t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Equipo registrado en inventario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Usuario autorizado para los sistemas requeridos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Necesidad operativa justificada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Checklist técnico FO-SF-104 requerido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Responsiva FO-SF-105 requerida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Autorización aprobada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Solicita usuario custodio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Vo. Bo. Coordinador / jefe inmediato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Valida Oficial de Seguridad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Autoriza TI / Proveedor TI</w:t>
            </w:r>
          </w:p>
        </w:tc>
      </w:tr>
      <w:tr>
        <w:trPr>
          <w:cantSplit/>
          <w:trHeight w:val="900" w:hRule="atLeast"/>
        </w:trP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</w:tr>
    </w:tbl>
    <w:sectPr w:rsidR="00FC693F" w:rsidRPr="0006063C" w:rsidSect="00034616"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