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p14">
  <w:body>
    <w:tbl>
      <w:tblPr>
        <w:tblW w:w="10872" w:type="dxa"/>
        <w:jc w:val="center"/>
        <w:tblLayout w:type="fixed"/>
        <w:tblLook w:val="04A0" w:firstRow="1" w:lastRow="0" w:firstColumn="1" w:lastColumn="0" w:noHBand="0" w:noVBand="1"/>
        <w:tblBorders>
          <w:top w:val="single" w:color="8C8C8C" w:sz="12" w:space="0"/>
          <w:left w:val="single" w:color="8C8C8C" w:sz="12" w:space="0"/>
          <w:bottom w:val="single" w:color="8C8C8C" w:sz="12" w:space="0"/>
          <w:right w:val="single" w:color="8C8C8C" w:sz="12" w:space="0"/>
          <w:insideH w:val="single" w:color="8C8C8C" w:sz="12" w:space="0"/>
          <w:insideV w:val="single" w:color="8C8C8C" w:sz="12" w:space="0"/>
        </w:tblBorders>
      </w:tblPr>
      <w:tblGrid>
        <w:gridCol w:w="2264"/>
        <w:gridCol w:w="2264"/>
        <w:gridCol w:w="2264"/>
        <w:gridCol w:w="2264"/>
        <w:gridCol w:w="2264"/>
      </w:tblGrid>
      <w:tr xmlns:wp14="http://schemas.microsoft.com/office/word/2010/wordml" w14:paraId="0FD8FB44" wp14:textId="77777777">
        <w:tc>
          <w:tcPr>
            <w:tcW w:w="2088" w:type="dxa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170F1AD" wp14:textId="77777777">
            <w:pPr>
              <w:jc w:val="center"/>
            </w:pPr>
            <w:r>
              <w:rPr>
                <w:rFonts w:ascii="Calibri" w:hAnsi="Calibri" w:eastAsia="Calibri"/>
                <w:b/>
                <w:sz w:val="25"/>
              </w:rPr>
              <w:t>FO-SF-0057</w:t>
            </w:r>
          </w:p>
        </w:tc>
        <w:tc>
          <w:tcPr>
            <w:tcW w:w="6264" w:type="dxa"/>
            <w:gridSpan w:val="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 w14:paraId="259659D2" wp14:textId="77777777">
            <w:pPr>
              <w:jc w:val="center"/>
            </w:pPr>
            <w:r>
              <w:rPr>
                <w:rFonts w:ascii="Calibri" w:hAnsi="Calibri" w:eastAsia="Calibri"/>
                <w:b/>
                <w:sz w:val="25"/>
              </w:rPr>
              <w:t>SOLICITUD Y AUTORIZACIÓN DE ACCESO AL</w:t>
            </w:r>
            <w:r>
              <w:rPr>
                <w:rFonts w:ascii="Calibri" w:hAnsi="Calibri" w:eastAsia="Calibri"/>
                <w:b/>
                <w:sz w:val="25"/>
              </w:rPr>
              <w:br/>
            </w:r>
            <w:r>
              <w:rPr>
                <w:rFonts w:ascii="Calibri" w:hAnsi="Calibri" w:eastAsia="Calibri"/>
                <w:b/>
                <w:sz w:val="25"/>
              </w:rPr>
              <w:t>CÓDIGO FUENTE</w:t>
            </w:r>
          </w:p>
        </w:tc>
        <w:tc>
          <w:tcPr>
            <w:tcW w:w="2520" w:type="dxa"/>
            <w:vMerge w:val="restart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 w14:paraId="672A6659" wp14:textId="77777777"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 xmlns:wp14="http://schemas.microsoft.com/office/word/2010/wordprocessingDrawing" wp14:anchorId="64CB4C7A" wp14:editId="7777777">
                  <wp:extent cx="914400" cy="25809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580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27E543B6" wp14:textId="77777777">
            <w:pPr>
              <w:jc w:val="center"/>
            </w:pPr>
            <w:r>
              <w:rPr>
                <w:rFonts w:ascii="Calibri" w:hAnsi="Calibri" w:eastAsia="Calibri"/>
                <w:b/>
                <w:sz w:val="30"/>
              </w:rPr>
              <w:t>SENDERO FUEL</w:t>
            </w:r>
          </w:p>
        </w:tc>
      </w:tr>
      <w:tr xmlns:wp14="http://schemas.microsoft.com/office/word/2010/wordml" w14:paraId="4E0CA593" wp14:textId="77777777">
        <w:tc>
          <w:tcPr>
            <w:tcW w:w="2088" w:type="dxa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 w14:paraId="35BCB89A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Emisión: 8/4/2026</w:t>
            </w:r>
          </w:p>
        </w:tc>
        <w:tc>
          <w:tcPr>
            <w:tcW w:w="2088" w:type="dxa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 w14:paraId="0A1B3D3F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Revisión: 8/4/2026</w:t>
            </w:r>
          </w:p>
        </w:tc>
        <w:tc>
          <w:tcPr>
            <w:tcW w:w="2088" w:type="dxa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 w14:paraId="2BC5D4D1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Versión: 1</w:t>
            </w:r>
          </w:p>
        </w:tc>
        <w:tc>
          <w:tcPr>
            <w:tcW w:w="2088" w:type="dxa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 w14:paraId="656C8987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Formato</w:t>
            </w:r>
          </w:p>
        </w:tc>
        <w:tc>
          <w:tcPr>
            <w:tcW w:w="2520" w:type="dxa"/>
            <w:vMerge/>
          </w:tcPr>
          <w:p w14:paraId="0A37501D" wp14:textId="77777777"/>
        </w:tc>
      </w:tr>
      <w:tr xmlns:wp14="http://schemas.microsoft.com/office/word/2010/wordml" w14:paraId="3E2023D4" wp14:textId="77777777">
        <w:tc>
          <w:tcPr>
            <w:tcW w:w="8352" w:type="dxa"/>
            <w:gridSpan w:val="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 w14:paraId="1B171DAB" wp14:textId="77777777">
            <w:pPr>
              <w:jc w:val="left"/>
            </w:pPr>
            <w:r>
              <w:rPr>
                <w:rFonts w:ascii="Calibri" w:hAnsi="Calibri" w:eastAsia="Calibri"/>
                <w:b w:val="0"/>
                <w:sz w:val="21"/>
              </w:rPr>
              <w:t>Área: TI / DESARROLLO / SEGURIDAD DE LA INFORMACIÓN</w:t>
            </w:r>
          </w:p>
        </w:tc>
        <w:tc>
          <w:tcPr>
            <w:tcW w:w="2520" w:type="dxa"/>
            <w:vMerge/>
          </w:tcPr>
          <w:p w14:paraId="5DAB6C7B" wp14:textId="77777777"/>
        </w:tc>
      </w:tr>
    </w:tbl>
    <w:p xmlns:wp14="http://schemas.microsoft.com/office/word/2010/wordml" w14:paraId="2AAC8FF6" wp14:textId="77777777">
      <w:pPr>
        <w:spacing w:before="0" w:after="80" w:line="240" w:lineRule="auto"/>
        <w:pBdr>
          <w:top w:val="single" w:color="D9E2F3" w:sz="4" w:space="8"/>
        </w:pBdr>
      </w:pPr>
      <w:r>
        <w:rPr>
          <w:rFonts w:ascii="Calibri" w:hAnsi="Calibri" w:eastAsia="Calibri"/>
          <w:b/>
          <w:color w:val="5B9BD5"/>
          <w:sz w:val="28"/>
        </w:rPr>
        <w:t>1. DATOS GENERALES DE LA SOLICITUD</w:t>
      </w:r>
    </w:p>
    <w:tbl>
      <w:tblPr>
        <w:tblW w:w="11520" w:type="dxa"/>
        <w:jc w:val="center"/>
        <w:tblLayout w:type="fixed"/>
        <w:tblLook w:val="04A0" w:firstRow="1" w:lastRow="0" w:firstColumn="1" w:lastColumn="0" w:noHBand="0" w:noVBand="1"/>
        <w:tblBorders>
          <w:top w:val="single" w:color="B7C9E2" w:sz="10" w:space="0"/>
          <w:left w:val="single" w:color="B7C9E2" w:sz="10" w:space="0"/>
          <w:bottom w:val="single" w:color="B7C9E2" w:sz="10" w:space="0"/>
          <w:right w:val="single" w:color="B7C9E2" w:sz="10" w:space="0"/>
          <w:insideH w:val="single" w:color="B7C9E2" w:sz="10" w:space="0"/>
          <w:insideV w:val="single" w:color="B7C9E2" w:sz="10" w:space="0"/>
        </w:tblBorders>
      </w:tblPr>
      <w:tblGrid>
        <w:gridCol w:w="5659"/>
        <w:gridCol w:w="5659"/>
      </w:tblGrid>
      <w:tr xmlns:wp14="http://schemas.microsoft.com/office/word/2010/wordml" w:rsidTr="1341DD3B" w14:paraId="1624A1C9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55CE7826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Folio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02EB378F" wp14:textId="77777777">
            <w:pPr>
              <w:jc w:val="left"/>
            </w:pPr>
            <w:r w:rsidR="149567A8">
              <w:rPr/>
              <w:t>001</w:t>
            </w:r>
          </w:p>
        </w:tc>
      </w:tr>
      <w:tr xmlns:wp14="http://schemas.microsoft.com/office/word/2010/wordml" w:rsidTr="1341DD3B" w14:paraId="40BC3016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591292C1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Fecha de solicitud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6A05A809" wp14:textId="77777777">
            <w:pPr>
              <w:jc w:val="left"/>
            </w:pPr>
            <w:r w:rsidR="79C83493">
              <w:rPr/>
              <w:t>09-Abril-2026</w:t>
            </w:r>
          </w:p>
        </w:tc>
      </w:tr>
      <w:tr xmlns:wp14="http://schemas.microsoft.com/office/word/2010/wordml" w:rsidTr="1341DD3B" w14:paraId="2E140501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35F3E91C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Fecha requerida de acceso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5A39BBE3" wp14:textId="77777777">
            <w:pPr>
              <w:jc w:val="left"/>
            </w:pPr>
            <w:r w:rsidR="5CDEBA94">
              <w:rPr/>
              <w:t>09-Abril-2026</w:t>
            </w:r>
          </w:p>
        </w:tc>
      </w:tr>
      <w:tr xmlns:wp14="http://schemas.microsoft.com/office/word/2010/wordml" w:rsidTr="1341DD3B" w14:paraId="2E3FE348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7A12CD30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Área solicitante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41C8F396" wp14:textId="77777777">
            <w:pPr>
              <w:jc w:val="left"/>
            </w:pPr>
            <w:r w:rsidR="73E2E95B">
              <w:rPr/>
              <w:t>Desarrollo ERP</w:t>
            </w:r>
          </w:p>
        </w:tc>
      </w:tr>
      <w:tr xmlns:wp14="http://schemas.microsoft.com/office/word/2010/wordml" w:rsidTr="1341DD3B" w14:paraId="455FF6DC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05D86639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Sistema / aplicativo / proyecto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72A3D3EC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</w:r>
          </w:p>
        </w:tc>
      </w:tr>
      <w:tr xmlns:wp14="http://schemas.microsoft.com/office/word/2010/wordml" w:rsidTr="1341DD3B" w14:paraId="3ED2ADAF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0505D7A4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Tipo de solicitud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3F864AD3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☐ Alta   ☐ Modificación</w:t>
            </w:r>
            <w:r>
              <w:rPr>
                <w:rFonts w:ascii="Calibri" w:hAnsi="Calibri" w:eastAsia="Calibri"/>
                <w:sz w:val="21"/>
              </w:rPr>
              <w:br/>
            </w:r>
            <w:r>
              <w:rPr>
                <w:rFonts w:ascii="Calibri" w:hAnsi="Calibri" w:eastAsia="Calibri"/>
                <w:sz w:val="21"/>
              </w:rPr>
              <w:t>☐ Acceso temporal   ☐ Renovación</w:t>
            </w:r>
          </w:p>
        </w:tc>
      </w:tr>
      <w:tr xmlns:wp14="http://schemas.microsoft.com/office/word/2010/wordml" w:rsidTr="1341DD3B" w14:paraId="56D7857E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13FA18AB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Tipo de usuario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3B588A46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☐ Empleado   ☐ Temporal   ☐ Tercero autorizado</w:t>
            </w:r>
          </w:p>
        </w:tc>
      </w:tr>
    </w:tbl>
    <w:p xmlns:wp14="http://schemas.microsoft.com/office/word/2010/wordml" w14:paraId="23A19BB7" wp14:textId="77777777">
      <w:pPr>
        <w:spacing w:before="0" w:after="80" w:line="240" w:lineRule="auto"/>
        <w:pBdr>
          <w:top w:val="single" w:color="D9E2F3" w:sz="4" w:space="8"/>
        </w:pBdr>
      </w:pPr>
      <w:r>
        <w:rPr>
          <w:rFonts w:ascii="Calibri" w:hAnsi="Calibri" w:eastAsia="Calibri"/>
          <w:b/>
          <w:color w:val="5B9BD5"/>
          <w:sz w:val="28"/>
        </w:rPr>
        <w:t>2. DATOS DEL USUARIO</w:t>
      </w:r>
    </w:p>
    <w:tbl>
      <w:tblPr>
        <w:tblW w:w="11520" w:type="dxa"/>
        <w:jc w:val="center"/>
        <w:tblLayout w:type="fixed"/>
        <w:tblLook w:val="04A0" w:firstRow="1" w:lastRow="0" w:firstColumn="1" w:lastColumn="0" w:noHBand="0" w:noVBand="1"/>
        <w:tblBorders>
          <w:top w:val="single" w:color="B7C9E2" w:sz="10" w:space="0"/>
          <w:left w:val="single" w:color="B7C9E2" w:sz="10" w:space="0"/>
          <w:bottom w:val="single" w:color="B7C9E2" w:sz="10" w:space="0"/>
          <w:right w:val="single" w:color="B7C9E2" w:sz="10" w:space="0"/>
          <w:insideH w:val="single" w:color="B7C9E2" w:sz="10" w:space="0"/>
          <w:insideV w:val="single" w:color="B7C9E2" w:sz="10" w:space="0"/>
        </w:tblBorders>
      </w:tblPr>
      <w:tblGrid>
        <w:gridCol w:w="5659"/>
        <w:gridCol w:w="5659"/>
      </w:tblGrid>
      <w:tr xmlns:wp14="http://schemas.microsoft.com/office/word/2010/wordml" w:rsidTr="1341DD3B" w14:paraId="45A936EC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6E600FA3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Nombre completo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0D0B940D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</w:r>
          </w:p>
        </w:tc>
      </w:tr>
      <w:tr xmlns:wp14="http://schemas.microsoft.com/office/word/2010/wordml" w:rsidTr="1341DD3B" w14:paraId="6CDE603F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1DD2301F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Número de empleado / identificación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0E27B00A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</w:r>
          </w:p>
        </w:tc>
      </w:tr>
      <w:tr xmlns:wp14="http://schemas.microsoft.com/office/word/2010/wordml" w:rsidTr="1341DD3B" w14:paraId="2EE44BC4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280A6415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Correo institucional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60061E4C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</w:r>
          </w:p>
        </w:tc>
      </w:tr>
      <w:tr xmlns:wp14="http://schemas.microsoft.com/office/word/2010/wordml" w:rsidTr="1341DD3B" w14:paraId="58051DC8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2576D68D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Puesto / función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44EAFD9C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</w:r>
          </w:p>
        </w:tc>
      </w:tr>
      <w:tr xmlns:wp14="http://schemas.microsoft.com/office/word/2010/wordml" w:rsidTr="1341DD3B" w14:paraId="159A9037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7CD3D4D9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Área / unidad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4B94D5A5" wp14:textId="77777777">
            <w:pPr>
              <w:jc w:val="left"/>
            </w:pPr>
            <w:r w:rsidR="67113814">
              <w:rPr/>
              <w:t>Desarrollo ERP</w:t>
            </w:r>
          </w:p>
        </w:tc>
      </w:tr>
      <w:tr xmlns:wp14="http://schemas.microsoft.com/office/word/2010/wordml" w:rsidTr="1341DD3B" w14:paraId="757E4AD1" wp14:textId="77777777">
        <w:tc>
          <w:tcPr>
            <w:tcW w:w="5688" w:type="dxa"/>
            <w:shd w:val="clear" w:color="auto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41DC1D35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Jefe inmediato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3DEEC669" wp14:textId="77777777">
            <w:pPr>
              <w:jc w:val="left"/>
            </w:pPr>
            <w:r w:rsidR="330F5D3A">
              <w:rPr/>
              <w:t>Carlos Calvillo Uribe</w:t>
            </w:r>
          </w:p>
        </w:tc>
      </w:tr>
    </w:tbl>
    <w:p xmlns:wp14="http://schemas.microsoft.com/office/word/2010/wordml" w14:paraId="345A4072" wp14:textId="77777777">
      <w:pPr>
        <w:spacing w:before="0" w:after="80" w:line="240" w:lineRule="auto"/>
        <w:pBdr>
          <w:top w:val="single" w:color="D9E2F3" w:sz="4" w:space="8"/>
        </w:pBdr>
      </w:pPr>
      <w:r>
        <w:rPr>
          <w:rFonts w:ascii="Calibri" w:hAnsi="Calibri" w:eastAsia="Calibri"/>
          <w:b/>
          <w:color w:val="5B9BD5"/>
          <w:sz w:val="28"/>
        </w:rPr>
        <w:t>3. ALCANCE DEL ACCESO SOLICITADO</w:t>
      </w:r>
    </w:p>
    <w:tbl>
      <w:tblPr>
        <w:tblW w:w="11520" w:type="dxa"/>
        <w:jc w:val="center"/>
        <w:tblLayout w:type="fixed"/>
        <w:tblLook w:val="04A0" w:firstRow="1" w:lastRow="0" w:firstColumn="1" w:lastColumn="0" w:noHBand="0" w:noVBand="1"/>
        <w:tblBorders>
          <w:top w:val="single" w:color="B7C9E2" w:sz="10" w:space="0"/>
          <w:left w:val="single" w:color="B7C9E2" w:sz="10" w:space="0"/>
          <w:bottom w:val="single" w:color="B7C9E2" w:sz="10" w:space="0"/>
          <w:right w:val="single" w:color="B7C9E2" w:sz="10" w:space="0"/>
          <w:insideH w:val="single" w:color="B7C9E2" w:sz="10" w:space="0"/>
          <w:insideV w:val="single" w:color="B7C9E2" w:sz="10" w:space="0"/>
        </w:tblBorders>
      </w:tblPr>
      <w:tblGrid>
        <w:gridCol w:w="5659"/>
        <w:gridCol w:w="5659"/>
      </w:tblGrid>
      <w:tr xmlns:wp14="http://schemas.microsoft.com/office/word/2010/wordml" w14:paraId="5D7B9DA3" wp14:textId="77777777">
        <w:tc>
          <w:tcPr>
            <w:tcW w:w="5688" w:type="dxa"/>
            <w:shd w:val="clear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6A038320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Repositorio / proyecto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3656B9AB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</w:r>
          </w:p>
        </w:tc>
      </w:tr>
      <w:tr xmlns:wp14="http://schemas.microsoft.com/office/word/2010/wordml" w14:paraId="0DA6CB7E" wp14:textId="77777777">
        <w:tc>
          <w:tcPr>
            <w:tcW w:w="5688" w:type="dxa"/>
            <w:shd w:val="clear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3DDB0AF1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Rama(s) o módulo(s) autorizados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45FB0818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</w:r>
          </w:p>
        </w:tc>
      </w:tr>
      <w:tr xmlns:wp14="http://schemas.microsoft.com/office/word/2010/wordml" w14:paraId="4B6FA5AE" wp14:textId="77777777">
        <w:tc>
          <w:tcPr>
            <w:tcW w:w="5688" w:type="dxa"/>
            <w:shd w:val="clear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4E1BFD13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Nivel de acceso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3236DD71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☐ Consulta   ☐ Clonación / descarga</w:t>
            </w:r>
            <w:r>
              <w:rPr>
                <w:rFonts w:ascii="Calibri" w:hAnsi="Calibri" w:eastAsia="Calibri"/>
                <w:sz w:val="21"/>
              </w:rPr>
              <w:br/>
            </w:r>
            <w:r>
              <w:rPr>
                <w:rFonts w:ascii="Calibri" w:hAnsi="Calibri" w:eastAsia="Calibri"/>
                <w:sz w:val="21"/>
              </w:rPr>
              <w:t>☐ Contribución   ☐ Aprobación / merge</w:t>
            </w:r>
            <w:r>
              <w:rPr>
                <w:rFonts w:ascii="Calibri" w:hAnsi="Calibri" w:eastAsia="Calibri"/>
                <w:sz w:val="21"/>
              </w:rPr>
              <w:br/>
            </w:r>
            <w:r>
              <w:rPr>
                <w:rFonts w:ascii="Calibri" w:hAnsi="Calibri" w:eastAsia="Calibri"/>
                <w:sz w:val="21"/>
              </w:rPr>
              <w:t>☐ Administración</w:t>
            </w:r>
          </w:p>
        </w:tc>
      </w:tr>
      <w:tr xmlns:wp14="http://schemas.microsoft.com/office/word/2010/wordml" w14:paraId="6BFCC1BC" wp14:textId="77777777">
        <w:tc>
          <w:tcPr>
            <w:tcW w:w="5688" w:type="dxa"/>
            <w:shd w:val="clear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2D617F55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Fecha de inicio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049F31CB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</w:r>
          </w:p>
        </w:tc>
      </w:tr>
      <w:tr xmlns:wp14="http://schemas.microsoft.com/office/word/2010/wordml" w14:paraId="4FB49E3B" wp14:textId="77777777">
        <w:tc>
          <w:tcPr>
            <w:tcW w:w="5688" w:type="dxa"/>
            <w:shd w:val="clear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38F90C87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Fecha de fin, si aplica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53128261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</w:r>
          </w:p>
        </w:tc>
      </w:tr>
      <w:tr xmlns:wp14="http://schemas.microsoft.com/office/word/2010/wordml" w14:paraId="1E397788" wp14:textId="77777777">
        <w:tc>
          <w:tcPr>
            <w:tcW w:w="5688" w:type="dxa"/>
            <w:shd w:val="clear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0AC56C64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Justificación del acceso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62486C05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</w:r>
          </w:p>
        </w:tc>
      </w:tr>
      <w:tr xmlns:wp14="http://schemas.microsoft.com/office/word/2010/wordml" w14:paraId="46DE53F6" wp14:textId="77777777">
        <w:tc>
          <w:tcPr>
            <w:tcW w:w="5688" w:type="dxa"/>
            <w:shd w:val="clear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098C0388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Restricciones especiales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4101652C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</w:r>
          </w:p>
        </w:tc>
      </w:tr>
      <w:tr xmlns:wp14="http://schemas.microsoft.com/office/word/2010/wordml" w14:paraId="4D600BDF" wp14:textId="77777777">
        <w:tc>
          <w:tcPr>
            <w:tcW w:w="5688" w:type="dxa"/>
            <w:shd w:val="clear" w:fill="D9E2F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02B9C10E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Políticas vinculadas</w:t>
            </w:r>
          </w:p>
        </w:tc>
        <w:tc>
          <w:tcPr>
            <w:tcW w:w="5832" w:type="dxa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 w14:paraId="2E2D8F99" wp14:textId="77777777">
            <w:pPr>
              <w:jc w:val="left"/>
            </w:pPr>
            <w:r>
              <w:rPr>
                <w:rFonts w:ascii="Calibri" w:hAnsi="Calibri" w:eastAsia="Calibri"/>
                <w:sz w:val="21"/>
              </w:rPr>
              <w:t>Control de accesos / Desarrollo seguro / Gestión de cambios /</w:t>
            </w:r>
            <w:r>
              <w:rPr>
                <w:rFonts w:ascii="Calibri" w:hAnsi="Calibri" w:eastAsia="Calibri"/>
                <w:sz w:val="21"/>
              </w:rPr>
              <w:br/>
            </w:r>
            <w:r>
              <w:rPr>
                <w:rFonts w:ascii="Calibri" w:hAnsi="Calibri" w:eastAsia="Calibri"/>
                <w:sz w:val="21"/>
              </w:rPr>
              <w:t>Confidencialidad</w:t>
            </w:r>
          </w:p>
        </w:tc>
      </w:tr>
    </w:tbl>
    <w:p xmlns:wp14="http://schemas.microsoft.com/office/word/2010/wordml" w14:paraId="10574394" wp14:textId="77777777">
      <w:pPr>
        <w:spacing w:before="0" w:after="80" w:line="240" w:lineRule="auto"/>
        <w:pBdr>
          <w:top w:val="single" w:color="D9E2F3" w:sz="4" w:space="8"/>
        </w:pBdr>
      </w:pPr>
      <w:r>
        <w:rPr>
          <w:rFonts w:ascii="Calibri" w:hAnsi="Calibri" w:eastAsia="Calibri"/>
          <w:b/>
          <w:color w:val="5B9BD5"/>
          <w:sz w:val="28"/>
        </w:rPr>
        <w:t>4. VALIDACIONES Y AUTORIZACIONES</w:t>
      </w:r>
    </w:p>
    <w:tbl>
      <w:tblPr>
        <w:tblW w:w="11160" w:type="dxa"/>
        <w:jc w:val="center"/>
        <w:tblLayout w:type="fixed"/>
        <w:tblLook w:val="04A0" w:firstRow="1" w:lastRow="0" w:firstColumn="1" w:lastColumn="0" w:noHBand="0" w:noVBand="1"/>
        <w:tblBorders>
          <w:top w:val="single" w:color="8C8C8C" w:sz="12" w:space="0"/>
          <w:left w:val="single" w:color="8C8C8C" w:sz="12" w:space="0"/>
          <w:bottom w:val="single" w:color="8C8C8C" w:sz="12" w:space="0"/>
          <w:right w:val="single" w:color="8C8C8C" w:sz="12" w:space="0"/>
          <w:insideH w:val="single" w:color="8C8C8C" w:sz="12" w:space="0"/>
          <w:insideV w:val="single" w:color="8C8C8C" w:sz="12" w:space="0"/>
        </w:tblBorders>
      </w:tblPr>
      <w:tblGrid>
        <w:gridCol w:w="11318"/>
      </w:tblGrid>
      <w:tr xmlns:wp14="http://schemas.microsoft.com/office/word/2010/wordml" w14:paraId="6A38EAC0" wp14:textId="77777777">
        <w:tc>
          <w:tcPr>
            <w:tcW w:w="11160" w:type="dxa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90B4263" wp14:textId="77777777">
            <w:pPr>
              <w:jc w:val="left"/>
            </w:pPr>
            <w:r>
              <w:rPr>
                <w:rFonts w:ascii="Calibri" w:hAnsi="Calibri" w:eastAsia="Calibri"/>
                <w:b w:val="0"/>
                <w:sz w:val="21"/>
              </w:rPr>
              <w:t>☐ El acceso es necesario para el puesto   ☐ Se aplicará principio de menor privilegio</w:t>
            </w:r>
            <w:r>
              <w:rPr>
                <w:rFonts w:ascii="Calibri" w:hAnsi="Calibri" w:eastAsia="Calibri"/>
                <w:b w:val="0"/>
                <w:sz w:val="21"/>
              </w:rPr>
              <w:br/>
            </w:r>
            <w:r>
              <w:rPr>
                <w:rFonts w:ascii="Calibri" w:hAnsi="Calibri" w:eastAsia="Calibri"/>
                <w:b w:val="0"/>
                <w:sz w:val="21"/>
              </w:rPr>
              <w:t>☐ El usuario fue identificado plenamente   ☐ Existe acuerdo de confidencialidad vigente</w:t>
            </w:r>
            <w:r>
              <w:rPr>
                <w:rFonts w:ascii="Calibri" w:hAnsi="Calibri" w:eastAsia="Calibri"/>
                <w:b w:val="0"/>
                <w:sz w:val="21"/>
              </w:rPr>
              <w:br/>
            </w:r>
            <w:r>
              <w:rPr>
                <w:rFonts w:ascii="Calibri" w:hAnsi="Calibri" w:eastAsia="Calibri"/>
                <w:b w:val="0"/>
                <w:sz w:val="21"/>
              </w:rPr>
              <w:t>☐ El acceso está limitado al alcance autorizado   ☐ Se requiere MFA / cuenta corporativa</w:t>
            </w:r>
            <w:r>
              <w:rPr>
                <w:rFonts w:ascii="Calibri" w:hAnsi="Calibri" w:eastAsia="Calibri"/>
                <w:b w:val="0"/>
                <w:sz w:val="21"/>
              </w:rPr>
              <w:br/>
            </w:r>
            <w:r>
              <w:rPr>
                <w:rFonts w:ascii="Calibri" w:hAnsi="Calibri" w:eastAsia="Calibri"/>
                <w:b w:val="0"/>
                <w:sz w:val="21"/>
              </w:rPr>
              <w:t>☐ Se notificó responsabilidad formal   ☐ Se registrará en padrón de accesos al código fuente</w:t>
            </w:r>
          </w:p>
        </w:tc>
      </w:tr>
    </w:tbl>
    <w:p xmlns:wp14="http://schemas.microsoft.com/office/word/2010/wordml" w14:paraId="4B99056E" wp14:textId="77777777">
      <w:pPr>
        <w:spacing w:before="0" w:after="80"/>
      </w:pPr>
    </w:p>
    <w:tbl>
      <w:tblPr>
        <w:tblW w:w="11160" w:type="dxa"/>
        <w:jc w:val="center"/>
        <w:tblLayout w:type="fixed"/>
        <w:tblLook w:val="04A0" w:firstRow="1" w:lastRow="0" w:firstColumn="1" w:lastColumn="0" w:noHBand="0" w:noVBand="1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829"/>
        <w:gridCol w:w="2829"/>
        <w:gridCol w:w="2829"/>
        <w:gridCol w:w="2829"/>
      </w:tblGrid>
      <w:tr xmlns:wp14="http://schemas.microsoft.com/office/word/2010/wordml" w14:paraId="19DDF879" wp14:textId="77777777">
        <w:tc>
          <w:tcPr>
            <w:tcW w:w="2779" w:type="dxa"/>
            <w:vAlign w:val="center"/>
          </w:tcPr>
          <w:p w14:paraId="7C887C9F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0"/>
              </w:rPr>
              <w:t>__________________________</w:t>
            </w:r>
          </w:p>
        </w:tc>
        <w:tc>
          <w:tcPr>
            <w:tcW w:w="2779" w:type="dxa"/>
            <w:vAlign w:val="center"/>
          </w:tcPr>
          <w:p w14:paraId="737C408D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0"/>
              </w:rPr>
              <w:t>__________________________</w:t>
            </w:r>
          </w:p>
        </w:tc>
        <w:tc>
          <w:tcPr>
            <w:tcW w:w="2779" w:type="dxa"/>
            <w:vAlign w:val="center"/>
          </w:tcPr>
          <w:p w14:paraId="05B6B2A3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0"/>
              </w:rPr>
              <w:t>__________________________</w:t>
            </w:r>
          </w:p>
        </w:tc>
        <w:tc>
          <w:tcPr>
            <w:tcW w:w="2822" w:type="dxa"/>
            <w:vAlign w:val="center"/>
          </w:tcPr>
          <w:p w14:paraId="2337FF7A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0"/>
              </w:rPr>
              <w:t>__________________________</w:t>
            </w:r>
          </w:p>
        </w:tc>
      </w:tr>
      <w:tr xmlns:wp14="http://schemas.microsoft.com/office/word/2010/wordml" w14:paraId="6D6D718B" wp14:textId="77777777">
        <w:tc>
          <w:tcPr>
            <w:tcW w:w="2779" w:type="dxa"/>
            <w:vAlign w:val="center"/>
          </w:tcPr>
          <w:p w14:paraId="3D87BEDA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Solicita</w:t>
            </w:r>
          </w:p>
        </w:tc>
        <w:tc>
          <w:tcPr>
            <w:tcW w:w="2779" w:type="dxa"/>
            <w:vAlign w:val="center"/>
          </w:tcPr>
          <w:p w14:paraId="21674DFC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Revisa Desarrollo</w:t>
            </w:r>
          </w:p>
        </w:tc>
        <w:tc>
          <w:tcPr>
            <w:tcW w:w="2779" w:type="dxa"/>
            <w:vAlign w:val="center"/>
          </w:tcPr>
          <w:p w14:paraId="61546B49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Valida Seguridad de la</w:t>
            </w:r>
            <w:r>
              <w:rPr>
                <w:rFonts w:ascii="Calibri" w:hAnsi="Calibri" w:eastAsia="Calibri"/>
                <w:b w:val="0"/>
                <w:sz w:val="21"/>
              </w:rPr>
              <w:br/>
            </w:r>
            <w:r>
              <w:rPr>
                <w:rFonts w:ascii="Calibri" w:hAnsi="Calibri" w:eastAsia="Calibri"/>
                <w:b w:val="0"/>
                <w:sz w:val="21"/>
              </w:rPr>
              <w:t>Información</w:t>
            </w:r>
          </w:p>
        </w:tc>
        <w:tc>
          <w:tcPr>
            <w:tcW w:w="2822" w:type="dxa"/>
            <w:vAlign w:val="center"/>
          </w:tcPr>
          <w:p w14:paraId="52C7DC28" wp14:textId="77777777">
            <w:pPr>
              <w:jc w:val="center"/>
            </w:pPr>
            <w:r>
              <w:rPr>
                <w:rFonts w:ascii="Calibri" w:hAnsi="Calibri" w:eastAsia="Calibri"/>
                <w:b w:val="0"/>
                <w:sz w:val="21"/>
              </w:rPr>
              <w:t>Autoriza</w:t>
            </w:r>
          </w:p>
        </w:tc>
      </w:tr>
    </w:tbl>
    <w:sectPr w:rsidRPr="0006063C" w:rsidR="00FC693F" w:rsidSect="00034616">
      <w:footerReference w:type="default" r:id="rId9"/>
      <w:pgSz w:w="12240" w:h="15840" w:orient="portrait"/>
      <w:pgMar w:top="403" w:right="461" w:bottom="432" w:left="461" w:header="259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3914EDE9" wp14:textId="77777777">
    <w:pPr>
      <w:pStyle w:val="Footer"/>
      <w:jc w:val="center"/>
    </w:pPr>
    <w:r>
      <w:rPr>
        <w:rFonts w:ascii="Calibri" w:hAnsi="Calibri" w:eastAsia="Calibri"/>
        <w:b w:val="0"/>
        <w:color w:val="8A817A"/>
        <w:sz w:val="20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58589F"/>
    <w:rsid w:val="1341DD3B"/>
    <w:rsid w:val="149567A8"/>
    <w:rsid w:val="330F5D3A"/>
    <w:rsid w:val="3859F234"/>
    <w:rsid w:val="5CDEBA94"/>
    <w:rsid w:val="67113814"/>
    <w:rsid w:val="69CE4D3D"/>
    <w:rsid w:val="73E2E95B"/>
    <w:rsid w:val="75F709CB"/>
    <w:rsid w:val="79C8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14C814D0-89C9-435B-BDD9-808DAE86DE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footer" Target="footer1.xml" Id="rId9" /><Relationship Type="http://schemas.openxmlformats.org/officeDocument/2006/relationships/image" Target="media/image1.png" Id="rId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Alejandra Cruz Borja</lastModifiedBy>
  <revision>2</revision>
  <dcterms:created xsi:type="dcterms:W3CDTF">2013-12-23T23:15:00.0000000Z</dcterms:created>
  <dcterms:modified xsi:type="dcterms:W3CDTF">2026-05-14T00:49:25.0031837Z</dcterms:modified>
  <category/>
</coreProperties>
</file>