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10" w:space="0" w:color="7F7F7F"/>
          <w:left w:val="single" w:sz="10" w:space="0" w:color="7F7F7F"/>
          <w:bottom w:val="single" w:sz="10" w:space="0" w:color="7F7F7F"/>
          <w:right w:val="single" w:sz="10" w:space="0" w:color="7F7F7F"/>
          <w:insideH w:val="single" w:sz="10" w:space="0" w:color="7F7F7F"/>
          <w:insideV w:val="single" w:sz="10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088"/>
        <w:gridCol w:w="2088"/>
        <w:gridCol w:w="2088"/>
        <w:gridCol w:w="2520"/>
      </w:tblGrid>
      <w:tr w:rsidR="00F35BD3" w:rsidRPr="00313FC8" w14:paraId="2CA2CAA4" w14:textId="77777777" w:rsidTr="00313FC8">
        <w:trPr>
          <w:jc w:val="center"/>
        </w:trPr>
        <w:tc>
          <w:tcPr>
            <w:tcW w:w="208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74E941" w14:textId="77777777" w:rsidR="00F35BD3" w:rsidRPr="00313FC8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13FC8">
              <w:rPr>
                <w:rFonts w:asciiTheme="majorHAnsi" w:hAnsiTheme="majorHAnsi" w:cstheme="majorHAnsi"/>
                <w:b/>
                <w:color w:val="222222"/>
                <w:sz w:val="22"/>
              </w:rPr>
              <w:t>FO-SF-0053</w:t>
            </w:r>
          </w:p>
        </w:tc>
        <w:tc>
          <w:tcPr>
            <w:tcW w:w="6264" w:type="dxa"/>
            <w:gridSpan w:val="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25193D" w14:textId="77777777" w:rsidR="00F35BD3" w:rsidRPr="00313FC8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es-MX"/>
              </w:rPr>
            </w:pPr>
            <w:r w:rsidRPr="00313FC8">
              <w:rPr>
                <w:rFonts w:asciiTheme="majorHAnsi" w:hAnsiTheme="majorHAnsi" w:cstheme="majorHAnsi"/>
                <w:b/>
                <w:color w:val="222222"/>
                <w:sz w:val="24"/>
                <w:lang w:val="es-MX"/>
              </w:rPr>
              <w:t>CONSTANCIA DE EJECUCIÓN TÉCNICA DE ALTA,</w:t>
            </w:r>
            <w:r w:rsidRPr="00313FC8">
              <w:rPr>
                <w:rFonts w:asciiTheme="majorHAnsi" w:hAnsiTheme="majorHAnsi" w:cstheme="majorHAnsi"/>
                <w:b/>
                <w:color w:val="222222"/>
                <w:sz w:val="24"/>
                <w:lang w:val="es-MX"/>
              </w:rPr>
              <w:br/>
              <w:t>MODIFICACIÓN O INHABILITACIÓN</w:t>
            </w:r>
          </w:p>
        </w:tc>
        <w:tc>
          <w:tcPr>
            <w:tcW w:w="2520" w:type="dxa"/>
            <w:vMerge w:val="restar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45FC98" w14:textId="77777777" w:rsidR="00F35BD3" w:rsidRPr="00313FC8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313FC8"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594BDCBE" wp14:editId="4E60563D">
                  <wp:extent cx="1097280" cy="30971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extracted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3097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F83F56" w14:textId="77777777" w:rsidR="00F35BD3" w:rsidRPr="00313FC8" w:rsidRDefault="00000000">
            <w:pPr>
              <w:spacing w:before="40"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13FC8">
              <w:rPr>
                <w:rFonts w:asciiTheme="majorHAnsi" w:hAnsiTheme="majorHAnsi" w:cstheme="majorHAnsi"/>
                <w:b/>
                <w:color w:val="222222"/>
                <w:sz w:val="25"/>
              </w:rPr>
              <w:t>SENDERO FUEL</w:t>
            </w:r>
          </w:p>
        </w:tc>
      </w:tr>
      <w:tr w:rsidR="00F35BD3" w:rsidRPr="00313FC8" w14:paraId="64013F19" w14:textId="77777777">
        <w:trPr>
          <w:jc w:val="center"/>
        </w:trPr>
        <w:tc>
          <w:tcPr>
            <w:tcW w:w="208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44CDEA" w14:textId="77777777" w:rsidR="00F35BD3" w:rsidRPr="00313FC8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13FC8">
              <w:rPr>
                <w:rFonts w:asciiTheme="majorHAnsi" w:hAnsiTheme="majorHAnsi" w:cstheme="majorHAnsi"/>
                <w:color w:val="222222"/>
                <w:sz w:val="21"/>
              </w:rPr>
              <w:t>Emisión: 7/4/2026</w:t>
            </w:r>
          </w:p>
        </w:tc>
        <w:tc>
          <w:tcPr>
            <w:tcW w:w="208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9C9020" w14:textId="77777777" w:rsidR="00F35BD3" w:rsidRPr="00313FC8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13FC8">
              <w:rPr>
                <w:rFonts w:asciiTheme="majorHAnsi" w:hAnsiTheme="majorHAnsi" w:cstheme="majorHAnsi"/>
                <w:color w:val="222222"/>
                <w:sz w:val="21"/>
              </w:rPr>
              <w:t>Revisión: 7/4/2026</w:t>
            </w:r>
          </w:p>
        </w:tc>
        <w:tc>
          <w:tcPr>
            <w:tcW w:w="208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522138" w14:textId="77777777" w:rsidR="00F35BD3" w:rsidRPr="00313FC8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13FC8">
              <w:rPr>
                <w:rFonts w:asciiTheme="majorHAnsi" w:hAnsiTheme="majorHAnsi" w:cstheme="majorHAnsi"/>
                <w:color w:val="222222"/>
                <w:sz w:val="21"/>
              </w:rPr>
              <w:t>Versión: 1</w:t>
            </w:r>
          </w:p>
        </w:tc>
        <w:tc>
          <w:tcPr>
            <w:tcW w:w="208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D15C74" w14:textId="77777777" w:rsidR="00F35BD3" w:rsidRPr="00313FC8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13FC8">
              <w:rPr>
                <w:rFonts w:asciiTheme="majorHAnsi" w:hAnsiTheme="majorHAnsi" w:cstheme="majorHAnsi"/>
                <w:color w:val="222222"/>
                <w:sz w:val="21"/>
              </w:rPr>
              <w:t>Formato</w:t>
            </w:r>
          </w:p>
        </w:tc>
        <w:tc>
          <w:tcPr>
            <w:tcW w:w="2520" w:type="dxa"/>
            <w:vMerge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D49266" w14:textId="77777777" w:rsidR="00F35BD3" w:rsidRPr="00313FC8" w:rsidRDefault="00F35BD3">
            <w:pPr>
              <w:rPr>
                <w:rFonts w:asciiTheme="majorHAnsi" w:hAnsiTheme="majorHAnsi" w:cstheme="majorHAnsi"/>
              </w:rPr>
            </w:pPr>
          </w:p>
        </w:tc>
      </w:tr>
      <w:tr w:rsidR="00F35BD3" w:rsidRPr="00313FC8" w14:paraId="13752559" w14:textId="77777777">
        <w:trPr>
          <w:jc w:val="center"/>
        </w:trPr>
        <w:tc>
          <w:tcPr>
            <w:tcW w:w="8352" w:type="dxa"/>
            <w:gridSpan w:val="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DE9F70" w14:textId="77777777" w:rsidR="00F35BD3" w:rsidRPr="00313FC8" w:rsidRDefault="00000000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  <w:r w:rsidRPr="00313FC8">
              <w:rPr>
                <w:rFonts w:asciiTheme="majorHAnsi" w:hAnsiTheme="majorHAnsi" w:cstheme="majorHAnsi"/>
                <w:color w:val="222222"/>
                <w:sz w:val="21"/>
                <w:lang w:val="es-MX"/>
              </w:rPr>
              <w:t>Área: TI / SEGURIDAD DE LA INFORMACIÓN</w:t>
            </w:r>
          </w:p>
        </w:tc>
        <w:tc>
          <w:tcPr>
            <w:tcW w:w="2520" w:type="dxa"/>
            <w:vMerge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97611B" w14:textId="77777777" w:rsidR="00F35BD3" w:rsidRPr="00313FC8" w:rsidRDefault="00F35BD3">
            <w:pPr>
              <w:rPr>
                <w:rFonts w:asciiTheme="majorHAnsi" w:hAnsiTheme="majorHAnsi" w:cstheme="majorHAnsi"/>
                <w:lang w:val="es-MX"/>
              </w:rPr>
            </w:pPr>
          </w:p>
        </w:tc>
      </w:tr>
    </w:tbl>
    <w:p w14:paraId="10268753" w14:textId="77777777" w:rsidR="00F35BD3" w:rsidRPr="00313FC8" w:rsidRDefault="00F35BD3">
      <w:pPr>
        <w:rPr>
          <w:rFonts w:asciiTheme="majorHAnsi" w:hAnsiTheme="majorHAnsi" w:cstheme="majorHAnsi"/>
          <w:lang w:val="es-MX"/>
        </w:rPr>
      </w:pPr>
    </w:p>
    <w:p w14:paraId="31223346" w14:textId="77777777" w:rsidR="00F35BD3" w:rsidRPr="00313FC8" w:rsidRDefault="00000000">
      <w:pPr>
        <w:spacing w:before="20" w:after="80" w:line="240" w:lineRule="auto"/>
        <w:rPr>
          <w:rFonts w:asciiTheme="majorHAnsi" w:hAnsiTheme="majorHAnsi" w:cstheme="majorHAnsi"/>
        </w:rPr>
      </w:pPr>
      <w:r w:rsidRPr="00313FC8">
        <w:rPr>
          <w:rFonts w:asciiTheme="majorHAnsi" w:hAnsiTheme="majorHAnsi" w:cstheme="majorHAnsi"/>
          <w:b/>
          <w:color w:val="4F81BD"/>
          <w:sz w:val="25"/>
        </w:rPr>
        <w:t>1. DATOS DEL MOVIMIENTO EJECUTADO</w:t>
      </w:r>
    </w:p>
    <w:tbl>
      <w:tblPr>
        <w:tblW w:w="0" w:type="auto"/>
        <w:jc w:val="center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400"/>
        <w:gridCol w:w="5472"/>
      </w:tblGrid>
      <w:tr w:rsidR="00F35BD3" w:rsidRPr="00313FC8" w14:paraId="47745951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15E025" w14:textId="77777777" w:rsidR="00F35BD3" w:rsidRPr="00313FC8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13FC8">
              <w:rPr>
                <w:rFonts w:asciiTheme="majorHAnsi" w:hAnsiTheme="majorHAnsi" w:cstheme="majorHAnsi"/>
                <w:color w:val="222222"/>
              </w:rPr>
              <w:t>Folio relacionado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44AB81" w14:textId="77777777" w:rsidR="00F35BD3" w:rsidRPr="00313FC8" w:rsidRDefault="00F35BD3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F35BD3" w:rsidRPr="00313FC8" w14:paraId="12B7EF8C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935004" w14:textId="77777777" w:rsidR="00F35BD3" w:rsidRPr="00313FC8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13FC8">
              <w:rPr>
                <w:rFonts w:asciiTheme="majorHAnsi" w:hAnsiTheme="majorHAnsi" w:cstheme="majorHAnsi"/>
                <w:color w:val="222222"/>
              </w:rPr>
              <w:t>Fecha de ejecución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719042" w14:textId="77777777" w:rsidR="00F35BD3" w:rsidRPr="00313FC8" w:rsidRDefault="00F35BD3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F35BD3" w:rsidRPr="00313FC8" w14:paraId="796536C3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6D90D9" w14:textId="77777777" w:rsidR="00F35BD3" w:rsidRPr="00313FC8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13FC8">
              <w:rPr>
                <w:rFonts w:asciiTheme="majorHAnsi" w:hAnsiTheme="majorHAnsi" w:cstheme="majorHAnsi"/>
                <w:color w:val="222222"/>
              </w:rPr>
              <w:t>Hora de ejecución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5A9725" w14:textId="77777777" w:rsidR="00F35BD3" w:rsidRPr="00313FC8" w:rsidRDefault="00F35BD3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F35BD3" w:rsidRPr="00313FC8" w14:paraId="07DED321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F2CC41" w14:textId="77777777" w:rsidR="00F35BD3" w:rsidRPr="00313FC8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13FC8">
              <w:rPr>
                <w:rFonts w:asciiTheme="majorHAnsi" w:hAnsiTheme="majorHAnsi" w:cstheme="majorHAnsi"/>
                <w:color w:val="222222"/>
              </w:rPr>
              <w:t>Tipo de movimiento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92A55E" w14:textId="77777777" w:rsidR="00F35BD3" w:rsidRPr="00313FC8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13FC8">
              <w:rPr>
                <w:rFonts w:ascii="Segoe UI Symbol" w:hAnsi="Segoe UI Symbol" w:cs="Segoe UI Symbol"/>
                <w:color w:val="222222"/>
              </w:rPr>
              <w:t>☐</w:t>
            </w:r>
            <w:r w:rsidRPr="00313FC8">
              <w:rPr>
                <w:rFonts w:asciiTheme="majorHAnsi" w:hAnsiTheme="majorHAnsi" w:cstheme="majorHAnsi"/>
                <w:color w:val="222222"/>
              </w:rPr>
              <w:t xml:space="preserve"> Alta   </w:t>
            </w:r>
            <w:r w:rsidRPr="00313FC8">
              <w:rPr>
                <w:rFonts w:ascii="Segoe UI Symbol" w:hAnsi="Segoe UI Symbol" w:cs="Segoe UI Symbol"/>
                <w:color w:val="222222"/>
              </w:rPr>
              <w:t>☐</w:t>
            </w:r>
            <w:r w:rsidRPr="00313FC8">
              <w:rPr>
                <w:rFonts w:asciiTheme="majorHAnsi" w:hAnsiTheme="majorHAnsi" w:cstheme="majorHAnsi"/>
                <w:color w:val="222222"/>
              </w:rPr>
              <w:t xml:space="preserve"> Modificaci</w:t>
            </w:r>
            <w:r w:rsidRPr="00313FC8">
              <w:rPr>
                <w:rFonts w:ascii="Calibri" w:hAnsi="Calibri" w:cs="Calibri"/>
                <w:color w:val="222222"/>
              </w:rPr>
              <w:t>ó</w:t>
            </w:r>
            <w:r w:rsidRPr="00313FC8">
              <w:rPr>
                <w:rFonts w:asciiTheme="majorHAnsi" w:hAnsiTheme="majorHAnsi" w:cstheme="majorHAnsi"/>
                <w:color w:val="222222"/>
              </w:rPr>
              <w:t xml:space="preserve">n   </w:t>
            </w:r>
            <w:r w:rsidRPr="00313FC8">
              <w:rPr>
                <w:rFonts w:ascii="Segoe UI Symbol" w:hAnsi="Segoe UI Symbol" w:cs="Segoe UI Symbol"/>
                <w:color w:val="222222"/>
              </w:rPr>
              <w:t>☐</w:t>
            </w:r>
            <w:r w:rsidRPr="00313FC8">
              <w:rPr>
                <w:rFonts w:asciiTheme="majorHAnsi" w:hAnsiTheme="majorHAnsi" w:cstheme="majorHAnsi"/>
                <w:color w:val="222222"/>
              </w:rPr>
              <w:t xml:space="preserve"> Inhabilitaci</w:t>
            </w:r>
            <w:r w:rsidRPr="00313FC8">
              <w:rPr>
                <w:rFonts w:ascii="Calibri" w:hAnsi="Calibri" w:cs="Calibri"/>
                <w:color w:val="222222"/>
              </w:rPr>
              <w:t>ó</w:t>
            </w:r>
            <w:r w:rsidRPr="00313FC8">
              <w:rPr>
                <w:rFonts w:asciiTheme="majorHAnsi" w:hAnsiTheme="majorHAnsi" w:cstheme="majorHAnsi"/>
                <w:color w:val="222222"/>
              </w:rPr>
              <w:t xml:space="preserve">n   </w:t>
            </w:r>
            <w:r w:rsidRPr="00313FC8">
              <w:rPr>
                <w:rFonts w:ascii="Segoe UI Symbol" w:hAnsi="Segoe UI Symbol" w:cs="Segoe UI Symbol"/>
                <w:color w:val="222222"/>
              </w:rPr>
              <w:t>☐</w:t>
            </w:r>
            <w:r w:rsidRPr="00313FC8">
              <w:rPr>
                <w:rFonts w:asciiTheme="majorHAnsi" w:hAnsiTheme="majorHAnsi" w:cstheme="majorHAnsi"/>
                <w:color w:val="222222"/>
              </w:rPr>
              <w:t xml:space="preserve"> Suspensi</w:t>
            </w:r>
            <w:r w:rsidRPr="00313FC8">
              <w:rPr>
                <w:rFonts w:ascii="Calibri" w:hAnsi="Calibri" w:cs="Calibri"/>
                <w:color w:val="222222"/>
              </w:rPr>
              <w:t>ó</w:t>
            </w:r>
            <w:r w:rsidRPr="00313FC8">
              <w:rPr>
                <w:rFonts w:asciiTheme="majorHAnsi" w:hAnsiTheme="majorHAnsi" w:cstheme="majorHAnsi"/>
                <w:color w:val="222222"/>
              </w:rPr>
              <w:t>n</w:t>
            </w:r>
          </w:p>
        </w:tc>
      </w:tr>
      <w:tr w:rsidR="00F35BD3" w:rsidRPr="00313FC8" w14:paraId="07AE5309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565383" w14:textId="77777777" w:rsidR="00F35BD3" w:rsidRPr="00313FC8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13FC8">
              <w:rPr>
                <w:rFonts w:asciiTheme="majorHAnsi" w:hAnsiTheme="majorHAnsi" w:cstheme="majorHAnsi"/>
                <w:color w:val="222222"/>
              </w:rPr>
              <w:t>Sistema / servicio afectado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CE76BF" w14:textId="77777777" w:rsidR="00F35BD3" w:rsidRPr="00313FC8" w:rsidRDefault="00F35BD3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F35BD3" w:rsidRPr="00313FC8" w14:paraId="14D6B462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B424FC" w14:textId="77777777" w:rsidR="00F35BD3" w:rsidRPr="00313FC8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13FC8">
              <w:rPr>
                <w:rFonts w:asciiTheme="majorHAnsi" w:hAnsiTheme="majorHAnsi" w:cstheme="majorHAnsi"/>
                <w:color w:val="222222"/>
              </w:rPr>
              <w:t>Usuario / cuenta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FBB18A" w14:textId="77777777" w:rsidR="00F35BD3" w:rsidRPr="00313FC8" w:rsidRDefault="00F35BD3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</w:tbl>
    <w:p w14:paraId="0BD2BE64" w14:textId="77777777" w:rsidR="00F35BD3" w:rsidRPr="00313FC8" w:rsidRDefault="00000000">
      <w:pPr>
        <w:spacing w:before="20" w:after="80" w:line="240" w:lineRule="auto"/>
        <w:rPr>
          <w:rFonts w:asciiTheme="majorHAnsi" w:hAnsiTheme="majorHAnsi" w:cstheme="majorHAnsi"/>
        </w:rPr>
      </w:pPr>
      <w:r w:rsidRPr="00313FC8">
        <w:rPr>
          <w:rFonts w:asciiTheme="majorHAnsi" w:hAnsiTheme="majorHAnsi" w:cstheme="majorHAnsi"/>
          <w:b/>
          <w:color w:val="4F81BD"/>
          <w:sz w:val="25"/>
        </w:rPr>
        <w:t>2. DETALLE DE LA EJECUCIÓN TÉCNICA</w:t>
      </w:r>
    </w:p>
    <w:tbl>
      <w:tblPr>
        <w:tblW w:w="0" w:type="auto"/>
        <w:jc w:val="center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400"/>
        <w:gridCol w:w="5472"/>
      </w:tblGrid>
      <w:tr w:rsidR="00F35BD3" w:rsidRPr="00313FC8" w14:paraId="43BA6778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DEAAF1" w14:textId="77777777" w:rsidR="00F35BD3" w:rsidRPr="00313FC8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13FC8">
              <w:rPr>
                <w:rFonts w:asciiTheme="majorHAnsi" w:hAnsiTheme="majorHAnsi" w:cstheme="majorHAnsi"/>
                <w:color w:val="222222"/>
              </w:rPr>
              <w:t>Acción realizada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50A443" w14:textId="77777777" w:rsidR="00F35BD3" w:rsidRPr="00313FC8" w:rsidRDefault="00F35BD3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F35BD3" w:rsidRPr="00313FC8" w14:paraId="2D25A748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204B39" w14:textId="77777777" w:rsidR="00F35BD3" w:rsidRPr="00313FC8" w:rsidRDefault="00000000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  <w:r w:rsidRPr="00313FC8">
              <w:rPr>
                <w:rFonts w:asciiTheme="majorHAnsi" w:hAnsiTheme="majorHAnsi" w:cstheme="majorHAnsi"/>
                <w:color w:val="222222"/>
                <w:lang w:val="es-MX"/>
              </w:rPr>
              <w:t>Perfil o permisos aplicados / retirados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F2A160" w14:textId="77777777" w:rsidR="00F35BD3" w:rsidRPr="00313FC8" w:rsidRDefault="00F35BD3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</w:p>
        </w:tc>
      </w:tr>
      <w:tr w:rsidR="00F35BD3" w:rsidRPr="00313FC8" w14:paraId="2B80C24C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8F52F8" w14:textId="77777777" w:rsidR="00F35BD3" w:rsidRPr="00313FC8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13FC8">
              <w:rPr>
                <w:rFonts w:asciiTheme="majorHAnsi" w:hAnsiTheme="majorHAnsi" w:cstheme="majorHAnsi"/>
                <w:color w:val="222222"/>
              </w:rPr>
              <w:t>Sesiones cerradas, si aplica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6EB774" w14:textId="77777777" w:rsidR="00F35BD3" w:rsidRPr="00313FC8" w:rsidRDefault="00F35BD3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F35BD3" w:rsidRPr="00313FC8" w14:paraId="4589351F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AA9955" w14:textId="77777777" w:rsidR="00F35BD3" w:rsidRPr="00313FC8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13FC8">
              <w:rPr>
                <w:rFonts w:asciiTheme="majorHAnsi" w:hAnsiTheme="majorHAnsi" w:cstheme="majorHAnsi"/>
                <w:color w:val="222222"/>
              </w:rPr>
              <w:t>Evidencia técnica generada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C8FC6F" w14:textId="77777777" w:rsidR="00F35BD3" w:rsidRPr="00313FC8" w:rsidRDefault="00000000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  <w:r w:rsidRPr="00313FC8">
              <w:rPr>
                <w:rFonts w:ascii="Segoe UI Symbol" w:hAnsi="Segoe UI Symbol" w:cs="Segoe UI Symbol"/>
                <w:color w:val="222222"/>
                <w:lang w:val="es-MX"/>
              </w:rPr>
              <w:t>☐</w:t>
            </w:r>
            <w:r w:rsidRPr="00313FC8">
              <w:rPr>
                <w:rFonts w:asciiTheme="majorHAnsi" w:hAnsiTheme="majorHAnsi" w:cstheme="majorHAnsi"/>
                <w:color w:val="222222"/>
                <w:lang w:val="es-MX"/>
              </w:rPr>
              <w:t xml:space="preserve"> Captura   </w:t>
            </w:r>
            <w:r w:rsidRPr="00313FC8">
              <w:rPr>
                <w:rFonts w:ascii="Segoe UI Symbol" w:hAnsi="Segoe UI Symbol" w:cs="Segoe UI Symbol"/>
                <w:color w:val="222222"/>
                <w:lang w:val="es-MX"/>
              </w:rPr>
              <w:t>☐</w:t>
            </w:r>
            <w:r w:rsidRPr="00313FC8">
              <w:rPr>
                <w:rFonts w:asciiTheme="majorHAnsi" w:hAnsiTheme="majorHAnsi" w:cstheme="majorHAnsi"/>
                <w:color w:val="222222"/>
                <w:lang w:val="es-MX"/>
              </w:rPr>
              <w:t xml:space="preserve"> Ticket   </w:t>
            </w:r>
            <w:r w:rsidRPr="00313FC8">
              <w:rPr>
                <w:rFonts w:ascii="Segoe UI Symbol" w:hAnsi="Segoe UI Symbol" w:cs="Segoe UI Symbol"/>
                <w:color w:val="222222"/>
                <w:lang w:val="es-MX"/>
              </w:rPr>
              <w:t>☐</w:t>
            </w:r>
            <w:r w:rsidRPr="00313FC8">
              <w:rPr>
                <w:rFonts w:asciiTheme="majorHAnsi" w:hAnsiTheme="majorHAnsi" w:cstheme="majorHAnsi"/>
                <w:color w:val="222222"/>
                <w:lang w:val="es-MX"/>
              </w:rPr>
              <w:t xml:space="preserve"> Bit</w:t>
            </w:r>
            <w:r w:rsidRPr="00313FC8">
              <w:rPr>
                <w:rFonts w:ascii="Calibri" w:hAnsi="Calibri" w:cs="Calibri"/>
                <w:color w:val="222222"/>
                <w:lang w:val="es-MX"/>
              </w:rPr>
              <w:t>á</w:t>
            </w:r>
            <w:r w:rsidRPr="00313FC8">
              <w:rPr>
                <w:rFonts w:asciiTheme="majorHAnsi" w:hAnsiTheme="majorHAnsi" w:cstheme="majorHAnsi"/>
                <w:color w:val="222222"/>
                <w:lang w:val="es-MX"/>
              </w:rPr>
              <w:t xml:space="preserve">cora   </w:t>
            </w:r>
            <w:r w:rsidRPr="00313FC8">
              <w:rPr>
                <w:rFonts w:ascii="Segoe UI Symbol" w:hAnsi="Segoe UI Symbol" w:cs="Segoe UI Symbol"/>
                <w:color w:val="222222"/>
                <w:lang w:val="es-MX"/>
              </w:rPr>
              <w:t>☐</w:t>
            </w:r>
            <w:r w:rsidRPr="00313FC8">
              <w:rPr>
                <w:rFonts w:asciiTheme="majorHAnsi" w:hAnsiTheme="majorHAnsi" w:cstheme="majorHAnsi"/>
                <w:color w:val="222222"/>
                <w:lang w:val="es-MX"/>
              </w:rPr>
              <w:t xml:space="preserve"> Consola   </w:t>
            </w:r>
            <w:r w:rsidRPr="00313FC8">
              <w:rPr>
                <w:rFonts w:ascii="Segoe UI Symbol" w:hAnsi="Segoe UI Symbol" w:cs="Segoe UI Symbol"/>
                <w:color w:val="222222"/>
                <w:lang w:val="es-MX"/>
              </w:rPr>
              <w:t>☐</w:t>
            </w:r>
            <w:r w:rsidRPr="00313FC8">
              <w:rPr>
                <w:rFonts w:asciiTheme="majorHAnsi" w:hAnsiTheme="majorHAnsi" w:cstheme="majorHAnsi"/>
                <w:color w:val="222222"/>
                <w:lang w:val="es-MX"/>
              </w:rPr>
              <w:t xml:space="preserve"> Registro del sistema</w:t>
            </w:r>
          </w:p>
        </w:tc>
      </w:tr>
      <w:tr w:rsidR="00F35BD3" w:rsidRPr="00313FC8" w14:paraId="1BFB97F9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C7B769" w14:textId="77777777" w:rsidR="00F35BD3" w:rsidRPr="00313FC8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13FC8">
              <w:rPr>
                <w:rFonts w:asciiTheme="majorHAnsi" w:hAnsiTheme="majorHAnsi" w:cstheme="majorHAnsi"/>
                <w:color w:val="222222"/>
              </w:rPr>
              <w:t>Resultado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D4061E" w14:textId="77777777" w:rsidR="00F35BD3" w:rsidRPr="00313FC8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13FC8">
              <w:rPr>
                <w:rFonts w:ascii="Segoe UI Symbol" w:hAnsi="Segoe UI Symbol" w:cs="Segoe UI Symbol"/>
                <w:color w:val="222222"/>
              </w:rPr>
              <w:t>☐</w:t>
            </w:r>
            <w:r w:rsidRPr="00313FC8">
              <w:rPr>
                <w:rFonts w:asciiTheme="majorHAnsi" w:hAnsiTheme="majorHAnsi" w:cstheme="majorHAnsi"/>
                <w:color w:val="222222"/>
              </w:rPr>
              <w:t xml:space="preserve"> Exitoso   </w:t>
            </w:r>
            <w:r w:rsidRPr="00313FC8">
              <w:rPr>
                <w:rFonts w:ascii="Segoe UI Symbol" w:hAnsi="Segoe UI Symbol" w:cs="Segoe UI Symbol"/>
                <w:color w:val="222222"/>
              </w:rPr>
              <w:t>☐</w:t>
            </w:r>
            <w:r w:rsidRPr="00313FC8">
              <w:rPr>
                <w:rFonts w:asciiTheme="majorHAnsi" w:hAnsiTheme="majorHAnsi" w:cstheme="majorHAnsi"/>
                <w:color w:val="222222"/>
              </w:rPr>
              <w:t xml:space="preserve"> Parcial   </w:t>
            </w:r>
            <w:r w:rsidRPr="00313FC8">
              <w:rPr>
                <w:rFonts w:ascii="Segoe UI Symbol" w:hAnsi="Segoe UI Symbol" w:cs="Segoe UI Symbol"/>
                <w:color w:val="222222"/>
              </w:rPr>
              <w:t>☐</w:t>
            </w:r>
            <w:r w:rsidRPr="00313FC8">
              <w:rPr>
                <w:rFonts w:asciiTheme="majorHAnsi" w:hAnsiTheme="majorHAnsi" w:cstheme="majorHAnsi"/>
                <w:color w:val="222222"/>
              </w:rPr>
              <w:t xml:space="preserve"> Con incidencia</w:t>
            </w:r>
          </w:p>
        </w:tc>
      </w:tr>
      <w:tr w:rsidR="00F35BD3" w:rsidRPr="00313FC8" w14:paraId="31F7FDD2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01F4AA" w14:textId="77777777" w:rsidR="00F35BD3" w:rsidRPr="00313FC8" w:rsidRDefault="00000000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  <w:r w:rsidRPr="00313FC8">
              <w:rPr>
                <w:rFonts w:asciiTheme="majorHAnsi" w:hAnsiTheme="majorHAnsi" w:cstheme="majorHAnsi"/>
                <w:color w:val="222222"/>
                <w:lang w:val="es-MX"/>
              </w:rPr>
              <w:t>Descripción de incidencia, si aplica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13E2FE" w14:textId="77777777" w:rsidR="00F35BD3" w:rsidRPr="00313FC8" w:rsidRDefault="00F35BD3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</w:p>
        </w:tc>
      </w:tr>
    </w:tbl>
    <w:p w14:paraId="11D12913" w14:textId="77777777" w:rsidR="00F35BD3" w:rsidRPr="00313FC8" w:rsidRDefault="00000000">
      <w:pPr>
        <w:spacing w:before="20" w:after="80" w:line="240" w:lineRule="auto"/>
        <w:rPr>
          <w:rFonts w:asciiTheme="majorHAnsi" w:hAnsiTheme="majorHAnsi" w:cstheme="majorHAnsi"/>
        </w:rPr>
      </w:pPr>
      <w:r w:rsidRPr="00313FC8">
        <w:rPr>
          <w:rFonts w:asciiTheme="majorHAnsi" w:hAnsiTheme="majorHAnsi" w:cstheme="majorHAnsi"/>
          <w:b/>
          <w:color w:val="4F81BD"/>
          <w:sz w:val="25"/>
        </w:rPr>
        <w:t>3. VALIDACIÓN POSTERIOR</w:t>
      </w:r>
    </w:p>
    <w:tbl>
      <w:tblPr>
        <w:tblW w:w="0" w:type="auto"/>
        <w:jc w:val="center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10872"/>
      </w:tblGrid>
      <w:tr w:rsidR="00F35BD3" w:rsidRPr="00313FC8" w14:paraId="11176BA6" w14:textId="77777777">
        <w:trPr>
          <w:jc w:val="center"/>
        </w:trPr>
        <w:tc>
          <w:tcPr>
            <w:tcW w:w="10872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02171D4" w14:textId="77777777" w:rsidR="00F35BD3" w:rsidRPr="00313FC8" w:rsidRDefault="00000000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  <w:r w:rsidRPr="00313FC8">
              <w:rPr>
                <w:rFonts w:ascii="Segoe UI Symbol" w:hAnsi="Segoe UI Symbol" w:cs="Segoe UI Symbol"/>
                <w:color w:val="222222"/>
                <w:sz w:val="21"/>
                <w:lang w:val="es-MX"/>
              </w:rPr>
              <w:t>☐</w:t>
            </w:r>
            <w:r w:rsidRPr="00313FC8">
              <w:rPr>
                <w:rFonts w:asciiTheme="majorHAnsi" w:hAnsiTheme="majorHAnsi" w:cstheme="majorHAnsi"/>
                <w:color w:val="222222"/>
                <w:sz w:val="21"/>
                <w:lang w:val="es-MX"/>
              </w:rPr>
              <w:t xml:space="preserve"> Se verificó autenticación del usuario</w:t>
            </w:r>
          </w:p>
          <w:p w14:paraId="3E18A722" w14:textId="77777777" w:rsidR="00F35BD3" w:rsidRPr="00313FC8" w:rsidRDefault="00000000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  <w:r w:rsidRPr="00313FC8">
              <w:rPr>
                <w:rFonts w:ascii="Segoe UI Symbol" w:hAnsi="Segoe UI Symbol" w:cs="Segoe UI Symbol"/>
                <w:color w:val="222222"/>
                <w:sz w:val="21"/>
                <w:lang w:val="es-MX"/>
              </w:rPr>
              <w:t>☐</w:t>
            </w:r>
            <w:r w:rsidRPr="00313FC8">
              <w:rPr>
                <w:rFonts w:asciiTheme="majorHAnsi" w:hAnsiTheme="majorHAnsi" w:cstheme="majorHAnsi"/>
                <w:color w:val="222222"/>
                <w:sz w:val="21"/>
                <w:lang w:val="es-MX"/>
              </w:rPr>
              <w:t xml:space="preserve"> Se verificó imposibilidad de acceso, si fue baja</w:t>
            </w:r>
          </w:p>
          <w:p w14:paraId="52D0AA61" w14:textId="77777777" w:rsidR="00F35BD3" w:rsidRPr="00313FC8" w:rsidRDefault="00000000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  <w:r w:rsidRPr="00313FC8">
              <w:rPr>
                <w:rFonts w:ascii="Segoe UI Symbol" w:hAnsi="Segoe UI Symbol" w:cs="Segoe UI Symbol"/>
                <w:color w:val="222222"/>
                <w:sz w:val="21"/>
                <w:lang w:val="es-MX"/>
              </w:rPr>
              <w:t>☐</w:t>
            </w:r>
            <w:r w:rsidRPr="00313FC8">
              <w:rPr>
                <w:rFonts w:asciiTheme="majorHAnsi" w:hAnsiTheme="majorHAnsi" w:cstheme="majorHAnsi"/>
                <w:color w:val="222222"/>
                <w:sz w:val="21"/>
                <w:lang w:val="es-MX"/>
              </w:rPr>
              <w:t xml:space="preserve"> Se actualizó registro maestro</w:t>
            </w:r>
          </w:p>
          <w:p w14:paraId="2A251BB7" w14:textId="77777777" w:rsidR="00F35BD3" w:rsidRPr="00313FC8" w:rsidRDefault="00000000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  <w:r w:rsidRPr="00313FC8">
              <w:rPr>
                <w:rFonts w:ascii="Segoe UI Symbol" w:hAnsi="Segoe UI Symbol" w:cs="Segoe UI Symbol"/>
                <w:color w:val="222222"/>
                <w:sz w:val="21"/>
                <w:lang w:val="es-MX"/>
              </w:rPr>
              <w:t>☐</w:t>
            </w:r>
            <w:r w:rsidRPr="00313FC8">
              <w:rPr>
                <w:rFonts w:asciiTheme="majorHAnsi" w:hAnsiTheme="majorHAnsi" w:cstheme="majorHAnsi"/>
                <w:color w:val="222222"/>
                <w:sz w:val="21"/>
                <w:lang w:val="es-MX"/>
              </w:rPr>
              <w:t xml:space="preserve"> Se notificó al solicitante</w:t>
            </w:r>
          </w:p>
          <w:p w14:paraId="6CA4F21A" w14:textId="77777777" w:rsidR="00F35BD3" w:rsidRPr="00313FC8" w:rsidRDefault="00000000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  <w:r w:rsidRPr="00313FC8">
              <w:rPr>
                <w:rFonts w:ascii="Segoe UI Symbol" w:hAnsi="Segoe UI Symbol" w:cs="Segoe UI Symbol"/>
                <w:color w:val="222222"/>
                <w:sz w:val="21"/>
                <w:lang w:val="es-MX"/>
              </w:rPr>
              <w:t>☐</w:t>
            </w:r>
            <w:r w:rsidRPr="00313FC8">
              <w:rPr>
                <w:rFonts w:asciiTheme="majorHAnsi" w:hAnsiTheme="majorHAnsi" w:cstheme="majorHAnsi"/>
                <w:color w:val="222222"/>
                <w:sz w:val="21"/>
                <w:lang w:val="es-MX"/>
              </w:rPr>
              <w:t xml:space="preserve"> Se notificó a Seguridad de la Información</w:t>
            </w:r>
          </w:p>
          <w:p w14:paraId="0EE8B93F" w14:textId="77777777" w:rsidR="00F35BD3" w:rsidRPr="00313FC8" w:rsidRDefault="00000000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  <w:r w:rsidRPr="00313FC8">
              <w:rPr>
                <w:rFonts w:ascii="Segoe UI Symbol" w:hAnsi="Segoe UI Symbol" w:cs="Segoe UI Symbol"/>
                <w:color w:val="222222"/>
                <w:sz w:val="21"/>
                <w:lang w:val="es-MX"/>
              </w:rPr>
              <w:t>☐</w:t>
            </w:r>
            <w:r w:rsidRPr="00313FC8">
              <w:rPr>
                <w:rFonts w:asciiTheme="majorHAnsi" w:hAnsiTheme="majorHAnsi" w:cstheme="majorHAnsi"/>
                <w:color w:val="222222"/>
                <w:sz w:val="21"/>
                <w:lang w:val="es-MX"/>
              </w:rPr>
              <w:t xml:space="preserve"> No quedaron accesos residuales identificados</w:t>
            </w:r>
          </w:p>
        </w:tc>
      </w:tr>
    </w:tbl>
    <w:p w14:paraId="4A8976E7" w14:textId="77777777" w:rsidR="00F35BD3" w:rsidRPr="00313FC8" w:rsidRDefault="00F35BD3">
      <w:pPr>
        <w:rPr>
          <w:rFonts w:asciiTheme="majorHAnsi" w:hAnsiTheme="majorHAnsi" w:cstheme="majorHAnsi"/>
          <w:lang w:val="es-MX"/>
        </w:rPr>
      </w:pPr>
    </w:p>
    <w:p w14:paraId="16A34D38" w14:textId="77777777" w:rsidR="00F35BD3" w:rsidRPr="00313FC8" w:rsidRDefault="00000000">
      <w:pPr>
        <w:spacing w:before="20" w:after="80" w:line="240" w:lineRule="auto"/>
        <w:rPr>
          <w:rFonts w:asciiTheme="majorHAnsi" w:hAnsiTheme="majorHAnsi" w:cstheme="majorHAnsi"/>
        </w:rPr>
      </w:pPr>
      <w:r w:rsidRPr="00313FC8">
        <w:rPr>
          <w:rFonts w:asciiTheme="majorHAnsi" w:hAnsiTheme="majorHAnsi" w:cstheme="majorHAnsi"/>
          <w:b/>
          <w:color w:val="4F81BD"/>
          <w:sz w:val="25"/>
        </w:rPr>
        <w:t>4. OBSERVACIONES FINALES</w:t>
      </w:r>
    </w:p>
    <w:tbl>
      <w:tblPr>
        <w:tblW w:w="0" w:type="auto"/>
        <w:jc w:val="center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3624"/>
        <w:gridCol w:w="3624"/>
        <w:gridCol w:w="3624"/>
        <w:gridCol w:w="9"/>
      </w:tblGrid>
      <w:tr w:rsidR="00F35BD3" w:rsidRPr="00313FC8" w14:paraId="6E007695" w14:textId="77777777">
        <w:trPr>
          <w:jc w:val="center"/>
        </w:trPr>
        <w:tc>
          <w:tcPr>
            <w:tcW w:w="10872" w:type="dxa"/>
            <w:gridSpan w:val="4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1D613E5" w14:textId="77777777" w:rsidR="00F35BD3" w:rsidRPr="00313FC8" w:rsidRDefault="00000000">
            <w:pPr>
              <w:spacing w:after="20" w:line="240" w:lineRule="auto"/>
              <w:rPr>
                <w:rFonts w:asciiTheme="majorHAnsi" w:hAnsiTheme="majorHAnsi" w:cstheme="majorHAnsi"/>
                <w:lang w:val="es-MX"/>
              </w:rPr>
            </w:pPr>
            <w:r w:rsidRPr="00313FC8">
              <w:rPr>
                <w:rFonts w:asciiTheme="majorHAnsi" w:hAnsiTheme="majorHAnsi" w:cstheme="majorHAnsi"/>
                <w:b/>
                <w:color w:val="222222"/>
                <w:lang w:val="es-MX"/>
              </w:rPr>
              <w:t>Comentarios de la ejecución técnica y resultado final</w:t>
            </w:r>
          </w:p>
          <w:p w14:paraId="5CC5F4A8" w14:textId="77777777" w:rsidR="00F35BD3" w:rsidRPr="00313FC8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13FC8">
              <w:rPr>
                <w:rFonts w:asciiTheme="majorHAnsi" w:hAnsiTheme="majorHAnsi" w:cstheme="majorHAnsi"/>
                <w:color w:val="7A7A7A"/>
                <w:sz w:val="18"/>
              </w:rPr>
              <w:t>____________________________________________________________________________________________________</w:t>
            </w:r>
          </w:p>
          <w:p w14:paraId="3147C146" w14:textId="77777777" w:rsidR="00F35BD3" w:rsidRPr="00313FC8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13FC8">
              <w:rPr>
                <w:rFonts w:asciiTheme="majorHAnsi" w:hAnsiTheme="majorHAnsi" w:cstheme="majorHAnsi"/>
                <w:color w:val="7A7A7A"/>
                <w:sz w:val="18"/>
              </w:rPr>
              <w:t>____________________________________________________________________________________________________</w:t>
            </w:r>
          </w:p>
          <w:p w14:paraId="28CE7804" w14:textId="77777777" w:rsidR="00F35BD3" w:rsidRPr="00313FC8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13FC8">
              <w:rPr>
                <w:rFonts w:asciiTheme="majorHAnsi" w:hAnsiTheme="majorHAnsi" w:cstheme="majorHAnsi"/>
                <w:color w:val="7A7A7A"/>
                <w:sz w:val="18"/>
              </w:rPr>
              <w:t>____________________________________________________________________________________________________</w:t>
            </w:r>
          </w:p>
          <w:p w14:paraId="13DF0646" w14:textId="77777777" w:rsidR="00F35BD3" w:rsidRPr="00313FC8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13FC8">
              <w:rPr>
                <w:rFonts w:asciiTheme="majorHAnsi" w:hAnsiTheme="majorHAnsi" w:cstheme="majorHAnsi"/>
                <w:color w:val="7A7A7A"/>
                <w:sz w:val="18"/>
              </w:rPr>
              <w:t>____________________________________________________________________________________________________</w:t>
            </w:r>
          </w:p>
        </w:tc>
      </w:tr>
      <w:tr w:rsidR="00F35BD3" w:rsidRPr="00313FC8" w14:paraId="30E7CEA4" w14:textId="77777777">
        <w:tblPrEx>
          <w:tblBorders>
            <w:top w:val="single" w:sz="0" w:space="0" w:color="FFFFFF"/>
            <w:left w:val="single" w:sz="0" w:space="0" w:color="FFFFFF"/>
            <w:bottom w:val="single" w:sz="0" w:space="0" w:color="FFFFFF"/>
            <w:right w:val="single" w:sz="0" w:space="0" w:color="FFFFFF"/>
            <w:insideH w:val="single" w:sz="0" w:space="0" w:color="FFFFFF"/>
            <w:insideV w:val="single" w:sz="0" w:space="0" w:color="FFFFFF"/>
          </w:tblBorders>
        </w:tblPrEx>
        <w:trPr>
          <w:gridAfter w:val="1"/>
          <w:wAfter w:w="9" w:type="dxa"/>
          <w:jc w:val="center"/>
        </w:trPr>
        <w:tc>
          <w:tcPr>
            <w:tcW w:w="3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D21317" w14:textId="77777777" w:rsidR="00F35BD3" w:rsidRPr="00313FC8" w:rsidRDefault="00F35BD3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330EA0" w14:textId="77777777" w:rsidR="00F35BD3" w:rsidRPr="00313FC8" w:rsidRDefault="00F35BD3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C515F2" w14:textId="77777777" w:rsidR="00F35BD3" w:rsidRPr="00313FC8" w:rsidRDefault="00F35BD3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F35BD3" w:rsidRPr="00313FC8" w14:paraId="1C655BB2" w14:textId="77777777">
        <w:tblPrEx>
          <w:tblBorders>
            <w:top w:val="single" w:sz="0" w:space="0" w:color="FFFFFF"/>
            <w:left w:val="single" w:sz="0" w:space="0" w:color="FFFFFF"/>
            <w:bottom w:val="single" w:sz="0" w:space="0" w:color="FFFFFF"/>
            <w:right w:val="single" w:sz="0" w:space="0" w:color="FFFFFF"/>
            <w:insideH w:val="single" w:sz="0" w:space="0" w:color="FFFFFF"/>
            <w:insideV w:val="single" w:sz="0" w:space="0" w:color="FFFFFF"/>
          </w:tblBorders>
        </w:tblPrEx>
        <w:trPr>
          <w:gridAfter w:val="1"/>
          <w:wAfter w:w="9" w:type="dxa"/>
          <w:jc w:val="center"/>
        </w:trPr>
        <w:tc>
          <w:tcPr>
            <w:tcW w:w="3624" w:type="dxa"/>
            <w:tcBorders>
              <w:top w:val="single" w:sz="10" w:space="0" w:color="7F7F7F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7EF2871" w14:textId="77777777" w:rsidR="00F35BD3" w:rsidRPr="00313FC8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13FC8">
              <w:rPr>
                <w:rFonts w:asciiTheme="majorHAnsi" w:hAnsiTheme="majorHAnsi" w:cstheme="majorHAnsi"/>
                <w:color w:val="222222"/>
              </w:rPr>
              <w:t>Ejecuta</w:t>
            </w:r>
          </w:p>
        </w:tc>
        <w:tc>
          <w:tcPr>
            <w:tcW w:w="3624" w:type="dxa"/>
            <w:tcBorders>
              <w:top w:val="single" w:sz="10" w:space="0" w:color="7F7F7F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CEF601A" w14:textId="77777777" w:rsidR="00F35BD3" w:rsidRPr="00313FC8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13FC8">
              <w:rPr>
                <w:rFonts w:asciiTheme="majorHAnsi" w:hAnsiTheme="majorHAnsi" w:cstheme="majorHAnsi"/>
                <w:color w:val="222222"/>
              </w:rPr>
              <w:t>Revisa</w:t>
            </w:r>
          </w:p>
        </w:tc>
        <w:tc>
          <w:tcPr>
            <w:tcW w:w="3624" w:type="dxa"/>
            <w:tcBorders>
              <w:top w:val="single" w:sz="10" w:space="0" w:color="7F7F7F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646923F" w14:textId="77777777" w:rsidR="00F35BD3" w:rsidRPr="00313FC8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13FC8">
              <w:rPr>
                <w:rFonts w:asciiTheme="majorHAnsi" w:hAnsiTheme="majorHAnsi" w:cstheme="majorHAnsi"/>
                <w:color w:val="222222"/>
              </w:rPr>
              <w:t>Conformidad</w:t>
            </w:r>
          </w:p>
        </w:tc>
      </w:tr>
    </w:tbl>
    <w:p w14:paraId="777B8936" w14:textId="77777777" w:rsidR="00D84504" w:rsidRPr="00313FC8" w:rsidRDefault="00D84504">
      <w:pPr>
        <w:rPr>
          <w:rFonts w:asciiTheme="majorHAnsi" w:hAnsiTheme="majorHAnsi" w:cstheme="majorHAnsi"/>
        </w:rPr>
      </w:pPr>
    </w:p>
    <w:sectPr w:rsidR="00D84504" w:rsidRPr="00313FC8" w:rsidSect="00034616">
      <w:footerReference w:type="default" r:id="rId9"/>
      <w:pgSz w:w="12240" w:h="15840"/>
      <w:pgMar w:top="403" w:right="461" w:bottom="432" w:left="461" w:header="259" w:footer="2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6FBB4" w14:textId="77777777" w:rsidR="00D84504" w:rsidRDefault="00D84504">
      <w:pPr>
        <w:spacing w:after="0" w:line="240" w:lineRule="auto"/>
      </w:pPr>
      <w:r>
        <w:separator/>
      </w:r>
    </w:p>
  </w:endnote>
  <w:endnote w:type="continuationSeparator" w:id="0">
    <w:p w14:paraId="291E61E7" w14:textId="77777777" w:rsidR="00D84504" w:rsidRDefault="00D84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70322" w14:textId="77777777" w:rsidR="00F35BD3" w:rsidRDefault="00000000">
    <w:pPr>
      <w:pStyle w:val="Piedepgina"/>
      <w:jc w:val="center"/>
    </w:pPr>
    <w:r>
      <w:rPr>
        <w:color w:val="7A7A7A"/>
      </w:rPr>
      <w:t>SENDERO FUEL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DE14A" w14:textId="77777777" w:rsidR="00D84504" w:rsidRDefault="00D84504">
      <w:pPr>
        <w:spacing w:after="0" w:line="240" w:lineRule="auto"/>
      </w:pPr>
      <w:r>
        <w:separator/>
      </w:r>
    </w:p>
  </w:footnote>
  <w:footnote w:type="continuationSeparator" w:id="0">
    <w:p w14:paraId="0B746D40" w14:textId="77777777" w:rsidR="00D84504" w:rsidRDefault="00D845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61161612">
    <w:abstractNumId w:val="8"/>
  </w:num>
  <w:num w:numId="2" w16cid:durableId="28844485">
    <w:abstractNumId w:val="6"/>
  </w:num>
  <w:num w:numId="3" w16cid:durableId="1134979287">
    <w:abstractNumId w:val="5"/>
  </w:num>
  <w:num w:numId="4" w16cid:durableId="1137915648">
    <w:abstractNumId w:val="4"/>
  </w:num>
  <w:num w:numId="5" w16cid:durableId="1816482269">
    <w:abstractNumId w:val="7"/>
  </w:num>
  <w:num w:numId="6" w16cid:durableId="534386969">
    <w:abstractNumId w:val="3"/>
  </w:num>
  <w:num w:numId="7" w16cid:durableId="842207941">
    <w:abstractNumId w:val="2"/>
  </w:num>
  <w:num w:numId="8" w16cid:durableId="825243711">
    <w:abstractNumId w:val="1"/>
  </w:num>
  <w:num w:numId="9" w16cid:durableId="1082532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13FC8"/>
    <w:rsid w:val="00326F90"/>
    <w:rsid w:val="00AA1D8D"/>
    <w:rsid w:val="00B47730"/>
    <w:rsid w:val="00BB63EB"/>
    <w:rsid w:val="00CB0664"/>
    <w:rsid w:val="00D84504"/>
    <w:rsid w:val="00F35BD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8655F8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mbria" w:hAnsi="Cambria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Escamilla</cp:lastModifiedBy>
  <cp:revision>2</cp:revision>
  <dcterms:created xsi:type="dcterms:W3CDTF">2013-12-23T23:15:00Z</dcterms:created>
  <dcterms:modified xsi:type="dcterms:W3CDTF">2026-04-08T14:55:00Z</dcterms:modified>
  <cp:category/>
</cp:coreProperties>
</file>