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520"/>
      </w:tblGrid>
      <w:tr w:rsidR="00DF2406" w:rsidRPr="005F3D02" w14:paraId="60E0A97C" w14:textId="77777777" w:rsidTr="005F3D02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1ED2AA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b/>
                <w:color w:val="222222"/>
                <w:sz w:val="22"/>
              </w:rPr>
              <w:t>FO-SF-0052</w:t>
            </w:r>
          </w:p>
        </w:tc>
        <w:tc>
          <w:tcPr>
            <w:tcW w:w="626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4B5F3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t>AUTORIZACIÓN DE ACCESO POR SISTEMA O</w:t>
            </w:r>
            <w:r w:rsidRPr="005F3D02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br/>
              <w:t>SERVICIO</w:t>
            </w:r>
          </w:p>
        </w:tc>
        <w:tc>
          <w:tcPr>
            <w:tcW w:w="2520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4FE39" w14:textId="77777777" w:rsidR="00DF2406" w:rsidRPr="005F3D0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5665862F" wp14:editId="0FD9AE57">
                  <wp:extent cx="1097280" cy="3097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9AD78" w14:textId="77777777" w:rsidR="00DF2406" w:rsidRPr="005F3D02" w:rsidRDefault="00000000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b/>
                <w:color w:val="222222"/>
                <w:sz w:val="25"/>
              </w:rPr>
              <w:t>SENDERO FUEL</w:t>
            </w:r>
          </w:p>
        </w:tc>
      </w:tr>
      <w:tr w:rsidR="00DF2406" w:rsidRPr="005F3D02" w14:paraId="07CFB6E5" w14:textId="77777777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D2F289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  <w:sz w:val="21"/>
              </w:rPr>
              <w:t>Emisión: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AF283F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  <w:sz w:val="21"/>
              </w:rPr>
              <w:t>Revisión: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A7AE62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  <w:sz w:val="21"/>
              </w:rPr>
              <w:t>Versión: 1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D9D9F7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  <w:sz w:val="21"/>
              </w:rPr>
              <w:t>Formato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BB5F2" w14:textId="77777777" w:rsidR="00DF2406" w:rsidRPr="005F3D02" w:rsidRDefault="00DF2406">
            <w:pPr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2DBFB180" w14:textId="77777777">
        <w:trPr>
          <w:jc w:val="center"/>
        </w:trPr>
        <w:tc>
          <w:tcPr>
            <w:tcW w:w="8352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82896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9E194" w14:textId="77777777" w:rsidR="00DF2406" w:rsidRPr="005F3D02" w:rsidRDefault="00DF2406">
            <w:pPr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2E0940F6" w14:textId="77777777" w:rsidR="00DF2406" w:rsidRPr="005F3D02" w:rsidRDefault="00DF2406">
      <w:pPr>
        <w:rPr>
          <w:rFonts w:asciiTheme="majorHAnsi" w:hAnsiTheme="majorHAnsi" w:cstheme="majorHAnsi"/>
          <w:lang w:val="es-MX"/>
        </w:rPr>
      </w:pPr>
    </w:p>
    <w:p w14:paraId="340DDF74" w14:textId="77777777" w:rsidR="00DF2406" w:rsidRPr="005F3D02" w:rsidRDefault="00000000">
      <w:pPr>
        <w:spacing w:before="20" w:after="80" w:line="240" w:lineRule="auto"/>
        <w:rPr>
          <w:rFonts w:asciiTheme="majorHAnsi" w:hAnsiTheme="majorHAnsi" w:cstheme="majorHAnsi"/>
          <w:lang w:val="es-MX"/>
        </w:rPr>
      </w:pPr>
      <w:r w:rsidRPr="005F3D02">
        <w:rPr>
          <w:rFonts w:asciiTheme="majorHAnsi" w:hAnsiTheme="majorHAnsi" w:cstheme="majorHAnsi"/>
          <w:b/>
          <w:color w:val="4F81BD"/>
          <w:sz w:val="25"/>
          <w:lang w:val="es-MX"/>
        </w:rPr>
        <w:t>1. DATOS DEL USUARIO Y DEL ACCESO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DF2406" w:rsidRPr="005F3D02" w14:paraId="6AC4275B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246ED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Folio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7A725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4A2B953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6C413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Fecha de autorización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CC3AD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5E0A658F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8803B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Nombre del usuario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C06B7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051DD943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6F8F0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Puesto / función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E8EECB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57438FB7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48806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Área / unidad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34038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7D91B9F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D447C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Sistema o servicio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91D32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0B560EDA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8186A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Tipo de acceso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D72B4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 xml:space="preserve"> Alta   </w:t>
            </w:r>
            <w:r w:rsidRPr="005F3D02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 xml:space="preserve"> Modificaci</w:t>
            </w:r>
            <w:r w:rsidRPr="005F3D02">
              <w:rPr>
                <w:rFonts w:ascii="Calibri" w:hAnsi="Calibri" w:cs="Calibri"/>
                <w:color w:val="222222"/>
                <w:lang w:val="es-MX"/>
              </w:rPr>
              <w:t>ó</w:t>
            </w: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 xml:space="preserve">n   </w:t>
            </w:r>
            <w:r w:rsidRPr="005F3D02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 xml:space="preserve"> Acceso temporal   </w:t>
            </w:r>
            <w:r w:rsidRPr="005F3D02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 xml:space="preserve"> Renovaci</w:t>
            </w:r>
            <w:r w:rsidRPr="005F3D02">
              <w:rPr>
                <w:rFonts w:ascii="Calibri" w:hAnsi="Calibri" w:cs="Calibri"/>
                <w:color w:val="222222"/>
                <w:lang w:val="es-MX"/>
              </w:rPr>
              <w:t>ó</w:t>
            </w: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>n</w:t>
            </w:r>
          </w:p>
        </w:tc>
      </w:tr>
      <w:tr w:rsidR="00DF2406" w:rsidRPr="005F3D02" w14:paraId="30CD9864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48228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Nivel de privilegio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224E1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="Segoe UI Symbol" w:hAnsi="Segoe UI Symbol" w:cs="Segoe UI Symbol"/>
                <w:color w:val="222222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</w:rPr>
              <w:t xml:space="preserve"> Estándar   </w:t>
            </w:r>
            <w:r w:rsidRPr="005F3D02">
              <w:rPr>
                <w:rFonts w:ascii="Segoe UI Symbol" w:hAnsi="Segoe UI Symbol" w:cs="Segoe UI Symbol"/>
                <w:color w:val="222222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</w:rPr>
              <w:t xml:space="preserve"> Elevado   </w:t>
            </w:r>
            <w:r w:rsidRPr="005F3D02">
              <w:rPr>
                <w:rFonts w:ascii="Segoe UI Symbol" w:hAnsi="Segoe UI Symbol" w:cs="Segoe UI Symbol"/>
                <w:color w:val="222222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</w:rPr>
              <w:t xml:space="preserve"> Solo lectura</w:t>
            </w:r>
          </w:p>
        </w:tc>
      </w:tr>
    </w:tbl>
    <w:p w14:paraId="5A5C0733" w14:textId="77777777" w:rsidR="00DF2406" w:rsidRPr="005F3D02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5F3D02">
        <w:rPr>
          <w:rFonts w:asciiTheme="majorHAnsi" w:hAnsiTheme="majorHAnsi" w:cstheme="majorHAnsi"/>
          <w:b/>
          <w:color w:val="4F81BD"/>
          <w:sz w:val="25"/>
        </w:rPr>
        <w:t>2. ALCANCE DE LA AUTORIZACIÓN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DF2406" w:rsidRPr="005F3D02" w14:paraId="03C2F79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8D0553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Perfil / rol autorizado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1F3CE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34208C15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0EF7C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Fecha de inicio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05883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3DBA7F7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ACA15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>Fecha de fin, si aplica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77A45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  <w:tr w:rsidR="00DF2406" w:rsidRPr="005F3D02" w14:paraId="6E98A0CD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895E7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Justificación del acceso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B960F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0236A9BF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DD321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Restricciones especiales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9802A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DF2406" w:rsidRPr="005F3D02" w14:paraId="1E5080A8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AB9BD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Políticas vinculadas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447BA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>Control de accesos / uso aceptable / autenticación</w:t>
            </w:r>
          </w:p>
        </w:tc>
      </w:tr>
    </w:tbl>
    <w:p w14:paraId="11646C46" w14:textId="77777777" w:rsidR="00DF2406" w:rsidRPr="005F3D02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5F3D02">
        <w:rPr>
          <w:rFonts w:asciiTheme="majorHAnsi" w:hAnsiTheme="majorHAnsi" w:cstheme="majorHAnsi"/>
          <w:b/>
          <w:color w:val="4F81BD"/>
          <w:sz w:val="25"/>
        </w:rPr>
        <w:t>3. VALIDACIONES DE SEGURIDAD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872"/>
      </w:tblGrid>
      <w:tr w:rsidR="00DF2406" w:rsidRPr="005F3D02" w14:paraId="47FF7BC3" w14:textId="77777777">
        <w:trPr>
          <w:jc w:val="center"/>
        </w:trPr>
        <w:tc>
          <w:tcPr>
            <w:tcW w:w="108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9A7898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El acceso es necesario para el puesto      </w:t>
            </w:r>
            <w:r w:rsidRPr="005F3D02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aplicar</w:t>
            </w:r>
            <w:r w:rsidRPr="005F3D02">
              <w:rPr>
                <w:rFonts w:ascii="Calibri" w:hAnsi="Calibri" w:cs="Calibri"/>
                <w:color w:val="222222"/>
                <w:sz w:val="21"/>
                <w:lang w:val="es-MX"/>
              </w:rPr>
              <w:t>á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principio de menor privilegio</w:t>
            </w:r>
          </w:p>
          <w:p w14:paraId="45113DC7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El usuario fue identificado plenamente      </w:t>
            </w:r>
            <w:r w:rsidRPr="005F3D02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requiere MFA / VPN</w:t>
            </w:r>
          </w:p>
          <w:p w14:paraId="417BDDF9" w14:textId="77777777" w:rsidR="00DF2406" w:rsidRPr="005F3D02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notificó responsabilidad formal      </w:t>
            </w:r>
            <w:r w:rsidRPr="005F3D02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registrar</w:t>
            </w:r>
            <w:r w:rsidRPr="005F3D02">
              <w:rPr>
                <w:rFonts w:ascii="Calibri" w:hAnsi="Calibri" w:cs="Calibri"/>
                <w:color w:val="222222"/>
                <w:sz w:val="21"/>
                <w:lang w:val="es-MX"/>
              </w:rPr>
              <w:t>á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en padr</w:t>
            </w:r>
            <w:r w:rsidRPr="005F3D02">
              <w:rPr>
                <w:rFonts w:ascii="Calibri" w:hAnsi="Calibri" w:cs="Calibri"/>
                <w:color w:val="222222"/>
                <w:sz w:val="21"/>
                <w:lang w:val="es-MX"/>
              </w:rPr>
              <w:t>ó</w:t>
            </w:r>
            <w:r w:rsidRPr="005F3D02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n de cuentas</w:t>
            </w:r>
          </w:p>
        </w:tc>
      </w:tr>
    </w:tbl>
    <w:p w14:paraId="2F3BCDAB" w14:textId="77777777" w:rsidR="00DF2406" w:rsidRPr="005F3D02" w:rsidRDefault="00DF2406">
      <w:pPr>
        <w:rPr>
          <w:rFonts w:asciiTheme="majorHAnsi" w:hAnsiTheme="majorHAnsi" w:cstheme="majorHAnsi"/>
          <w:lang w:val="es-MX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624"/>
        <w:gridCol w:w="3624"/>
        <w:gridCol w:w="3624"/>
      </w:tblGrid>
      <w:tr w:rsidR="00DF2406" w:rsidRPr="005F3D02" w14:paraId="3C510ACB" w14:textId="77777777">
        <w:trPr>
          <w:jc w:val="center"/>
        </w:trPr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4DED31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142FF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C41471" w14:textId="77777777" w:rsidR="00DF2406" w:rsidRPr="005F3D02" w:rsidRDefault="00DF2406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  <w:tr w:rsidR="00DF2406" w:rsidRPr="005F3D02" w14:paraId="2F980282" w14:textId="77777777">
        <w:trPr>
          <w:jc w:val="center"/>
        </w:trPr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C17DC20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Solicita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A646AF4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5F3D02">
              <w:rPr>
                <w:rFonts w:asciiTheme="majorHAnsi" w:hAnsiTheme="majorHAnsi" w:cstheme="majorHAnsi"/>
                <w:color w:val="222222"/>
                <w:lang w:val="es-MX"/>
              </w:rPr>
              <w:t>Valida Seguridad de la Información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967D660" w14:textId="77777777" w:rsidR="00DF2406" w:rsidRPr="005F3D02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F3D02">
              <w:rPr>
                <w:rFonts w:asciiTheme="majorHAnsi" w:hAnsiTheme="majorHAnsi" w:cstheme="majorHAnsi"/>
                <w:color w:val="222222"/>
              </w:rPr>
              <w:t>Autoriza</w:t>
            </w:r>
          </w:p>
        </w:tc>
      </w:tr>
    </w:tbl>
    <w:p w14:paraId="75A502B3" w14:textId="77777777" w:rsidR="00AD2C50" w:rsidRPr="005F3D02" w:rsidRDefault="00AD2C50">
      <w:pPr>
        <w:rPr>
          <w:rFonts w:asciiTheme="majorHAnsi" w:hAnsiTheme="majorHAnsi" w:cstheme="majorHAnsi"/>
        </w:rPr>
      </w:pPr>
    </w:p>
    <w:sectPr w:rsidR="00AD2C50" w:rsidRPr="005F3D02" w:rsidSect="00034616">
      <w:footerReference w:type="default" r:id="rId9"/>
      <w:pgSz w:w="12240" w:h="15840"/>
      <w:pgMar w:top="403" w:right="461" w:bottom="432" w:left="461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B0A9C" w14:textId="77777777" w:rsidR="00AD2C50" w:rsidRDefault="00AD2C50">
      <w:pPr>
        <w:spacing w:after="0" w:line="240" w:lineRule="auto"/>
      </w:pPr>
      <w:r>
        <w:separator/>
      </w:r>
    </w:p>
  </w:endnote>
  <w:endnote w:type="continuationSeparator" w:id="0">
    <w:p w14:paraId="6A0A406D" w14:textId="77777777" w:rsidR="00AD2C50" w:rsidRDefault="00AD2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EB0F" w14:textId="77777777" w:rsidR="00DF2406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E0B2A" w14:textId="77777777" w:rsidR="00AD2C50" w:rsidRDefault="00AD2C50">
      <w:pPr>
        <w:spacing w:after="0" w:line="240" w:lineRule="auto"/>
      </w:pPr>
      <w:r>
        <w:separator/>
      </w:r>
    </w:p>
  </w:footnote>
  <w:footnote w:type="continuationSeparator" w:id="0">
    <w:p w14:paraId="380B8060" w14:textId="77777777" w:rsidR="00AD2C50" w:rsidRDefault="00AD2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7651031">
    <w:abstractNumId w:val="8"/>
  </w:num>
  <w:num w:numId="2" w16cid:durableId="1276786009">
    <w:abstractNumId w:val="6"/>
  </w:num>
  <w:num w:numId="3" w16cid:durableId="1388798759">
    <w:abstractNumId w:val="5"/>
  </w:num>
  <w:num w:numId="4" w16cid:durableId="571814313">
    <w:abstractNumId w:val="4"/>
  </w:num>
  <w:num w:numId="5" w16cid:durableId="623925370">
    <w:abstractNumId w:val="7"/>
  </w:num>
  <w:num w:numId="6" w16cid:durableId="1830904715">
    <w:abstractNumId w:val="3"/>
  </w:num>
  <w:num w:numId="7" w16cid:durableId="1377851937">
    <w:abstractNumId w:val="2"/>
  </w:num>
  <w:num w:numId="8" w16cid:durableId="174392187">
    <w:abstractNumId w:val="1"/>
  </w:num>
  <w:num w:numId="9" w16cid:durableId="42526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3D02"/>
    <w:rsid w:val="00AA1D8D"/>
    <w:rsid w:val="00AD2C50"/>
    <w:rsid w:val="00B47730"/>
    <w:rsid w:val="00BB63EB"/>
    <w:rsid w:val="00CB0664"/>
    <w:rsid w:val="00DF24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C2D42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2026-04-08T14:54:00Z</dcterms:modified>
  <cp:category/>
</cp:coreProperties>
</file>