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10" w:space="0" w:color="7F7F7F"/>
          <w:left w:val="single" w:sz="10" w:space="0" w:color="7F7F7F"/>
          <w:bottom w:val="single" w:sz="10" w:space="0" w:color="7F7F7F"/>
          <w:right w:val="single" w:sz="10" w:space="0" w:color="7F7F7F"/>
          <w:insideH w:val="single" w:sz="10" w:space="0" w:color="7F7F7F"/>
          <w:insideV w:val="single" w:sz="10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2304"/>
        <w:gridCol w:w="2520"/>
        <w:gridCol w:w="2520"/>
        <w:gridCol w:w="2520"/>
        <w:gridCol w:w="3312"/>
      </w:tblGrid>
      <w:tr w:rsidR="00017F11" w:rsidRPr="00382C9D" w14:paraId="5AD1F140" w14:textId="77777777" w:rsidTr="00382C9D">
        <w:trPr>
          <w:jc w:val="center"/>
        </w:trPr>
        <w:tc>
          <w:tcPr>
            <w:tcW w:w="23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565121" w14:textId="77777777" w:rsidR="00017F11" w:rsidRPr="00382C9D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b/>
                <w:color w:val="222222"/>
                <w:sz w:val="22"/>
              </w:rPr>
              <w:t>FO-SF-0050</w:t>
            </w:r>
          </w:p>
        </w:tc>
        <w:tc>
          <w:tcPr>
            <w:tcW w:w="7560" w:type="dxa"/>
            <w:gridSpan w:val="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731EC0" w14:textId="77777777" w:rsidR="00017F11" w:rsidRPr="00382C9D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es-MX"/>
              </w:rPr>
            </w:pPr>
            <w:r w:rsidRPr="00382C9D">
              <w:rPr>
                <w:rFonts w:asciiTheme="majorHAnsi" w:hAnsiTheme="majorHAnsi" w:cstheme="majorHAnsi"/>
                <w:b/>
                <w:color w:val="222222"/>
                <w:sz w:val="24"/>
                <w:lang w:val="es-MX"/>
              </w:rPr>
              <w:t>REGISTRO MAESTRO DE CUENTAS DE USUARIO</w:t>
            </w:r>
          </w:p>
        </w:tc>
        <w:tc>
          <w:tcPr>
            <w:tcW w:w="3312" w:type="dxa"/>
            <w:vMerge w:val="restar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6F9BB1" w14:textId="77777777" w:rsidR="00017F11" w:rsidRPr="00382C9D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2A51E7BC" wp14:editId="2333D6B0">
                  <wp:extent cx="1188720" cy="33552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extracted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3355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B4BD61" w14:textId="77777777" w:rsidR="00017F11" w:rsidRPr="00382C9D" w:rsidRDefault="00000000">
            <w:pPr>
              <w:spacing w:before="40"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b/>
                <w:color w:val="222222"/>
                <w:sz w:val="25"/>
              </w:rPr>
              <w:t>SENDERO FUEL</w:t>
            </w:r>
          </w:p>
        </w:tc>
      </w:tr>
      <w:tr w:rsidR="00017F11" w:rsidRPr="00382C9D" w14:paraId="4B889ED9" w14:textId="77777777">
        <w:trPr>
          <w:jc w:val="center"/>
        </w:trPr>
        <w:tc>
          <w:tcPr>
            <w:tcW w:w="23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211B3C" w14:textId="77777777" w:rsidR="00017F11" w:rsidRPr="00382C9D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21"/>
              </w:rPr>
              <w:t>Emisión: 7/4/2026</w:t>
            </w:r>
          </w:p>
        </w:tc>
        <w:tc>
          <w:tcPr>
            <w:tcW w:w="252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1EB7B8" w14:textId="77777777" w:rsidR="00017F11" w:rsidRPr="00382C9D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21"/>
              </w:rPr>
              <w:t>Revisión: 7/4/2026</w:t>
            </w:r>
          </w:p>
        </w:tc>
        <w:tc>
          <w:tcPr>
            <w:tcW w:w="252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7AEF66" w14:textId="77777777" w:rsidR="00017F11" w:rsidRPr="00382C9D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21"/>
              </w:rPr>
              <w:t>Versión: 1</w:t>
            </w:r>
          </w:p>
        </w:tc>
        <w:tc>
          <w:tcPr>
            <w:tcW w:w="252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3F08EC" w14:textId="77777777" w:rsidR="00017F11" w:rsidRPr="00382C9D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21"/>
              </w:rPr>
              <w:t>Formato</w:t>
            </w:r>
          </w:p>
        </w:tc>
        <w:tc>
          <w:tcPr>
            <w:tcW w:w="3312" w:type="dxa"/>
            <w:vMerge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464317" w14:textId="77777777" w:rsidR="00017F11" w:rsidRPr="00382C9D" w:rsidRDefault="00017F11">
            <w:pPr>
              <w:rPr>
                <w:rFonts w:asciiTheme="majorHAnsi" w:hAnsiTheme="majorHAnsi" w:cstheme="majorHAnsi"/>
              </w:rPr>
            </w:pPr>
          </w:p>
        </w:tc>
      </w:tr>
      <w:tr w:rsidR="00017F11" w:rsidRPr="00382C9D" w14:paraId="2A434FD1" w14:textId="77777777">
        <w:trPr>
          <w:jc w:val="center"/>
        </w:trPr>
        <w:tc>
          <w:tcPr>
            <w:tcW w:w="9864" w:type="dxa"/>
            <w:gridSpan w:val="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42CE56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21"/>
                <w:lang w:val="es-MX"/>
              </w:rPr>
              <w:t>Área: TI / SEGURIDAD DE LA INFORMACIÓN</w:t>
            </w:r>
          </w:p>
        </w:tc>
        <w:tc>
          <w:tcPr>
            <w:tcW w:w="3312" w:type="dxa"/>
            <w:vMerge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F29B79" w14:textId="77777777" w:rsidR="00017F11" w:rsidRPr="00382C9D" w:rsidRDefault="00017F11">
            <w:pPr>
              <w:rPr>
                <w:rFonts w:asciiTheme="majorHAnsi" w:hAnsiTheme="majorHAnsi" w:cstheme="majorHAnsi"/>
                <w:lang w:val="es-MX"/>
              </w:rPr>
            </w:pPr>
          </w:p>
        </w:tc>
      </w:tr>
    </w:tbl>
    <w:p w14:paraId="7359DD1D" w14:textId="77777777" w:rsidR="00017F11" w:rsidRPr="00382C9D" w:rsidRDefault="00017F11">
      <w:pPr>
        <w:rPr>
          <w:rFonts w:asciiTheme="majorHAnsi" w:hAnsiTheme="majorHAnsi" w:cstheme="majorHAnsi"/>
          <w:lang w:val="es-MX"/>
        </w:rPr>
      </w:pPr>
    </w:p>
    <w:p w14:paraId="598499B8" w14:textId="77777777" w:rsidR="00017F11" w:rsidRPr="00382C9D" w:rsidRDefault="00000000">
      <w:pPr>
        <w:spacing w:before="20" w:after="80" w:line="240" w:lineRule="auto"/>
        <w:rPr>
          <w:rFonts w:asciiTheme="majorHAnsi" w:hAnsiTheme="majorHAnsi" w:cstheme="majorHAnsi"/>
        </w:rPr>
      </w:pPr>
      <w:r w:rsidRPr="00382C9D">
        <w:rPr>
          <w:rFonts w:asciiTheme="majorHAnsi" w:hAnsiTheme="majorHAnsi" w:cstheme="majorHAnsi"/>
          <w:b/>
          <w:color w:val="4F81BD"/>
          <w:sz w:val="25"/>
        </w:rPr>
        <w:t>1. CONTROL GENERAL</w:t>
      </w:r>
    </w:p>
    <w:tbl>
      <w:tblPr>
        <w:tblW w:w="0" w:type="auto"/>
        <w:jc w:val="center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6192"/>
        <w:gridCol w:w="8352"/>
      </w:tblGrid>
      <w:tr w:rsidR="00017F11" w:rsidRPr="00382C9D" w14:paraId="7E018698" w14:textId="77777777">
        <w:trPr>
          <w:jc w:val="center"/>
        </w:trPr>
        <w:tc>
          <w:tcPr>
            <w:tcW w:w="6192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0A0F2B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</w:rPr>
              <w:t>Periodo de revisión</w:t>
            </w:r>
          </w:p>
        </w:tc>
        <w:tc>
          <w:tcPr>
            <w:tcW w:w="83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F4D0F7" w14:textId="77777777" w:rsidR="00017F11" w:rsidRPr="00382C9D" w:rsidRDefault="00017F11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017F11" w:rsidRPr="00382C9D" w14:paraId="5EB5132D" w14:textId="77777777">
        <w:trPr>
          <w:jc w:val="center"/>
        </w:trPr>
        <w:tc>
          <w:tcPr>
            <w:tcW w:w="6192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956085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</w:rPr>
              <w:t>Responsable del registro</w:t>
            </w:r>
          </w:p>
        </w:tc>
        <w:tc>
          <w:tcPr>
            <w:tcW w:w="83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A485FD" w14:textId="77777777" w:rsidR="00017F11" w:rsidRPr="00382C9D" w:rsidRDefault="00017F11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017F11" w:rsidRPr="00382C9D" w14:paraId="7CEA0F17" w14:textId="77777777">
        <w:trPr>
          <w:jc w:val="center"/>
        </w:trPr>
        <w:tc>
          <w:tcPr>
            <w:tcW w:w="6192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AD7E23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</w:rPr>
              <w:t>Área responsable</w:t>
            </w:r>
          </w:p>
        </w:tc>
        <w:tc>
          <w:tcPr>
            <w:tcW w:w="83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CCE7EC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  <w:r w:rsidRPr="00382C9D">
              <w:rPr>
                <w:rFonts w:asciiTheme="majorHAnsi" w:hAnsiTheme="majorHAnsi" w:cstheme="majorHAnsi"/>
                <w:color w:val="222222"/>
                <w:lang w:val="es-MX"/>
              </w:rPr>
              <w:t>TI / SEGURIDAD DE LA INFORMACIÓN</w:t>
            </w:r>
          </w:p>
        </w:tc>
      </w:tr>
      <w:tr w:rsidR="00017F11" w:rsidRPr="00382C9D" w14:paraId="3B700B7E" w14:textId="77777777">
        <w:trPr>
          <w:jc w:val="center"/>
        </w:trPr>
        <w:tc>
          <w:tcPr>
            <w:tcW w:w="6192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51D4B3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</w:rPr>
              <w:t>Última actualización</w:t>
            </w:r>
          </w:p>
        </w:tc>
        <w:tc>
          <w:tcPr>
            <w:tcW w:w="83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59ADDE" w14:textId="77777777" w:rsidR="00017F11" w:rsidRPr="00382C9D" w:rsidRDefault="00017F11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</w:tbl>
    <w:p w14:paraId="5475C5B3" w14:textId="77777777" w:rsidR="00017F11" w:rsidRPr="00382C9D" w:rsidRDefault="00000000">
      <w:pPr>
        <w:spacing w:before="20" w:after="80" w:line="240" w:lineRule="auto"/>
        <w:rPr>
          <w:rFonts w:asciiTheme="majorHAnsi" w:hAnsiTheme="majorHAnsi" w:cstheme="majorHAnsi"/>
        </w:rPr>
      </w:pPr>
      <w:r w:rsidRPr="00382C9D">
        <w:rPr>
          <w:rFonts w:asciiTheme="majorHAnsi" w:hAnsiTheme="majorHAnsi" w:cstheme="majorHAnsi"/>
          <w:b/>
          <w:color w:val="4F81BD"/>
          <w:sz w:val="25"/>
        </w:rPr>
        <w:t>2. REGISTRO MAESTRO</w:t>
      </w:r>
    </w:p>
    <w:tbl>
      <w:tblPr>
        <w:tblW w:w="0" w:type="auto"/>
        <w:jc w:val="center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584"/>
        <w:gridCol w:w="2088"/>
        <w:gridCol w:w="2232"/>
        <w:gridCol w:w="1728"/>
        <w:gridCol w:w="2016"/>
        <w:gridCol w:w="1440"/>
        <w:gridCol w:w="2016"/>
      </w:tblGrid>
      <w:tr w:rsidR="00017F11" w:rsidRPr="00382C9D" w14:paraId="7CF8E1C5" w14:textId="77777777">
        <w:trPr>
          <w:trHeight w:val="560"/>
          <w:jc w:val="center"/>
        </w:trPr>
        <w:tc>
          <w:tcPr>
            <w:tcW w:w="1440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DCE6F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2E5791" w14:textId="77777777" w:rsidR="00017F11" w:rsidRPr="00382C9D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b/>
                <w:color w:val="222222"/>
                <w:sz w:val="19"/>
              </w:rPr>
              <w:t>Folio</w:t>
            </w:r>
          </w:p>
        </w:tc>
        <w:tc>
          <w:tcPr>
            <w:tcW w:w="1584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DCE6F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E232F7" w14:textId="77777777" w:rsidR="00017F11" w:rsidRPr="00382C9D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b/>
                <w:color w:val="222222"/>
                <w:sz w:val="19"/>
              </w:rPr>
              <w:t>Fecha</w:t>
            </w:r>
          </w:p>
        </w:tc>
        <w:tc>
          <w:tcPr>
            <w:tcW w:w="2088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DCE6F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C9E6AE" w14:textId="77777777" w:rsidR="00017F11" w:rsidRPr="00382C9D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b/>
                <w:color w:val="222222"/>
                <w:sz w:val="19"/>
              </w:rPr>
              <w:t>Usuario /</w:t>
            </w:r>
            <w:r w:rsidRPr="00382C9D">
              <w:rPr>
                <w:rFonts w:asciiTheme="majorHAnsi" w:hAnsiTheme="majorHAnsi" w:cstheme="majorHAnsi"/>
                <w:b/>
                <w:color w:val="222222"/>
                <w:sz w:val="19"/>
              </w:rPr>
              <w:br/>
              <w:t>cuenta</w:t>
            </w:r>
          </w:p>
        </w:tc>
        <w:tc>
          <w:tcPr>
            <w:tcW w:w="2232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DCE6F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A3567D" w14:textId="77777777" w:rsidR="00017F11" w:rsidRPr="00382C9D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b/>
                <w:color w:val="222222"/>
                <w:sz w:val="19"/>
              </w:rPr>
              <w:t>Sistema /</w:t>
            </w:r>
            <w:r w:rsidRPr="00382C9D">
              <w:rPr>
                <w:rFonts w:asciiTheme="majorHAnsi" w:hAnsiTheme="majorHAnsi" w:cstheme="majorHAnsi"/>
                <w:b/>
                <w:color w:val="222222"/>
                <w:sz w:val="19"/>
              </w:rPr>
              <w:br/>
              <w:t>servicio</w:t>
            </w:r>
          </w:p>
        </w:tc>
        <w:tc>
          <w:tcPr>
            <w:tcW w:w="1728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DCE6F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39B282" w14:textId="77777777" w:rsidR="00017F11" w:rsidRPr="00382C9D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b/>
                <w:color w:val="222222"/>
                <w:sz w:val="19"/>
              </w:rPr>
              <w:t>Movimiento</w:t>
            </w:r>
          </w:p>
        </w:tc>
        <w:tc>
          <w:tcPr>
            <w:tcW w:w="2016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DCE6F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81E870" w14:textId="77777777" w:rsidR="00017F11" w:rsidRPr="00382C9D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b/>
                <w:color w:val="222222"/>
                <w:sz w:val="19"/>
              </w:rPr>
              <w:t>Perfil /</w:t>
            </w:r>
            <w:r w:rsidRPr="00382C9D">
              <w:rPr>
                <w:rFonts w:asciiTheme="majorHAnsi" w:hAnsiTheme="majorHAnsi" w:cstheme="majorHAnsi"/>
                <w:b/>
                <w:color w:val="222222"/>
                <w:sz w:val="19"/>
              </w:rPr>
              <w:br/>
              <w:t>vigencia</w:t>
            </w:r>
          </w:p>
        </w:tc>
        <w:tc>
          <w:tcPr>
            <w:tcW w:w="1440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DCE6F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BEE7E7" w14:textId="77777777" w:rsidR="00017F11" w:rsidRPr="00382C9D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b/>
                <w:color w:val="222222"/>
                <w:sz w:val="19"/>
              </w:rPr>
              <w:t>Estatus</w:t>
            </w:r>
          </w:p>
        </w:tc>
        <w:tc>
          <w:tcPr>
            <w:tcW w:w="2016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DCE6F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D3733D" w14:textId="77777777" w:rsidR="00017F11" w:rsidRPr="00382C9D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b/>
                <w:color w:val="222222"/>
                <w:sz w:val="19"/>
              </w:rPr>
              <w:t>Observaciones</w:t>
            </w:r>
          </w:p>
        </w:tc>
      </w:tr>
      <w:tr w:rsidR="00017F11" w:rsidRPr="00382C9D" w14:paraId="73F873E2" w14:textId="77777777">
        <w:trPr>
          <w:trHeight w:val="560"/>
          <w:jc w:val="center"/>
        </w:trPr>
        <w:tc>
          <w:tcPr>
            <w:tcW w:w="1440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2FA3102" w14:textId="77777777" w:rsidR="00017F11" w:rsidRPr="00382C9D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1584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337100B" w14:textId="77777777" w:rsidR="00017F11" w:rsidRPr="00382C9D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2088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26F2247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C82E50C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1728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499D374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2016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C51D7AB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1440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ACB7C62" w14:textId="77777777" w:rsidR="00017F11" w:rsidRPr="00382C9D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2016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B6F9D76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</w:tr>
      <w:tr w:rsidR="00017F11" w:rsidRPr="00382C9D" w14:paraId="7CD00CD7" w14:textId="77777777">
        <w:trPr>
          <w:trHeight w:val="560"/>
          <w:jc w:val="center"/>
        </w:trPr>
        <w:tc>
          <w:tcPr>
            <w:tcW w:w="1440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D8291E6" w14:textId="77777777" w:rsidR="00017F11" w:rsidRPr="00382C9D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1584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523F481" w14:textId="77777777" w:rsidR="00017F11" w:rsidRPr="00382C9D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2088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F67CB6F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BF4419C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1728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485C0CF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2016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A429573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1440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76C24DC" w14:textId="77777777" w:rsidR="00017F11" w:rsidRPr="00382C9D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2016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ACEDBB8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</w:tr>
      <w:tr w:rsidR="00017F11" w:rsidRPr="00382C9D" w14:paraId="74D520CE" w14:textId="77777777">
        <w:trPr>
          <w:trHeight w:val="560"/>
          <w:jc w:val="center"/>
        </w:trPr>
        <w:tc>
          <w:tcPr>
            <w:tcW w:w="1440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4897CA1" w14:textId="77777777" w:rsidR="00017F11" w:rsidRPr="00382C9D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1584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97F1550" w14:textId="77777777" w:rsidR="00017F11" w:rsidRPr="00382C9D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2088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B617C52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5EB42F6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1728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D74A3CB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2016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EBC8714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1440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196C623" w14:textId="77777777" w:rsidR="00017F11" w:rsidRPr="00382C9D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2016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03BE536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</w:tr>
      <w:tr w:rsidR="00017F11" w:rsidRPr="00382C9D" w14:paraId="109BFD0D" w14:textId="77777777">
        <w:trPr>
          <w:trHeight w:val="560"/>
          <w:jc w:val="center"/>
        </w:trPr>
        <w:tc>
          <w:tcPr>
            <w:tcW w:w="1440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F587706" w14:textId="77777777" w:rsidR="00017F11" w:rsidRPr="00382C9D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1584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FDAE224" w14:textId="77777777" w:rsidR="00017F11" w:rsidRPr="00382C9D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2088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B226B6D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2800140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1728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3BCC71E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2016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C2FC60E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1440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FCDE02D" w14:textId="77777777" w:rsidR="00017F11" w:rsidRPr="00382C9D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2016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81DF710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</w:tr>
      <w:tr w:rsidR="00017F11" w:rsidRPr="00382C9D" w14:paraId="54016F6E" w14:textId="77777777">
        <w:trPr>
          <w:trHeight w:val="560"/>
          <w:jc w:val="center"/>
        </w:trPr>
        <w:tc>
          <w:tcPr>
            <w:tcW w:w="1440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B47A633" w14:textId="77777777" w:rsidR="00017F11" w:rsidRPr="00382C9D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1584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6BFE180" w14:textId="77777777" w:rsidR="00017F11" w:rsidRPr="00382C9D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2088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A3A9F59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6000DD9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1728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B20029E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2016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611377F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1440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D8AE3A5" w14:textId="77777777" w:rsidR="00017F11" w:rsidRPr="00382C9D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2016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44C08FB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</w:tr>
      <w:tr w:rsidR="00017F11" w:rsidRPr="00382C9D" w14:paraId="6D43C554" w14:textId="77777777">
        <w:trPr>
          <w:trHeight w:val="560"/>
          <w:jc w:val="center"/>
        </w:trPr>
        <w:tc>
          <w:tcPr>
            <w:tcW w:w="1440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61CBE87" w14:textId="77777777" w:rsidR="00017F11" w:rsidRPr="00382C9D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1584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7C62CA4" w14:textId="77777777" w:rsidR="00017F11" w:rsidRPr="00382C9D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2088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8AB631F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2068A68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1728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FF89239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2016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E0E5165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1440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65594D7" w14:textId="77777777" w:rsidR="00017F11" w:rsidRPr="00382C9D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2016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C3BCD68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</w:tr>
      <w:tr w:rsidR="00017F11" w:rsidRPr="00382C9D" w14:paraId="0924CB52" w14:textId="77777777">
        <w:trPr>
          <w:trHeight w:val="560"/>
          <w:jc w:val="center"/>
        </w:trPr>
        <w:tc>
          <w:tcPr>
            <w:tcW w:w="1440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BF60A58" w14:textId="77777777" w:rsidR="00017F11" w:rsidRPr="00382C9D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1584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8F7C24A" w14:textId="77777777" w:rsidR="00017F11" w:rsidRPr="00382C9D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2088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3E54F13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F175C9A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1728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E484B79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2016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6843E65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1440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A5A6F93" w14:textId="77777777" w:rsidR="00017F11" w:rsidRPr="00382C9D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2016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A772DCC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</w:tr>
      <w:tr w:rsidR="00017F11" w:rsidRPr="00382C9D" w14:paraId="605B5889" w14:textId="77777777">
        <w:trPr>
          <w:trHeight w:val="560"/>
          <w:jc w:val="center"/>
        </w:trPr>
        <w:tc>
          <w:tcPr>
            <w:tcW w:w="1440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398C4F4" w14:textId="77777777" w:rsidR="00017F11" w:rsidRPr="00382C9D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1584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6C8BF5F" w14:textId="77777777" w:rsidR="00017F11" w:rsidRPr="00382C9D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2088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E628D96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2232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5DE6085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1728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F29D4E3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2016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2D8EAFF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1440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6BC0D15" w14:textId="77777777" w:rsidR="00017F11" w:rsidRPr="00382C9D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  <w:tc>
          <w:tcPr>
            <w:tcW w:w="2016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74EAD4E" w14:textId="77777777" w:rsidR="00017F11" w:rsidRPr="00382C9D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382C9D">
              <w:rPr>
                <w:rFonts w:asciiTheme="majorHAnsi" w:hAnsiTheme="majorHAnsi" w:cstheme="majorHAnsi"/>
                <w:color w:val="222222"/>
                <w:sz w:val="19"/>
              </w:rPr>
              <w:t xml:space="preserve"> </w:t>
            </w:r>
          </w:p>
        </w:tc>
      </w:tr>
    </w:tbl>
    <w:p w14:paraId="2B605963" w14:textId="77777777" w:rsidR="00142ED1" w:rsidRPr="00382C9D" w:rsidRDefault="00142ED1">
      <w:pPr>
        <w:rPr>
          <w:rFonts w:asciiTheme="majorHAnsi" w:hAnsiTheme="majorHAnsi" w:cstheme="majorHAnsi"/>
        </w:rPr>
      </w:pPr>
    </w:p>
    <w:sectPr w:rsidR="00142ED1" w:rsidRPr="00382C9D" w:rsidSect="00034616">
      <w:footerReference w:type="default" r:id="rId9"/>
      <w:pgSz w:w="15840" w:h="12240" w:orient="landscape"/>
      <w:pgMar w:top="403" w:right="504" w:bottom="461" w:left="504" w:header="259" w:footer="2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E45F6" w14:textId="77777777" w:rsidR="00142ED1" w:rsidRDefault="00142ED1">
      <w:pPr>
        <w:spacing w:after="0" w:line="240" w:lineRule="auto"/>
      </w:pPr>
      <w:r>
        <w:separator/>
      </w:r>
    </w:p>
  </w:endnote>
  <w:endnote w:type="continuationSeparator" w:id="0">
    <w:p w14:paraId="4613A6FD" w14:textId="77777777" w:rsidR="00142ED1" w:rsidRDefault="00142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C35D6" w14:textId="77777777" w:rsidR="00017F11" w:rsidRDefault="00000000">
    <w:pPr>
      <w:pStyle w:val="Piedepgina"/>
      <w:jc w:val="center"/>
    </w:pPr>
    <w:r>
      <w:rPr>
        <w:color w:val="7A7A7A"/>
      </w:rPr>
      <w:t>SENDERO FUEL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D51C0" w14:textId="77777777" w:rsidR="00142ED1" w:rsidRDefault="00142ED1">
      <w:pPr>
        <w:spacing w:after="0" w:line="240" w:lineRule="auto"/>
      </w:pPr>
      <w:r>
        <w:separator/>
      </w:r>
    </w:p>
  </w:footnote>
  <w:footnote w:type="continuationSeparator" w:id="0">
    <w:p w14:paraId="591880C3" w14:textId="77777777" w:rsidR="00142ED1" w:rsidRDefault="00142E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16765514">
    <w:abstractNumId w:val="8"/>
  </w:num>
  <w:num w:numId="2" w16cid:durableId="1454641852">
    <w:abstractNumId w:val="6"/>
  </w:num>
  <w:num w:numId="3" w16cid:durableId="1567453110">
    <w:abstractNumId w:val="5"/>
  </w:num>
  <w:num w:numId="4" w16cid:durableId="1444766686">
    <w:abstractNumId w:val="4"/>
  </w:num>
  <w:num w:numId="5" w16cid:durableId="1698118128">
    <w:abstractNumId w:val="7"/>
  </w:num>
  <w:num w:numId="6" w16cid:durableId="1317494049">
    <w:abstractNumId w:val="3"/>
  </w:num>
  <w:num w:numId="7" w16cid:durableId="980424963">
    <w:abstractNumId w:val="2"/>
  </w:num>
  <w:num w:numId="8" w16cid:durableId="876045462">
    <w:abstractNumId w:val="1"/>
  </w:num>
  <w:num w:numId="9" w16cid:durableId="513226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F11"/>
    <w:rsid w:val="00034616"/>
    <w:rsid w:val="0006063C"/>
    <w:rsid w:val="00142ED1"/>
    <w:rsid w:val="0015074B"/>
    <w:rsid w:val="0029639D"/>
    <w:rsid w:val="00326F90"/>
    <w:rsid w:val="00382C9D"/>
    <w:rsid w:val="00AA1D8D"/>
    <w:rsid w:val="00B47730"/>
    <w:rsid w:val="00BB63E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21BB40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mbria" w:hAnsi="Cambria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Escamilla</cp:lastModifiedBy>
  <cp:revision>2</cp:revision>
  <dcterms:created xsi:type="dcterms:W3CDTF">2013-12-23T23:15:00Z</dcterms:created>
  <dcterms:modified xsi:type="dcterms:W3CDTF">2026-04-08T14:52:00Z</dcterms:modified>
  <cp:category/>
</cp:coreProperties>
</file>