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520"/>
      </w:tblGrid>
      <w:tr w:rsidR="00F53BFC" w:rsidRPr="00BB60E4" w14:paraId="5ABC3C97" w14:textId="77777777" w:rsidTr="00BB60E4">
        <w:trPr>
          <w:jc w:val="center"/>
        </w:trPr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64F492" w14:textId="77777777" w:rsidR="00F53BFC" w:rsidRPr="00BB60E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b/>
                <w:color w:val="222222"/>
                <w:sz w:val="22"/>
              </w:rPr>
              <w:t>FO-SF-0048</w:t>
            </w:r>
          </w:p>
        </w:tc>
        <w:tc>
          <w:tcPr>
            <w:tcW w:w="6264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074D80" w14:textId="77777777" w:rsidR="00F53BFC" w:rsidRPr="00BB60E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es-MX"/>
              </w:rPr>
            </w:pPr>
            <w:r w:rsidRPr="00BB60E4">
              <w:rPr>
                <w:rFonts w:asciiTheme="majorHAnsi" w:hAnsiTheme="majorHAnsi" w:cstheme="majorHAnsi"/>
                <w:b/>
                <w:color w:val="222222"/>
                <w:sz w:val="24"/>
                <w:lang w:val="es-MX"/>
              </w:rPr>
              <w:t>SOLICITUD DE MODIFICACIÓN DE CUENTA DE</w:t>
            </w:r>
            <w:r w:rsidRPr="00BB60E4">
              <w:rPr>
                <w:rFonts w:asciiTheme="majorHAnsi" w:hAnsiTheme="majorHAnsi" w:cstheme="majorHAnsi"/>
                <w:b/>
                <w:color w:val="222222"/>
                <w:sz w:val="24"/>
                <w:lang w:val="es-MX"/>
              </w:rPr>
              <w:br/>
              <w:t>USUARIO</w:t>
            </w:r>
          </w:p>
        </w:tc>
        <w:tc>
          <w:tcPr>
            <w:tcW w:w="2520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34CD6A" w14:textId="77777777" w:rsidR="00F53BFC" w:rsidRPr="00BB60E4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26D44969" wp14:editId="39111417">
                  <wp:extent cx="1097280" cy="30971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extract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09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B931E8" w14:textId="77777777" w:rsidR="00F53BFC" w:rsidRPr="00BB60E4" w:rsidRDefault="00000000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b/>
                <w:color w:val="222222"/>
                <w:sz w:val="25"/>
              </w:rPr>
              <w:t>SENDERO FUEL</w:t>
            </w:r>
          </w:p>
        </w:tc>
      </w:tr>
      <w:tr w:rsidR="00F53BFC" w:rsidRPr="00BB60E4" w14:paraId="27788ACA" w14:textId="77777777">
        <w:trPr>
          <w:jc w:val="center"/>
        </w:trPr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6D4640" w14:textId="77777777" w:rsidR="00F53BFC" w:rsidRPr="00BB60E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  <w:sz w:val="21"/>
              </w:rPr>
              <w:t>Emisión: 7/4/2026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2CAD1D" w14:textId="77777777" w:rsidR="00F53BFC" w:rsidRPr="00BB60E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  <w:sz w:val="21"/>
              </w:rPr>
              <w:t>Revisión: 7/4/2026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F9FD4B" w14:textId="77777777" w:rsidR="00F53BFC" w:rsidRPr="00BB60E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  <w:sz w:val="21"/>
              </w:rPr>
              <w:t>Versión: 1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76E2DD" w14:textId="77777777" w:rsidR="00F53BFC" w:rsidRPr="00BB60E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  <w:sz w:val="21"/>
              </w:rPr>
              <w:t>Formato</w:t>
            </w:r>
          </w:p>
        </w:tc>
        <w:tc>
          <w:tcPr>
            <w:tcW w:w="252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EA101A" w14:textId="77777777" w:rsidR="00F53BFC" w:rsidRPr="00BB60E4" w:rsidRDefault="00F53BFC">
            <w:pPr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0AC143DD" w14:textId="77777777">
        <w:trPr>
          <w:jc w:val="center"/>
        </w:trPr>
        <w:tc>
          <w:tcPr>
            <w:tcW w:w="8352" w:type="dxa"/>
            <w:gridSpan w:val="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713CF3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BB60E4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>Área: TI / SEGURIDAD DE LA INFORMACIÓN</w:t>
            </w:r>
          </w:p>
        </w:tc>
        <w:tc>
          <w:tcPr>
            <w:tcW w:w="252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3C20C0" w14:textId="77777777" w:rsidR="00F53BFC" w:rsidRPr="00BB60E4" w:rsidRDefault="00F53BFC">
            <w:pPr>
              <w:rPr>
                <w:rFonts w:asciiTheme="majorHAnsi" w:hAnsiTheme="majorHAnsi" w:cstheme="majorHAnsi"/>
                <w:lang w:val="es-MX"/>
              </w:rPr>
            </w:pPr>
          </w:p>
        </w:tc>
      </w:tr>
    </w:tbl>
    <w:p w14:paraId="33552E28" w14:textId="77777777" w:rsidR="00F53BFC" w:rsidRPr="00BB60E4" w:rsidRDefault="00F53BFC">
      <w:pPr>
        <w:rPr>
          <w:rFonts w:asciiTheme="majorHAnsi" w:hAnsiTheme="majorHAnsi" w:cstheme="majorHAnsi"/>
          <w:lang w:val="es-MX"/>
        </w:rPr>
      </w:pPr>
    </w:p>
    <w:p w14:paraId="65D88933" w14:textId="77777777" w:rsidR="00F53BFC" w:rsidRPr="00BB60E4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BB60E4">
        <w:rPr>
          <w:rFonts w:asciiTheme="majorHAnsi" w:hAnsiTheme="majorHAnsi" w:cstheme="majorHAnsi"/>
          <w:b/>
          <w:color w:val="4F81BD"/>
          <w:sz w:val="25"/>
        </w:rPr>
        <w:t>1. DATOS GENERALES DEL CAMBIO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F53BFC" w:rsidRPr="00BB60E4" w14:paraId="6B5D9D76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144D1C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Folio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EEE03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106F149C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EB6CD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Fecha de solicitud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677E90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0BF55138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766FCA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Fecha requerida del cambio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AB62AD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4D82ED34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97C50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Área solicitante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2FCA5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2BE96DDB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2C4A0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Tipo de modificación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CE002C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BB60E4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BB60E4">
              <w:rPr>
                <w:rFonts w:asciiTheme="majorHAnsi" w:hAnsiTheme="majorHAnsi" w:cstheme="majorHAnsi"/>
                <w:color w:val="222222"/>
                <w:lang w:val="es-MX"/>
              </w:rPr>
              <w:t xml:space="preserve"> Cambio de puesto   </w:t>
            </w:r>
            <w:r w:rsidRPr="00BB60E4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BB60E4">
              <w:rPr>
                <w:rFonts w:asciiTheme="majorHAnsi" w:hAnsiTheme="majorHAnsi" w:cstheme="majorHAnsi"/>
                <w:color w:val="222222"/>
                <w:lang w:val="es-MX"/>
              </w:rPr>
              <w:t xml:space="preserve"> Cambio de </w:t>
            </w:r>
            <w:r w:rsidRPr="00BB60E4">
              <w:rPr>
                <w:rFonts w:ascii="Calibri" w:hAnsi="Calibri" w:cs="Calibri"/>
                <w:color w:val="222222"/>
                <w:lang w:val="es-MX"/>
              </w:rPr>
              <w:t>á</w:t>
            </w:r>
            <w:r w:rsidRPr="00BB60E4">
              <w:rPr>
                <w:rFonts w:asciiTheme="majorHAnsi" w:hAnsiTheme="majorHAnsi" w:cstheme="majorHAnsi"/>
                <w:color w:val="222222"/>
                <w:lang w:val="es-MX"/>
              </w:rPr>
              <w:t xml:space="preserve">rea   </w:t>
            </w:r>
            <w:r w:rsidRPr="00BB60E4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BB60E4">
              <w:rPr>
                <w:rFonts w:asciiTheme="majorHAnsi" w:hAnsiTheme="majorHAnsi" w:cstheme="majorHAnsi"/>
                <w:color w:val="222222"/>
                <w:lang w:val="es-MX"/>
              </w:rPr>
              <w:t xml:space="preserve"> Cambio de perfil   </w:t>
            </w:r>
            <w:r w:rsidRPr="00BB60E4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BB60E4">
              <w:rPr>
                <w:rFonts w:asciiTheme="majorHAnsi" w:hAnsiTheme="majorHAnsi" w:cstheme="majorHAnsi"/>
                <w:color w:val="222222"/>
                <w:lang w:val="es-MX"/>
              </w:rPr>
              <w:t xml:space="preserve"> Ampliaci</w:t>
            </w:r>
            <w:r w:rsidRPr="00BB60E4">
              <w:rPr>
                <w:rFonts w:ascii="Calibri" w:hAnsi="Calibri" w:cs="Calibri"/>
                <w:color w:val="222222"/>
                <w:lang w:val="es-MX"/>
              </w:rPr>
              <w:t>ó</w:t>
            </w:r>
            <w:r w:rsidRPr="00BB60E4">
              <w:rPr>
                <w:rFonts w:asciiTheme="majorHAnsi" w:hAnsiTheme="majorHAnsi" w:cstheme="majorHAnsi"/>
                <w:color w:val="222222"/>
                <w:lang w:val="es-MX"/>
              </w:rPr>
              <w:t xml:space="preserve">n   </w:t>
            </w:r>
            <w:r w:rsidRPr="00BB60E4">
              <w:rPr>
                <w:rFonts w:ascii="Segoe UI Symbol" w:hAnsi="Segoe UI Symbol" w:cs="Segoe UI Symbol"/>
                <w:color w:val="222222"/>
                <w:lang w:val="es-MX"/>
              </w:rPr>
              <w:t>☐</w:t>
            </w:r>
            <w:r w:rsidRPr="00BB60E4">
              <w:rPr>
                <w:rFonts w:asciiTheme="majorHAnsi" w:hAnsiTheme="majorHAnsi" w:cstheme="majorHAnsi"/>
                <w:color w:val="222222"/>
                <w:lang w:val="es-MX"/>
              </w:rPr>
              <w:t xml:space="preserve"> Restricci</w:t>
            </w:r>
            <w:r w:rsidRPr="00BB60E4">
              <w:rPr>
                <w:rFonts w:ascii="Calibri" w:hAnsi="Calibri" w:cs="Calibri"/>
                <w:color w:val="222222"/>
                <w:lang w:val="es-MX"/>
              </w:rPr>
              <w:t>ó</w:t>
            </w:r>
            <w:r w:rsidRPr="00BB60E4">
              <w:rPr>
                <w:rFonts w:asciiTheme="majorHAnsi" w:hAnsiTheme="majorHAnsi" w:cstheme="majorHAnsi"/>
                <w:color w:val="222222"/>
                <w:lang w:val="es-MX"/>
              </w:rPr>
              <w:t>n</w:t>
            </w:r>
          </w:p>
        </w:tc>
      </w:tr>
      <w:tr w:rsidR="00F53BFC" w:rsidRPr="00BB60E4" w14:paraId="18C5B1FA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8242E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proofErr w:type="spellStart"/>
            <w:r w:rsidRPr="00BB60E4">
              <w:rPr>
                <w:rFonts w:asciiTheme="majorHAnsi" w:hAnsiTheme="majorHAnsi" w:cstheme="majorHAnsi"/>
                <w:color w:val="222222"/>
              </w:rPr>
              <w:t>Motivo</w:t>
            </w:r>
            <w:proofErr w:type="spellEnd"/>
            <w:r w:rsidRPr="00BB60E4">
              <w:rPr>
                <w:rFonts w:asciiTheme="majorHAnsi" w:hAnsiTheme="majorHAnsi" w:cstheme="majorHAnsi"/>
                <w:color w:val="222222"/>
              </w:rPr>
              <w:t xml:space="preserve"> del </w:t>
            </w:r>
            <w:proofErr w:type="spellStart"/>
            <w:r w:rsidRPr="00BB60E4">
              <w:rPr>
                <w:rFonts w:asciiTheme="majorHAnsi" w:hAnsiTheme="majorHAnsi" w:cstheme="majorHAnsi"/>
                <w:color w:val="222222"/>
              </w:rPr>
              <w:t>cambio</w:t>
            </w:r>
            <w:proofErr w:type="spellEnd"/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00C656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73498A66" w14:textId="77777777" w:rsidR="00F53BFC" w:rsidRPr="00BB60E4" w:rsidRDefault="00000000">
      <w:pPr>
        <w:spacing w:before="20" w:after="80" w:line="240" w:lineRule="auto"/>
        <w:rPr>
          <w:rFonts w:asciiTheme="majorHAnsi" w:hAnsiTheme="majorHAnsi" w:cstheme="majorHAnsi"/>
          <w:lang w:val="es-MX"/>
        </w:rPr>
      </w:pPr>
      <w:r w:rsidRPr="00BB60E4">
        <w:rPr>
          <w:rFonts w:asciiTheme="majorHAnsi" w:hAnsiTheme="majorHAnsi" w:cstheme="majorHAnsi"/>
          <w:b/>
          <w:color w:val="4F81BD"/>
          <w:sz w:val="25"/>
          <w:lang w:val="es-MX"/>
        </w:rPr>
        <w:t>2. DATOS DEL USUARIO Y LA CUENTA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F53BFC" w:rsidRPr="00BB60E4" w14:paraId="287AB3AA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F6F4D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 xml:space="preserve">Nombre </w:t>
            </w:r>
            <w:proofErr w:type="spellStart"/>
            <w:r w:rsidRPr="00BB60E4">
              <w:rPr>
                <w:rFonts w:asciiTheme="majorHAnsi" w:hAnsiTheme="majorHAnsi" w:cstheme="majorHAnsi"/>
                <w:color w:val="222222"/>
              </w:rPr>
              <w:t>completo</w:t>
            </w:r>
            <w:proofErr w:type="spellEnd"/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6DCDBD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49B5AD6C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4B38BC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Usuario / cuenta actual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CC2BB6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20170EF1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CAECF0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Sistema / servicio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F091D2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7A0B1A06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A4EB60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Puesto actual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E681B6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47A1E2CD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F26280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Nuevo puesto / función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B987F6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20F78A9F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86A4D2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Jefe inmediato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6DD7AB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538DC4E3" w14:textId="77777777" w:rsidR="00F53BFC" w:rsidRPr="00BB60E4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BB60E4">
        <w:rPr>
          <w:rFonts w:asciiTheme="majorHAnsi" w:hAnsiTheme="majorHAnsi" w:cstheme="majorHAnsi"/>
          <w:b/>
          <w:color w:val="4F81BD"/>
          <w:sz w:val="25"/>
        </w:rPr>
        <w:t>3. DETALLE DE LA MODIFICACIÓN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F53BFC" w:rsidRPr="00BB60E4" w14:paraId="3E6FCC9D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C70B1D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Accesos actuales a retirar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02186C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24663541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97F45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Accesos nuevos o actualizados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46AE9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64E16D63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15B278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Nuevo perfil / rol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C4D61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12EB4EEF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2E4CB3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Vigencia del cambio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4151C9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6F763AD9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3FE22A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Impacto en sistemas relacionados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D46010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53BFC" w:rsidRPr="00BB60E4" w14:paraId="40A0BF1E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BC8C8C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Observaciones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68981F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71D0C447" w14:textId="77777777" w:rsidR="00F53BFC" w:rsidRPr="00BB60E4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BB60E4">
        <w:rPr>
          <w:rFonts w:asciiTheme="majorHAnsi" w:hAnsiTheme="majorHAnsi" w:cstheme="majorHAnsi"/>
          <w:b/>
          <w:color w:val="4F81BD"/>
          <w:sz w:val="25"/>
        </w:rPr>
        <w:t>4. VALIDACIONES Y AUTORIZACIONES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0872"/>
      </w:tblGrid>
      <w:tr w:rsidR="00F53BFC" w:rsidRPr="00BB60E4" w14:paraId="311ABF84" w14:textId="77777777">
        <w:trPr>
          <w:jc w:val="center"/>
        </w:trPr>
        <w:tc>
          <w:tcPr>
            <w:tcW w:w="10872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106C496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BB60E4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BB60E4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revisaron permisos vigentes</w:t>
            </w:r>
          </w:p>
          <w:p w14:paraId="2BB0A4CE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BB60E4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BB60E4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retirarán accesos que ya no corresponden</w:t>
            </w:r>
          </w:p>
          <w:p w14:paraId="32AF457C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BB60E4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BB60E4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El cambio es congruente con el nuevo rol</w:t>
            </w:r>
          </w:p>
          <w:p w14:paraId="090966F0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BB60E4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BB60E4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Requiere actualización de responsabilidades</w:t>
            </w:r>
          </w:p>
          <w:p w14:paraId="48BEC434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BB60E4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BB60E4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Requiere actualización de activos / licencias</w:t>
            </w:r>
          </w:p>
          <w:p w14:paraId="5979CF83" w14:textId="77777777" w:rsidR="00F53BFC" w:rsidRPr="00BB60E4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BB60E4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BB60E4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notificó a Seguridad de la Información</w:t>
            </w:r>
          </w:p>
        </w:tc>
      </w:tr>
    </w:tbl>
    <w:p w14:paraId="6A31E625" w14:textId="77777777" w:rsidR="00F53BFC" w:rsidRPr="00BB60E4" w:rsidRDefault="00F53BFC">
      <w:pPr>
        <w:rPr>
          <w:rFonts w:asciiTheme="majorHAnsi" w:hAnsiTheme="majorHAnsi" w:cstheme="majorHAnsi"/>
          <w:lang w:val="es-MX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624"/>
        <w:gridCol w:w="3624"/>
        <w:gridCol w:w="3624"/>
      </w:tblGrid>
      <w:tr w:rsidR="00F53BFC" w:rsidRPr="00BB60E4" w14:paraId="62FFCF82" w14:textId="77777777">
        <w:trPr>
          <w:jc w:val="center"/>
        </w:trPr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570651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9A01FC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4AC8A3" w14:textId="77777777" w:rsidR="00F53BFC" w:rsidRPr="00BB60E4" w:rsidRDefault="00F53BFC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</w:tr>
      <w:tr w:rsidR="00F53BFC" w:rsidRPr="00BB60E4" w14:paraId="301838DA" w14:textId="77777777">
        <w:trPr>
          <w:jc w:val="center"/>
        </w:trPr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AC89FB6" w14:textId="77777777" w:rsidR="00F53BFC" w:rsidRPr="00BB60E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BB60E4">
              <w:rPr>
                <w:rFonts w:asciiTheme="majorHAnsi" w:hAnsiTheme="majorHAnsi" w:cstheme="majorHAnsi"/>
                <w:color w:val="222222"/>
              </w:rPr>
              <w:t>Solicita</w:t>
            </w:r>
            <w:proofErr w:type="spellEnd"/>
          </w:p>
        </w:tc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DA3AD15" w14:textId="77777777" w:rsidR="00F53BFC" w:rsidRPr="00BB60E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Revisa</w:t>
            </w:r>
          </w:p>
        </w:tc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B33DFAA" w14:textId="77777777" w:rsidR="00F53BFC" w:rsidRPr="00BB60E4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BB60E4">
              <w:rPr>
                <w:rFonts w:asciiTheme="majorHAnsi" w:hAnsiTheme="majorHAnsi" w:cstheme="majorHAnsi"/>
                <w:color w:val="222222"/>
              </w:rPr>
              <w:t>Autoriza</w:t>
            </w:r>
          </w:p>
        </w:tc>
      </w:tr>
    </w:tbl>
    <w:p w14:paraId="2C49D099" w14:textId="77777777" w:rsidR="00165497" w:rsidRPr="00BB60E4" w:rsidRDefault="00165497">
      <w:pPr>
        <w:rPr>
          <w:rFonts w:asciiTheme="majorHAnsi" w:hAnsiTheme="majorHAnsi" w:cstheme="majorHAnsi"/>
        </w:rPr>
      </w:pPr>
    </w:p>
    <w:sectPr w:rsidR="00165497" w:rsidRPr="00BB60E4" w:rsidSect="00034616">
      <w:footerReference w:type="default" r:id="rId9"/>
      <w:pgSz w:w="12240" w:h="15840"/>
      <w:pgMar w:top="403" w:right="461" w:bottom="432" w:left="461" w:header="259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2DB3C" w14:textId="77777777" w:rsidR="00165497" w:rsidRDefault="00165497">
      <w:pPr>
        <w:spacing w:after="0" w:line="240" w:lineRule="auto"/>
      </w:pPr>
      <w:r>
        <w:separator/>
      </w:r>
    </w:p>
  </w:endnote>
  <w:endnote w:type="continuationSeparator" w:id="0">
    <w:p w14:paraId="305CD294" w14:textId="77777777" w:rsidR="00165497" w:rsidRDefault="00165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093A2" w14:textId="77777777" w:rsidR="00F53BFC" w:rsidRDefault="00000000">
    <w:pPr>
      <w:pStyle w:val="Piedepgina"/>
      <w:jc w:val="center"/>
    </w:pPr>
    <w:r>
      <w:rPr>
        <w:color w:val="7A7A7A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2A914" w14:textId="77777777" w:rsidR="00165497" w:rsidRDefault="00165497">
      <w:pPr>
        <w:spacing w:after="0" w:line="240" w:lineRule="auto"/>
      </w:pPr>
      <w:r>
        <w:separator/>
      </w:r>
    </w:p>
  </w:footnote>
  <w:footnote w:type="continuationSeparator" w:id="0">
    <w:p w14:paraId="37922FC0" w14:textId="77777777" w:rsidR="00165497" w:rsidRDefault="00165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2674284">
    <w:abstractNumId w:val="8"/>
  </w:num>
  <w:num w:numId="2" w16cid:durableId="1222137504">
    <w:abstractNumId w:val="6"/>
  </w:num>
  <w:num w:numId="3" w16cid:durableId="1679383157">
    <w:abstractNumId w:val="5"/>
  </w:num>
  <w:num w:numId="4" w16cid:durableId="171264527">
    <w:abstractNumId w:val="4"/>
  </w:num>
  <w:num w:numId="5" w16cid:durableId="1705254962">
    <w:abstractNumId w:val="7"/>
  </w:num>
  <w:num w:numId="6" w16cid:durableId="1020475029">
    <w:abstractNumId w:val="3"/>
  </w:num>
  <w:num w:numId="7" w16cid:durableId="1651865648">
    <w:abstractNumId w:val="2"/>
  </w:num>
  <w:num w:numId="8" w16cid:durableId="1843155793">
    <w:abstractNumId w:val="1"/>
  </w:num>
  <w:num w:numId="9" w16cid:durableId="596443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5497"/>
    <w:rsid w:val="0029639D"/>
    <w:rsid w:val="00326F90"/>
    <w:rsid w:val="00AA1D8D"/>
    <w:rsid w:val="00B47730"/>
    <w:rsid w:val="00BB60E4"/>
    <w:rsid w:val="00BB63EB"/>
    <w:rsid w:val="00CB0664"/>
    <w:rsid w:val="00F53B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5D465A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hAnsi="Cambri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2026-04-08T14:48:00Z</dcterms:modified>
  <cp:category/>
</cp:coreProperties>
</file>