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520"/>
      </w:tblGrid>
      <w:tr w:rsidR="00E70FC5" w:rsidRPr="007B2A18" w14:paraId="4AE68361" w14:textId="77777777" w:rsidTr="007B2A18">
        <w:trPr>
          <w:jc w:val="center"/>
        </w:trPr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0639F1" w14:textId="77777777" w:rsidR="00E70FC5" w:rsidRPr="007B2A1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b/>
                <w:color w:val="222222"/>
                <w:sz w:val="22"/>
              </w:rPr>
              <w:t>FO-SF-0047</w:t>
            </w:r>
          </w:p>
        </w:tc>
        <w:tc>
          <w:tcPr>
            <w:tcW w:w="6264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E9CD96" w14:textId="77777777" w:rsidR="00E70FC5" w:rsidRPr="007B2A1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es-MX"/>
              </w:rPr>
            </w:pPr>
            <w:r w:rsidRPr="007B2A18">
              <w:rPr>
                <w:rFonts w:asciiTheme="majorHAnsi" w:hAnsiTheme="majorHAnsi" w:cstheme="majorHAnsi"/>
                <w:b/>
                <w:color w:val="222222"/>
                <w:sz w:val="24"/>
                <w:lang w:val="es-MX"/>
              </w:rPr>
              <w:t>SOLICITUD DE ALTA DE CUENTA DE</w:t>
            </w:r>
            <w:r w:rsidRPr="007B2A18">
              <w:rPr>
                <w:rFonts w:asciiTheme="majorHAnsi" w:hAnsiTheme="majorHAnsi" w:cstheme="majorHAnsi"/>
                <w:b/>
                <w:color w:val="222222"/>
                <w:sz w:val="24"/>
                <w:lang w:val="es-MX"/>
              </w:rPr>
              <w:br/>
              <w:t>USUARIO</w:t>
            </w:r>
          </w:p>
        </w:tc>
        <w:tc>
          <w:tcPr>
            <w:tcW w:w="2520" w:type="dxa"/>
            <w:vMerge w:val="restart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0B0B5" w14:textId="77777777" w:rsidR="00E70FC5" w:rsidRPr="007B2A18" w:rsidRDefault="00000000">
            <w:pPr>
              <w:jc w:val="center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78A3A7B1" wp14:editId="39652CA2">
                  <wp:extent cx="1097280" cy="30971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extract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09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07F8F5" w14:textId="77777777" w:rsidR="00E70FC5" w:rsidRPr="007B2A18" w:rsidRDefault="00000000">
            <w:pPr>
              <w:spacing w:before="40"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b/>
                <w:color w:val="222222"/>
                <w:sz w:val="25"/>
              </w:rPr>
              <w:t>SENDERO FUEL</w:t>
            </w:r>
          </w:p>
        </w:tc>
      </w:tr>
      <w:tr w:rsidR="00E70FC5" w:rsidRPr="007B2A18" w14:paraId="5939B81C" w14:textId="77777777">
        <w:trPr>
          <w:jc w:val="center"/>
        </w:trPr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4AF8CF" w14:textId="77777777" w:rsidR="00E70FC5" w:rsidRPr="007B2A1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  <w:sz w:val="21"/>
              </w:rPr>
              <w:t>Emisión: 7/4/2026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37C523" w14:textId="77777777" w:rsidR="00E70FC5" w:rsidRPr="007B2A1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  <w:sz w:val="21"/>
              </w:rPr>
              <w:t>Revisión: 7/4/2026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92A26F" w14:textId="77777777" w:rsidR="00E70FC5" w:rsidRPr="007B2A1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  <w:sz w:val="21"/>
              </w:rPr>
              <w:t>Versión: 1</w:t>
            </w:r>
          </w:p>
        </w:tc>
        <w:tc>
          <w:tcPr>
            <w:tcW w:w="208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6E6A8B" w14:textId="77777777" w:rsidR="00E70FC5" w:rsidRPr="007B2A1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  <w:sz w:val="21"/>
              </w:rPr>
              <w:t>Formato</w:t>
            </w:r>
          </w:p>
        </w:tc>
        <w:tc>
          <w:tcPr>
            <w:tcW w:w="252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FA37C1" w14:textId="77777777" w:rsidR="00E70FC5" w:rsidRPr="007B2A18" w:rsidRDefault="00E70FC5">
            <w:pPr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26FBA871" w14:textId="77777777">
        <w:trPr>
          <w:jc w:val="center"/>
        </w:trPr>
        <w:tc>
          <w:tcPr>
            <w:tcW w:w="8352" w:type="dxa"/>
            <w:gridSpan w:val="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8F193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7B2A1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>Área: TI / SEGURIDAD DE LA INFORMACIÓN</w:t>
            </w:r>
          </w:p>
        </w:tc>
        <w:tc>
          <w:tcPr>
            <w:tcW w:w="2520" w:type="dxa"/>
            <w:vMerge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8615A" w14:textId="77777777" w:rsidR="00E70FC5" w:rsidRPr="007B2A18" w:rsidRDefault="00E70FC5">
            <w:pPr>
              <w:rPr>
                <w:rFonts w:asciiTheme="majorHAnsi" w:hAnsiTheme="majorHAnsi" w:cstheme="majorHAnsi"/>
                <w:lang w:val="es-MX"/>
              </w:rPr>
            </w:pPr>
          </w:p>
        </w:tc>
      </w:tr>
    </w:tbl>
    <w:p w14:paraId="1F79BC83" w14:textId="77777777" w:rsidR="00E70FC5" w:rsidRPr="007B2A18" w:rsidRDefault="00E70FC5">
      <w:pPr>
        <w:rPr>
          <w:rFonts w:asciiTheme="majorHAnsi" w:hAnsiTheme="majorHAnsi" w:cstheme="majorHAnsi"/>
          <w:lang w:val="es-MX"/>
        </w:rPr>
      </w:pPr>
    </w:p>
    <w:p w14:paraId="1C41AFAE" w14:textId="77777777" w:rsidR="00E70FC5" w:rsidRPr="007B2A18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7B2A18">
        <w:rPr>
          <w:rFonts w:asciiTheme="majorHAnsi" w:hAnsiTheme="majorHAnsi" w:cstheme="majorHAnsi"/>
          <w:b/>
          <w:color w:val="4F81BD"/>
          <w:sz w:val="25"/>
        </w:rPr>
        <w:t>1. DATOS GENERALES DE LA SOLICITUD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E70FC5" w:rsidRPr="007B2A18" w14:paraId="396EC079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FD61A2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Folio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738E6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2A035AEB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DAB19B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Fecha de solicitud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DC645F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0C1A1597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3AB02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Fecha requerida de activación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844A10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7AA0EB37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BB0A29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Área solicitante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81AB9A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3D73E86E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6C86A2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Jefe inmediato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5ACD4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7B06CDA0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A88C45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Tipo de usuario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19FCDF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="Segoe UI Symbol" w:hAnsi="Segoe UI Symbol" w:cs="Segoe UI Symbol"/>
                <w:color w:val="222222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</w:rPr>
              <w:t xml:space="preserve"> Empleado   </w:t>
            </w:r>
            <w:r w:rsidRPr="007B2A18">
              <w:rPr>
                <w:rFonts w:ascii="Segoe UI Symbol" w:hAnsi="Segoe UI Symbol" w:cs="Segoe UI Symbol"/>
                <w:color w:val="222222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</w:rPr>
              <w:t xml:space="preserve"> Temporal   </w:t>
            </w:r>
            <w:r w:rsidRPr="007B2A18">
              <w:rPr>
                <w:rFonts w:ascii="Segoe UI Symbol" w:hAnsi="Segoe UI Symbol" w:cs="Segoe UI Symbol"/>
                <w:color w:val="222222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</w:rPr>
              <w:t xml:space="preserve"> Tercero autorizado</w:t>
            </w:r>
          </w:p>
        </w:tc>
      </w:tr>
      <w:tr w:rsidR="00E70FC5" w:rsidRPr="007B2A18" w14:paraId="5E590702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B726D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Puesto sensible o crítico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1B0D1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="Segoe UI Symbol" w:hAnsi="Segoe UI Symbol" w:cs="Segoe UI Symbol"/>
                <w:color w:val="222222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</w:rPr>
              <w:t xml:space="preserve"> Sí   </w:t>
            </w:r>
            <w:r w:rsidRPr="007B2A18">
              <w:rPr>
                <w:rFonts w:ascii="Segoe UI Symbol" w:hAnsi="Segoe UI Symbol" w:cs="Segoe UI Symbol"/>
                <w:color w:val="222222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</w:rPr>
              <w:t xml:space="preserve"> No</w:t>
            </w:r>
          </w:p>
        </w:tc>
      </w:tr>
    </w:tbl>
    <w:p w14:paraId="186EC3B3" w14:textId="77777777" w:rsidR="00E70FC5" w:rsidRPr="007B2A18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7B2A18">
        <w:rPr>
          <w:rFonts w:asciiTheme="majorHAnsi" w:hAnsiTheme="majorHAnsi" w:cstheme="majorHAnsi"/>
          <w:b/>
          <w:color w:val="4F81BD"/>
          <w:sz w:val="25"/>
        </w:rPr>
        <w:t>2. DATOS DEL USUARIO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E70FC5" w:rsidRPr="007B2A18" w14:paraId="0FB6CC94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567A0C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Nombre completo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951E43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28272510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D3143E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Número de empleado / identificación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BC7D7E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50BC7BE2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C5ABEF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Correo institucional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61B07D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5187F5C6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E9758D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Puesto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4F8401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20BC34E0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EC9DD8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Área / unidad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05D67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6E824E75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4543F9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Ubicación física / sede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4D960D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1808C143" w14:textId="77777777" w:rsidR="00E70FC5" w:rsidRPr="007B2A18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7B2A18">
        <w:rPr>
          <w:rFonts w:asciiTheme="majorHAnsi" w:hAnsiTheme="majorHAnsi" w:cstheme="majorHAnsi"/>
          <w:b/>
          <w:color w:val="4F81BD"/>
          <w:sz w:val="25"/>
        </w:rPr>
        <w:t>3. ACCESOS Y SERVICIOS SOLICITADOS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472"/>
      </w:tblGrid>
      <w:tr w:rsidR="00E70FC5" w:rsidRPr="007B2A18" w14:paraId="13EBB13C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AEA67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Sistema / servicio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2F3AB3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479E6108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FAF3DB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Tipo de cuenta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A0714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="Segoe UI Symbol" w:hAnsi="Segoe UI Symbol" w:cs="Segoe UI Symbol"/>
                <w:color w:val="222222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</w:rPr>
              <w:t xml:space="preserve"> Estándar   </w:t>
            </w:r>
            <w:r w:rsidRPr="007B2A18">
              <w:rPr>
                <w:rFonts w:ascii="Segoe UI Symbol" w:hAnsi="Segoe UI Symbol" w:cs="Segoe UI Symbol"/>
                <w:color w:val="222222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</w:rPr>
              <w:t xml:space="preserve"> Privilegiada   </w:t>
            </w:r>
            <w:r w:rsidRPr="007B2A18">
              <w:rPr>
                <w:rFonts w:ascii="Segoe UI Symbol" w:hAnsi="Segoe UI Symbol" w:cs="Segoe UI Symbol"/>
                <w:color w:val="222222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</w:rPr>
              <w:t xml:space="preserve"> Solo consulta</w:t>
            </w:r>
          </w:p>
        </w:tc>
      </w:tr>
      <w:tr w:rsidR="00E70FC5" w:rsidRPr="007B2A18" w14:paraId="39826FD1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FD56C9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Perfil / rol solicitado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F71F8F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2B54F88D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08679C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Fecha de vigencia inicial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7BBED6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E70FC5" w:rsidRPr="007B2A18" w14:paraId="581A7E84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D006C5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7B2A18">
              <w:rPr>
                <w:rFonts w:asciiTheme="majorHAnsi" w:hAnsiTheme="majorHAnsi" w:cstheme="majorHAnsi"/>
                <w:color w:val="222222"/>
                <w:lang w:val="es-MX"/>
              </w:rPr>
              <w:t>Fecha de vencimiento, si aplica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A0B3B2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</w:tr>
      <w:tr w:rsidR="00E70FC5" w:rsidRPr="007B2A18" w14:paraId="66F31E90" w14:textId="77777777">
        <w:trPr>
          <w:jc w:val="center"/>
        </w:trPr>
        <w:tc>
          <w:tcPr>
            <w:tcW w:w="5400" w:type="dxa"/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747967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Justificación del acceso</w:t>
            </w:r>
          </w:p>
        </w:tc>
        <w:tc>
          <w:tcPr>
            <w:tcW w:w="547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22A08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17E87A38" w14:textId="77777777" w:rsidR="00E70FC5" w:rsidRPr="007B2A18" w:rsidRDefault="00000000">
      <w:pPr>
        <w:spacing w:before="20" w:after="80" w:line="240" w:lineRule="auto"/>
        <w:rPr>
          <w:rFonts w:asciiTheme="majorHAnsi" w:hAnsiTheme="majorHAnsi" w:cstheme="majorHAnsi"/>
        </w:rPr>
      </w:pPr>
      <w:r w:rsidRPr="007B2A18">
        <w:rPr>
          <w:rFonts w:asciiTheme="majorHAnsi" w:hAnsiTheme="majorHAnsi" w:cstheme="majorHAnsi"/>
          <w:b/>
          <w:color w:val="4F81BD"/>
          <w:sz w:val="25"/>
        </w:rPr>
        <w:t>4. VALIDACIONES Y AUTORIZACIONES</w:t>
      </w:r>
    </w:p>
    <w:tbl>
      <w:tblPr>
        <w:tblW w:w="0" w:type="auto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0872"/>
      </w:tblGrid>
      <w:tr w:rsidR="00E70FC5" w:rsidRPr="007B2A18" w14:paraId="61AD5115" w14:textId="77777777">
        <w:trPr>
          <w:jc w:val="center"/>
        </w:trPr>
        <w:tc>
          <w:tcPr>
            <w:tcW w:w="108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A56C24" w14:textId="77777777" w:rsidR="00E70FC5" w:rsidRPr="007B2A18" w:rsidRDefault="00000000">
            <w:pPr>
              <w:spacing w:after="20" w:line="240" w:lineRule="auto"/>
              <w:rPr>
                <w:rFonts w:asciiTheme="majorHAnsi" w:hAnsiTheme="majorHAnsi" w:cstheme="majorHAnsi"/>
                <w:lang w:val="es-MX"/>
              </w:rPr>
            </w:pPr>
            <w:r w:rsidRPr="007B2A18">
              <w:rPr>
                <w:rFonts w:asciiTheme="majorHAnsi" w:hAnsiTheme="majorHAnsi" w:cstheme="majorHAnsi"/>
                <w:b/>
                <w:color w:val="222222"/>
                <w:lang w:val="es-MX"/>
              </w:rPr>
              <w:t>Marque las validaciones aplicables:</w:t>
            </w:r>
          </w:p>
          <w:p w14:paraId="01328AF5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7B2A1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verificó relación laboral o contractual vigente      </w:t>
            </w:r>
            <w:r w:rsidRPr="007B2A1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valid</w:t>
            </w:r>
            <w:r w:rsidRPr="007B2A18">
              <w:rPr>
                <w:rFonts w:ascii="Calibri" w:hAnsi="Calibri" w:cs="Calibri"/>
                <w:color w:val="222222"/>
                <w:sz w:val="21"/>
                <w:lang w:val="es-MX"/>
              </w:rPr>
              <w:t>ó</w:t>
            </w:r>
            <w:r w:rsidRPr="007B2A1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necesidad operativa</w:t>
            </w:r>
          </w:p>
          <w:p w14:paraId="0B097F5F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7B2A1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confirmó unicidad del usuario      </w:t>
            </w:r>
            <w:r w:rsidRPr="007B2A1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revis</w:t>
            </w:r>
            <w:r w:rsidRPr="007B2A18">
              <w:rPr>
                <w:rFonts w:ascii="Calibri" w:hAnsi="Calibri" w:cs="Calibri"/>
                <w:color w:val="222222"/>
                <w:sz w:val="21"/>
                <w:lang w:val="es-MX"/>
              </w:rPr>
              <w:t>ó</w:t>
            </w:r>
            <w:r w:rsidRPr="007B2A1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criticidad del puesto</w:t>
            </w:r>
          </w:p>
          <w:p w14:paraId="066812FE" w14:textId="77777777" w:rsidR="00E70FC5" w:rsidRPr="007B2A18" w:rsidRDefault="00000000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  <w:r w:rsidRPr="007B2A1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requiere validación de Seguridad de la Información      </w:t>
            </w:r>
            <w:r w:rsidRPr="007B2A18">
              <w:rPr>
                <w:rFonts w:ascii="Segoe UI Symbol" w:hAnsi="Segoe UI Symbol" w:cs="Segoe UI Symbol"/>
                <w:color w:val="222222"/>
                <w:sz w:val="21"/>
                <w:lang w:val="es-MX"/>
              </w:rPr>
              <w:t>☐</w:t>
            </w:r>
            <w:r w:rsidRPr="007B2A1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Se notificar</w:t>
            </w:r>
            <w:r w:rsidRPr="007B2A18">
              <w:rPr>
                <w:rFonts w:ascii="Calibri" w:hAnsi="Calibri" w:cs="Calibri"/>
                <w:color w:val="222222"/>
                <w:sz w:val="21"/>
                <w:lang w:val="es-MX"/>
              </w:rPr>
              <w:t>á</w:t>
            </w:r>
            <w:r w:rsidRPr="007B2A1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 xml:space="preserve"> entrega de autenticaci</w:t>
            </w:r>
            <w:r w:rsidRPr="007B2A18">
              <w:rPr>
                <w:rFonts w:ascii="Calibri" w:hAnsi="Calibri" w:cs="Calibri"/>
                <w:color w:val="222222"/>
                <w:sz w:val="21"/>
                <w:lang w:val="es-MX"/>
              </w:rPr>
              <w:t>ó</w:t>
            </w:r>
            <w:r w:rsidRPr="007B2A18">
              <w:rPr>
                <w:rFonts w:asciiTheme="majorHAnsi" w:hAnsiTheme="majorHAnsi" w:cstheme="majorHAnsi"/>
                <w:color w:val="222222"/>
                <w:sz w:val="21"/>
                <w:lang w:val="es-MX"/>
              </w:rPr>
              <w:t>n</w:t>
            </w:r>
          </w:p>
        </w:tc>
      </w:tr>
    </w:tbl>
    <w:p w14:paraId="510C7AAB" w14:textId="77777777" w:rsidR="00E70FC5" w:rsidRPr="007B2A18" w:rsidRDefault="00E70FC5">
      <w:pPr>
        <w:rPr>
          <w:rFonts w:asciiTheme="majorHAnsi" w:hAnsiTheme="majorHAnsi" w:cstheme="majorHAnsi"/>
          <w:lang w:val="es-MX"/>
        </w:rPr>
      </w:pPr>
    </w:p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624"/>
        <w:gridCol w:w="3624"/>
        <w:gridCol w:w="3624"/>
      </w:tblGrid>
      <w:tr w:rsidR="00E70FC5" w:rsidRPr="007B2A18" w14:paraId="7FD2B930" w14:textId="77777777">
        <w:trPr>
          <w:jc w:val="center"/>
        </w:trPr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CAC0CB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532150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  <w:tc>
          <w:tcPr>
            <w:tcW w:w="3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31AD51" w14:textId="77777777" w:rsidR="00E70FC5" w:rsidRPr="007B2A18" w:rsidRDefault="00E70FC5">
            <w:pPr>
              <w:spacing w:after="0" w:line="240" w:lineRule="auto"/>
              <w:rPr>
                <w:rFonts w:asciiTheme="majorHAnsi" w:hAnsiTheme="majorHAnsi" w:cstheme="majorHAnsi"/>
                <w:lang w:val="es-MX"/>
              </w:rPr>
            </w:pPr>
          </w:p>
        </w:tc>
      </w:tr>
      <w:tr w:rsidR="00E70FC5" w:rsidRPr="007B2A18" w14:paraId="6AF100D2" w14:textId="77777777">
        <w:trPr>
          <w:jc w:val="center"/>
        </w:trPr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217728D" w14:textId="77777777" w:rsidR="00E70FC5" w:rsidRPr="007B2A1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Solicita</w:t>
            </w:r>
          </w:p>
        </w:tc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8927ED6" w14:textId="77777777" w:rsidR="00E70FC5" w:rsidRPr="007B2A1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Valida TI / SI</w:t>
            </w:r>
          </w:p>
        </w:tc>
        <w:tc>
          <w:tcPr>
            <w:tcW w:w="3624" w:type="dxa"/>
            <w:tcBorders>
              <w:top w:val="single" w:sz="10" w:space="0" w:color="7F7F7F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718BBFF" w14:textId="77777777" w:rsidR="00E70FC5" w:rsidRPr="007B2A18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7B2A18">
              <w:rPr>
                <w:rFonts w:asciiTheme="majorHAnsi" w:hAnsiTheme="majorHAnsi" w:cstheme="majorHAnsi"/>
                <w:color w:val="222222"/>
              </w:rPr>
              <w:t>Autoriza</w:t>
            </w:r>
          </w:p>
        </w:tc>
      </w:tr>
    </w:tbl>
    <w:p w14:paraId="3AB97AAA" w14:textId="77777777" w:rsidR="006F7F47" w:rsidRPr="007B2A18" w:rsidRDefault="006F7F47">
      <w:pPr>
        <w:rPr>
          <w:rFonts w:asciiTheme="majorHAnsi" w:hAnsiTheme="majorHAnsi" w:cstheme="majorHAnsi"/>
        </w:rPr>
      </w:pPr>
    </w:p>
    <w:sectPr w:rsidR="006F7F47" w:rsidRPr="007B2A18" w:rsidSect="00034616">
      <w:footerReference w:type="default" r:id="rId9"/>
      <w:pgSz w:w="12240" w:h="15840"/>
      <w:pgMar w:top="403" w:right="461" w:bottom="432" w:left="461" w:header="259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0B5F3" w14:textId="77777777" w:rsidR="006F7F47" w:rsidRDefault="006F7F47">
      <w:pPr>
        <w:spacing w:after="0" w:line="240" w:lineRule="auto"/>
      </w:pPr>
      <w:r>
        <w:separator/>
      </w:r>
    </w:p>
  </w:endnote>
  <w:endnote w:type="continuationSeparator" w:id="0">
    <w:p w14:paraId="55D680DE" w14:textId="77777777" w:rsidR="006F7F47" w:rsidRDefault="006F7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76524" w14:textId="77777777" w:rsidR="00E70FC5" w:rsidRDefault="00000000">
    <w:pPr>
      <w:pStyle w:val="Piedepgina"/>
      <w:jc w:val="center"/>
    </w:pPr>
    <w:r>
      <w:rPr>
        <w:color w:val="7A7A7A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E24B6" w14:textId="77777777" w:rsidR="006F7F47" w:rsidRDefault="006F7F47">
      <w:pPr>
        <w:spacing w:after="0" w:line="240" w:lineRule="auto"/>
      </w:pPr>
      <w:r>
        <w:separator/>
      </w:r>
    </w:p>
  </w:footnote>
  <w:footnote w:type="continuationSeparator" w:id="0">
    <w:p w14:paraId="3625DACC" w14:textId="77777777" w:rsidR="006F7F47" w:rsidRDefault="006F7F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5138105">
    <w:abstractNumId w:val="8"/>
  </w:num>
  <w:num w:numId="2" w16cid:durableId="947152909">
    <w:abstractNumId w:val="6"/>
  </w:num>
  <w:num w:numId="3" w16cid:durableId="1104106978">
    <w:abstractNumId w:val="5"/>
  </w:num>
  <w:num w:numId="4" w16cid:durableId="1813131329">
    <w:abstractNumId w:val="4"/>
  </w:num>
  <w:num w:numId="5" w16cid:durableId="672530822">
    <w:abstractNumId w:val="7"/>
  </w:num>
  <w:num w:numId="6" w16cid:durableId="47924674">
    <w:abstractNumId w:val="3"/>
  </w:num>
  <w:num w:numId="7" w16cid:durableId="1125930337">
    <w:abstractNumId w:val="2"/>
  </w:num>
  <w:num w:numId="8" w16cid:durableId="1583368104">
    <w:abstractNumId w:val="1"/>
  </w:num>
  <w:num w:numId="9" w16cid:durableId="1653409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F7F47"/>
    <w:rsid w:val="007B2A18"/>
    <w:rsid w:val="00AA1D8D"/>
    <w:rsid w:val="00B47730"/>
    <w:rsid w:val="00BB63EB"/>
    <w:rsid w:val="00CB0664"/>
    <w:rsid w:val="00E70F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431417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hAnsi="Cambria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2013-12-23T23:15:00Z</dcterms:created>
  <dcterms:modified xsi:type="dcterms:W3CDTF">2026-04-08T05:08:00Z</dcterms:modified>
  <cp:category/>
</cp:coreProperties>
</file>