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FO-SF-71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Matriz de activos y facilidades por puesto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CAPITAL HUMANO / TECNOLOGÍAS DE LA INFORMACIÓN / SEGURIDAD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MATRIZ DE ASIGNACIÓN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1790"/>
        <w:gridCol w:w="1790"/>
        <w:gridCol w:w="1790"/>
        <w:gridCol w:w="1790"/>
        <w:gridCol w:w="1790"/>
        <w:gridCol w:w="1790"/>
      </w:tblGrid>
      <w:tr>
        <w:trPr>
          <w:tblHeader w:val="true"/>
        </w:trPr>
        <w:tc>
          <w:tcPr>
            <w:tcW w:type="dxa" w:w="172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Área</w:t>
            </w:r>
          </w:p>
        </w:tc>
        <w:tc>
          <w:tcPr>
            <w:tcW w:type="dxa" w:w="223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Puesto</w:t>
            </w:r>
          </w:p>
        </w:tc>
        <w:tc>
          <w:tcPr>
            <w:tcW w:type="dxa" w:w="280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Activos / facilidades mínimas</w:t>
            </w:r>
          </w:p>
        </w:tc>
        <w:tc>
          <w:tcPr>
            <w:tcW w:type="dxa" w:w="1440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Nivel de acceso</w:t>
            </w:r>
          </w:p>
        </w:tc>
        <w:tc>
          <w:tcPr>
            <w:tcW w:type="dxa" w:w="1440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Temporal / permanente</w:t>
            </w:r>
          </w:p>
        </w:tc>
        <w:tc>
          <w:tcPr>
            <w:tcW w:type="dxa" w:w="123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Restricciones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Administración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Auxiliar administrativo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Equipo de cómputo, correo, aplicativos administrativos, credencial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Básico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Permanente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Sin privilegios administrativos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Operación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Ejecutivo de atención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Equipo de cómputo, correo, plataforma operativa, headset, credencial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Medio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Permanente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Acceso limitado al rol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TI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Soporte técnico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Equipo de cómputo, herramientas de soporte, consola y VPN autorizada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Medio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Permanente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Privilegios sólo previa autorización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TI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Administrador de sistemas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Equipo de cómputo, VPN, herramientas administrativas, MFA, accesos privilegiados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Privilegiado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Permanente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Monitoreo reforzado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Seguridad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Responsable de SI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Equipo de cómputo, monitoreo, reportes, MFA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Privilegiado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Permanente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Acceso sujeto a control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Capital Humano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Analista RH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Equipo de cómputo, correo, aplicativos RH, credencial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Básico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Permanente</w:t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Sólo información de su función</w:t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790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CONTROL Y APROBACIÓN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Versión vigente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Fecha de actualización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Elaboró / Revisó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Aprobó / Periodicidad de revisión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