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520"/>
      </w:tblGrid>
      <w:tr w:rsidR="000D3956" w:rsidRPr="00E30758" w14:paraId="1F47D159" w14:textId="77777777" w:rsidTr="00E30758">
        <w:trPr>
          <w:jc w:val="center"/>
        </w:trPr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EF967A" w14:textId="77777777" w:rsidR="000D3956" w:rsidRPr="00E30758" w:rsidRDefault="000000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b/>
                <w:color w:val="222222"/>
                <w:sz w:val="22"/>
              </w:rPr>
              <w:t>FO-SF-0049</w:t>
            </w:r>
          </w:p>
        </w:tc>
        <w:tc>
          <w:tcPr>
            <w:tcW w:w="6264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6CAF5F" w14:textId="77777777" w:rsidR="000D3956" w:rsidRPr="00E3075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s-MX"/>
              </w:rPr>
            </w:pPr>
            <w:r w:rsidRPr="00E30758">
              <w:rPr>
                <w:rFonts w:ascii="Calibri" w:hAnsi="Calibri" w:cs="Calibri"/>
                <w:b/>
                <w:color w:val="222222"/>
                <w:sz w:val="24"/>
                <w:lang w:val="es-MX"/>
              </w:rPr>
              <w:t>SOLICITUD DE INHABILITACIÓN O BAJA DE</w:t>
            </w:r>
            <w:r w:rsidRPr="00E30758">
              <w:rPr>
                <w:rFonts w:ascii="Calibri" w:hAnsi="Calibri" w:cs="Calibri"/>
                <w:b/>
                <w:color w:val="222222"/>
                <w:sz w:val="24"/>
                <w:lang w:val="es-MX"/>
              </w:rPr>
              <w:br/>
              <w:t>CUENTA DE USUARIO</w:t>
            </w:r>
          </w:p>
        </w:tc>
        <w:tc>
          <w:tcPr>
            <w:tcW w:w="2520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09C76" w14:textId="77777777" w:rsidR="000D3956" w:rsidRPr="00E30758" w:rsidRDefault="00000000">
            <w:pPr>
              <w:jc w:val="center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noProof/>
              </w:rPr>
              <w:drawing>
                <wp:inline distT="0" distB="0" distL="0" distR="0" wp14:anchorId="59E3C8B1" wp14:editId="12971302">
                  <wp:extent cx="1097280" cy="30971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extract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09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CF499D" w14:textId="77777777" w:rsidR="000D3956" w:rsidRPr="00E30758" w:rsidRDefault="00000000">
            <w:pPr>
              <w:spacing w:before="40" w:after="0" w:line="240" w:lineRule="auto"/>
              <w:jc w:val="center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b/>
                <w:color w:val="222222"/>
                <w:sz w:val="25"/>
              </w:rPr>
              <w:t>SENDERO FUEL</w:t>
            </w:r>
          </w:p>
        </w:tc>
      </w:tr>
      <w:tr w:rsidR="000D3956" w:rsidRPr="00E30758" w14:paraId="55C8D0CC" w14:textId="77777777">
        <w:trPr>
          <w:jc w:val="center"/>
        </w:trPr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36F77C" w14:textId="77777777" w:rsidR="000D3956" w:rsidRPr="00E30758" w:rsidRDefault="000000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  <w:sz w:val="21"/>
              </w:rPr>
              <w:t>Emisión: 7/4/2026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C113B5" w14:textId="77777777" w:rsidR="000D3956" w:rsidRPr="00E30758" w:rsidRDefault="000000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  <w:sz w:val="21"/>
              </w:rPr>
              <w:t>Revisión: 7/4/2026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1DE16C" w14:textId="77777777" w:rsidR="000D3956" w:rsidRPr="00E30758" w:rsidRDefault="000000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  <w:sz w:val="21"/>
              </w:rPr>
              <w:t>Versión: 1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5D9778" w14:textId="77777777" w:rsidR="000D3956" w:rsidRPr="00E30758" w:rsidRDefault="000000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  <w:sz w:val="21"/>
              </w:rPr>
              <w:t>Formato</w:t>
            </w:r>
          </w:p>
        </w:tc>
        <w:tc>
          <w:tcPr>
            <w:tcW w:w="252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88A904" w14:textId="77777777" w:rsidR="000D3956" w:rsidRPr="00E30758" w:rsidRDefault="000D3956">
            <w:pPr>
              <w:rPr>
                <w:rFonts w:ascii="Calibri" w:hAnsi="Calibri" w:cs="Calibri"/>
              </w:rPr>
            </w:pPr>
          </w:p>
        </w:tc>
      </w:tr>
      <w:tr w:rsidR="000D3956" w:rsidRPr="00E30758" w14:paraId="6C15B8C9" w14:textId="77777777">
        <w:trPr>
          <w:jc w:val="center"/>
        </w:trPr>
        <w:tc>
          <w:tcPr>
            <w:tcW w:w="8352" w:type="dxa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FF13DB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  <w:r w:rsidRPr="00E30758">
              <w:rPr>
                <w:rFonts w:ascii="Calibri" w:hAnsi="Calibri" w:cs="Calibri"/>
                <w:color w:val="222222"/>
                <w:sz w:val="21"/>
                <w:lang w:val="es-MX"/>
              </w:rPr>
              <w:t>Área: TI / SEGURIDAD DE LA INFORMACIÓN</w:t>
            </w:r>
          </w:p>
        </w:tc>
        <w:tc>
          <w:tcPr>
            <w:tcW w:w="252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961B2" w14:textId="77777777" w:rsidR="000D3956" w:rsidRPr="00E30758" w:rsidRDefault="000D3956">
            <w:pPr>
              <w:rPr>
                <w:rFonts w:ascii="Calibri" w:hAnsi="Calibri" w:cs="Calibri"/>
                <w:lang w:val="es-MX"/>
              </w:rPr>
            </w:pPr>
          </w:p>
        </w:tc>
      </w:tr>
    </w:tbl>
    <w:p w14:paraId="185EF008" w14:textId="77777777" w:rsidR="000D3956" w:rsidRPr="00E30758" w:rsidRDefault="000D3956">
      <w:pPr>
        <w:rPr>
          <w:rFonts w:ascii="Calibri" w:hAnsi="Calibri" w:cs="Calibri"/>
          <w:lang w:val="es-MX"/>
        </w:rPr>
      </w:pPr>
    </w:p>
    <w:p w14:paraId="0D2B23DF" w14:textId="77777777" w:rsidR="000D3956" w:rsidRPr="00E30758" w:rsidRDefault="00000000">
      <w:pPr>
        <w:spacing w:before="20" w:after="80" w:line="240" w:lineRule="auto"/>
        <w:rPr>
          <w:rFonts w:ascii="Calibri" w:hAnsi="Calibri" w:cs="Calibri"/>
        </w:rPr>
      </w:pPr>
      <w:r w:rsidRPr="00E30758">
        <w:rPr>
          <w:rFonts w:ascii="Calibri" w:hAnsi="Calibri" w:cs="Calibri"/>
          <w:b/>
          <w:color w:val="4F81BD"/>
          <w:sz w:val="25"/>
        </w:rPr>
        <w:t xml:space="preserve">1. DATOS DEL </w:t>
      </w:r>
      <w:proofErr w:type="spellStart"/>
      <w:r w:rsidRPr="00E30758">
        <w:rPr>
          <w:rFonts w:ascii="Calibri" w:hAnsi="Calibri" w:cs="Calibri"/>
          <w:b/>
          <w:color w:val="4F81BD"/>
          <w:sz w:val="25"/>
        </w:rPr>
        <w:t>EVENTO</w:t>
      </w:r>
      <w:proofErr w:type="spellEnd"/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0D3956" w:rsidRPr="00E30758" w14:paraId="1DEFA004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BE7FF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Folio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CFEE24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D3956" w:rsidRPr="00E30758" w14:paraId="3AB8F39E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A7121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Fecha de solicitud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32B0E4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D3956" w:rsidRPr="00E30758" w14:paraId="79B43819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66D79A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  <w:r w:rsidRPr="00E30758">
              <w:rPr>
                <w:rFonts w:ascii="Calibri" w:hAnsi="Calibri" w:cs="Calibri"/>
                <w:color w:val="222222"/>
                <w:lang w:val="es-MX"/>
              </w:rPr>
              <w:t>Fecha y hora efectiva de baja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6A1BAA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</w:p>
        </w:tc>
      </w:tr>
      <w:tr w:rsidR="000D3956" w:rsidRPr="00E30758" w14:paraId="54653AA7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D91424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 xml:space="preserve">Tipo de </w:t>
            </w:r>
            <w:proofErr w:type="spellStart"/>
            <w:r w:rsidRPr="00E30758">
              <w:rPr>
                <w:rFonts w:ascii="Calibri" w:hAnsi="Calibri" w:cs="Calibri"/>
                <w:color w:val="222222"/>
              </w:rPr>
              <w:t>evento</w:t>
            </w:r>
            <w:proofErr w:type="spellEnd"/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662B3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  <w:r w:rsidRPr="00E3075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lang w:val="es-MX"/>
              </w:rPr>
              <w:t xml:space="preserve"> Baja definitiva   </w:t>
            </w:r>
            <w:r w:rsidRPr="00E3075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lang w:val="es-MX"/>
              </w:rPr>
              <w:t xml:space="preserve"> Suspensión   </w:t>
            </w:r>
            <w:r w:rsidRPr="00E3075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lang w:val="es-MX"/>
              </w:rPr>
              <w:t xml:space="preserve"> Contención preventiva   </w:t>
            </w:r>
            <w:r w:rsidRPr="00E3075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lang w:val="es-MX"/>
              </w:rPr>
              <w:t xml:space="preserve"> Vencimiento de vigencia</w:t>
            </w:r>
          </w:p>
        </w:tc>
      </w:tr>
      <w:tr w:rsidR="000D3956" w:rsidRPr="00E30758" w14:paraId="52E7FCE2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87F966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E30758">
              <w:rPr>
                <w:rFonts w:ascii="Calibri" w:hAnsi="Calibri" w:cs="Calibri"/>
                <w:color w:val="222222"/>
              </w:rPr>
              <w:t>Motivo</w:t>
            </w:r>
            <w:proofErr w:type="spellEnd"/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7AB00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D3956" w:rsidRPr="00E30758" w14:paraId="0E6AFAC1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DD5ACC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Prioridad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F0FEC7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Segoe UI Symbol" w:hAnsi="Segoe UI Symbol" w:cs="Segoe UI Symbol"/>
                <w:color w:val="222222"/>
              </w:rPr>
              <w:t>☐</w:t>
            </w:r>
            <w:r w:rsidRPr="00E30758">
              <w:rPr>
                <w:rFonts w:ascii="Calibri" w:hAnsi="Calibri" w:cs="Calibri"/>
                <w:color w:val="222222"/>
              </w:rPr>
              <w:t xml:space="preserve"> Alta   </w:t>
            </w:r>
            <w:r w:rsidRPr="00E30758">
              <w:rPr>
                <w:rFonts w:ascii="Segoe UI Symbol" w:hAnsi="Segoe UI Symbol" w:cs="Segoe UI Symbol"/>
                <w:color w:val="222222"/>
              </w:rPr>
              <w:t>☐</w:t>
            </w:r>
            <w:r w:rsidRPr="00E30758">
              <w:rPr>
                <w:rFonts w:ascii="Calibri" w:hAnsi="Calibri" w:cs="Calibri"/>
                <w:color w:val="222222"/>
              </w:rPr>
              <w:t xml:space="preserve"> Media   </w:t>
            </w:r>
            <w:r w:rsidRPr="00E30758">
              <w:rPr>
                <w:rFonts w:ascii="Segoe UI Symbol" w:hAnsi="Segoe UI Symbol" w:cs="Segoe UI Symbol"/>
                <w:color w:val="222222"/>
              </w:rPr>
              <w:t>☐</w:t>
            </w:r>
            <w:r w:rsidRPr="00E30758">
              <w:rPr>
                <w:rFonts w:ascii="Calibri" w:hAnsi="Calibri" w:cs="Calibri"/>
                <w:color w:val="222222"/>
              </w:rPr>
              <w:t xml:space="preserve"> Baja</w:t>
            </w:r>
          </w:p>
        </w:tc>
      </w:tr>
    </w:tbl>
    <w:p w14:paraId="39226527" w14:textId="77777777" w:rsidR="000D3956" w:rsidRPr="00E30758" w:rsidRDefault="00000000">
      <w:pPr>
        <w:spacing w:before="20" w:after="80" w:line="240" w:lineRule="auto"/>
        <w:rPr>
          <w:rFonts w:ascii="Calibri" w:hAnsi="Calibri" w:cs="Calibri"/>
        </w:rPr>
      </w:pPr>
      <w:r w:rsidRPr="00E30758">
        <w:rPr>
          <w:rFonts w:ascii="Calibri" w:hAnsi="Calibri" w:cs="Calibri"/>
          <w:b/>
          <w:color w:val="4F81BD"/>
          <w:sz w:val="25"/>
        </w:rPr>
        <w:t>2. DATOS DEL USUARIO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0D3956" w:rsidRPr="00E30758" w14:paraId="6C9069F6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8F54FE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Nombre completo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C8D95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D3956" w:rsidRPr="00E30758" w14:paraId="47CB465F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E0497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Número de empleado / identificación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43095F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D3956" w:rsidRPr="00E30758" w14:paraId="043A9B96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578194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Puesto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2E727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D3956" w:rsidRPr="00E30758" w14:paraId="77F7E8C9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6F89DB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Área / unidad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087185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D3956" w:rsidRPr="00E30758" w14:paraId="2AE70458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AA4F64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Jefe inmediato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4B095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D3956" w:rsidRPr="00E30758" w14:paraId="278F6C2D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9E70FE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  <w:r w:rsidRPr="00E30758">
              <w:rPr>
                <w:rFonts w:ascii="Calibri" w:hAnsi="Calibri" w:cs="Calibri"/>
                <w:color w:val="222222"/>
                <w:lang w:val="es-MX"/>
              </w:rPr>
              <w:t>Último día de acceso autorizado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61B5FD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</w:p>
        </w:tc>
      </w:tr>
    </w:tbl>
    <w:p w14:paraId="4435B5D7" w14:textId="77777777" w:rsidR="000D3956" w:rsidRPr="00E30758" w:rsidRDefault="00000000">
      <w:pPr>
        <w:spacing w:before="20" w:after="80" w:line="240" w:lineRule="auto"/>
        <w:rPr>
          <w:rFonts w:ascii="Calibri" w:hAnsi="Calibri" w:cs="Calibri"/>
        </w:rPr>
      </w:pPr>
      <w:r w:rsidRPr="00E30758">
        <w:rPr>
          <w:rFonts w:ascii="Calibri" w:hAnsi="Calibri" w:cs="Calibri"/>
          <w:b/>
          <w:color w:val="4F81BD"/>
          <w:sz w:val="25"/>
        </w:rPr>
        <w:t xml:space="preserve">3. CUENTAS Y </w:t>
      </w:r>
      <w:proofErr w:type="spellStart"/>
      <w:r w:rsidRPr="00E30758">
        <w:rPr>
          <w:rFonts w:ascii="Calibri" w:hAnsi="Calibri" w:cs="Calibri"/>
          <w:b/>
          <w:color w:val="4F81BD"/>
          <w:sz w:val="25"/>
        </w:rPr>
        <w:t>SERVICIOS</w:t>
      </w:r>
      <w:proofErr w:type="spellEnd"/>
      <w:r w:rsidRPr="00E30758">
        <w:rPr>
          <w:rFonts w:ascii="Calibri" w:hAnsi="Calibri" w:cs="Calibri"/>
          <w:b/>
          <w:color w:val="4F81BD"/>
          <w:sz w:val="25"/>
        </w:rPr>
        <w:t xml:space="preserve"> </w:t>
      </w:r>
      <w:proofErr w:type="gramStart"/>
      <w:r w:rsidRPr="00E30758">
        <w:rPr>
          <w:rFonts w:ascii="Calibri" w:hAnsi="Calibri" w:cs="Calibri"/>
          <w:b/>
          <w:color w:val="4F81BD"/>
          <w:sz w:val="25"/>
        </w:rPr>
        <w:t>A</w:t>
      </w:r>
      <w:proofErr w:type="gramEnd"/>
      <w:r w:rsidRPr="00E30758">
        <w:rPr>
          <w:rFonts w:ascii="Calibri" w:hAnsi="Calibri" w:cs="Calibri"/>
          <w:b/>
          <w:color w:val="4F81BD"/>
          <w:sz w:val="25"/>
        </w:rPr>
        <w:t xml:space="preserve"> INHABILITAR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0D3956" w:rsidRPr="00E30758" w14:paraId="24D4FE6B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8DDB7C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Usuario / cuenta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A10D7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D3956" w:rsidRPr="00E30758" w14:paraId="44DE2C45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312185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Sistema / servicio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FAC34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0D3956" w:rsidRPr="00E30758" w14:paraId="721F367A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5523B1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Tipo de cuenta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4701DC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Segoe UI Symbol" w:hAnsi="Segoe UI Symbol" w:cs="Segoe UI Symbol"/>
                <w:color w:val="222222"/>
              </w:rPr>
              <w:t>☐</w:t>
            </w:r>
            <w:r w:rsidRPr="00E30758">
              <w:rPr>
                <w:rFonts w:ascii="Calibri" w:hAnsi="Calibri" w:cs="Calibri"/>
                <w:color w:val="222222"/>
              </w:rPr>
              <w:t xml:space="preserve"> Estándar   </w:t>
            </w:r>
            <w:r w:rsidRPr="00E30758">
              <w:rPr>
                <w:rFonts w:ascii="Segoe UI Symbol" w:hAnsi="Segoe UI Symbol" w:cs="Segoe UI Symbol"/>
                <w:color w:val="222222"/>
              </w:rPr>
              <w:t>☐</w:t>
            </w:r>
            <w:r w:rsidRPr="00E30758">
              <w:rPr>
                <w:rFonts w:ascii="Calibri" w:hAnsi="Calibri" w:cs="Calibri"/>
                <w:color w:val="222222"/>
              </w:rPr>
              <w:t xml:space="preserve"> Privilegiada   </w:t>
            </w:r>
            <w:r w:rsidRPr="00E30758">
              <w:rPr>
                <w:rFonts w:ascii="Segoe UI Symbol" w:hAnsi="Segoe UI Symbol" w:cs="Segoe UI Symbol"/>
                <w:color w:val="222222"/>
              </w:rPr>
              <w:t>☐</w:t>
            </w:r>
            <w:r w:rsidRPr="00E30758">
              <w:rPr>
                <w:rFonts w:ascii="Calibri" w:hAnsi="Calibri" w:cs="Calibri"/>
                <w:color w:val="222222"/>
              </w:rPr>
              <w:t xml:space="preserve"> Temporal</w:t>
            </w:r>
          </w:p>
        </w:tc>
      </w:tr>
      <w:tr w:rsidR="000D3956" w:rsidRPr="00E30758" w14:paraId="6FC1A229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9D331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  <w:proofErr w:type="gramStart"/>
            <w:r w:rsidRPr="00E30758">
              <w:rPr>
                <w:rFonts w:ascii="Calibri" w:hAnsi="Calibri" w:cs="Calibri"/>
                <w:color w:val="222222"/>
                <w:lang w:val="es-MX"/>
              </w:rPr>
              <w:t>Sesiones activas a cerrar</w:t>
            </w:r>
            <w:proofErr w:type="gramEnd"/>
            <w:r w:rsidRPr="00E30758">
              <w:rPr>
                <w:rFonts w:ascii="Calibri" w:hAnsi="Calibri" w:cs="Calibri"/>
                <w:color w:val="222222"/>
                <w:lang w:val="es-MX"/>
              </w:rPr>
              <w:t>, si aplica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A7D5CC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</w:p>
        </w:tc>
      </w:tr>
      <w:tr w:rsidR="000D3956" w:rsidRPr="00E30758" w14:paraId="62291083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7701CB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 xml:space="preserve">Acciones </w:t>
            </w:r>
            <w:proofErr w:type="spellStart"/>
            <w:r w:rsidRPr="00E30758">
              <w:rPr>
                <w:rFonts w:ascii="Calibri" w:hAnsi="Calibri" w:cs="Calibri"/>
                <w:color w:val="222222"/>
              </w:rPr>
              <w:t>adicionales</w:t>
            </w:r>
            <w:proofErr w:type="spellEnd"/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CAF2C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  <w:r w:rsidRPr="00E3075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lang w:val="es-MX"/>
              </w:rPr>
              <w:t xml:space="preserve"> Revocar VPN   </w:t>
            </w:r>
            <w:r w:rsidRPr="00E3075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lang w:val="es-MX"/>
              </w:rPr>
              <w:t xml:space="preserve"> Cerrar correo   </w:t>
            </w:r>
            <w:r w:rsidRPr="00E3075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lang w:val="es-MX"/>
              </w:rPr>
              <w:t xml:space="preserve"> Retirar privilegios   </w:t>
            </w:r>
            <w:r w:rsidRPr="00E30758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lang w:val="es-MX"/>
              </w:rPr>
              <w:t xml:space="preserve"> Deshabilitar </w:t>
            </w:r>
            <w:proofErr w:type="spellStart"/>
            <w:r w:rsidRPr="00E30758">
              <w:rPr>
                <w:rFonts w:ascii="Calibri" w:hAnsi="Calibri" w:cs="Calibri"/>
                <w:color w:val="222222"/>
                <w:lang w:val="es-MX"/>
              </w:rPr>
              <w:t>MFA</w:t>
            </w:r>
            <w:proofErr w:type="spellEnd"/>
          </w:p>
        </w:tc>
      </w:tr>
      <w:tr w:rsidR="000D3956" w:rsidRPr="00E30758" w14:paraId="2D290B5B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B5026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E30758">
              <w:rPr>
                <w:rFonts w:ascii="Calibri" w:hAnsi="Calibri" w:cs="Calibri"/>
                <w:color w:val="222222"/>
              </w:rPr>
              <w:t>Observaciones</w:t>
            </w:r>
            <w:proofErr w:type="spellEnd"/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EEA47D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1AA56187" w14:textId="77777777" w:rsidR="000D3956" w:rsidRPr="00E30758" w:rsidRDefault="00000000">
      <w:pPr>
        <w:spacing w:before="20" w:after="80" w:line="240" w:lineRule="auto"/>
        <w:rPr>
          <w:rFonts w:ascii="Calibri" w:hAnsi="Calibri" w:cs="Calibri"/>
        </w:rPr>
      </w:pPr>
      <w:r w:rsidRPr="00E30758">
        <w:rPr>
          <w:rFonts w:ascii="Calibri" w:hAnsi="Calibri" w:cs="Calibri"/>
          <w:b/>
          <w:color w:val="4F81BD"/>
          <w:sz w:val="25"/>
        </w:rPr>
        <w:t>4. AUTORIZACIÓN Y CONTROL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0872"/>
      </w:tblGrid>
      <w:tr w:rsidR="000D3956" w:rsidRPr="00E30758" w14:paraId="58DFDD95" w14:textId="77777777">
        <w:trPr>
          <w:jc w:val="center"/>
        </w:trPr>
        <w:tc>
          <w:tcPr>
            <w:tcW w:w="108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9B25C0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  <w:r w:rsidRPr="00E3075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sz w:val="21"/>
                <w:lang w:val="es-MX"/>
              </w:rPr>
              <w:t xml:space="preserve"> Se notificó por baja laboral      </w:t>
            </w:r>
            <w:r w:rsidRPr="00E3075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sz w:val="21"/>
                <w:lang w:val="es-MX"/>
              </w:rPr>
              <w:t xml:space="preserve"> Se notificó por cambio de rol</w:t>
            </w:r>
          </w:p>
          <w:p w14:paraId="3C0408F2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  <w:r w:rsidRPr="00E3075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sz w:val="21"/>
                <w:lang w:val="es-MX"/>
              </w:rPr>
              <w:t xml:space="preserve"> Existe incidente o riesgo asociado      </w:t>
            </w:r>
            <w:r w:rsidRPr="00E3075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sz w:val="21"/>
                <w:lang w:val="es-MX"/>
              </w:rPr>
              <w:t xml:space="preserve"> Se requiere ejecución inmediata</w:t>
            </w:r>
          </w:p>
          <w:p w14:paraId="01D80FB9" w14:textId="77777777" w:rsidR="000D3956" w:rsidRPr="00E30758" w:rsidRDefault="00000000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  <w:r w:rsidRPr="00E3075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sz w:val="21"/>
                <w:lang w:val="es-MX"/>
              </w:rPr>
              <w:t xml:space="preserve"> Se verificará cierre de sesiones      </w:t>
            </w:r>
            <w:r w:rsidRPr="00E3075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E30758">
              <w:rPr>
                <w:rFonts w:ascii="Calibri" w:hAnsi="Calibri" w:cs="Calibri"/>
                <w:color w:val="222222"/>
                <w:sz w:val="21"/>
                <w:lang w:val="es-MX"/>
              </w:rPr>
              <w:t xml:space="preserve"> Se generará constancia técnica</w:t>
            </w:r>
          </w:p>
        </w:tc>
      </w:tr>
    </w:tbl>
    <w:p w14:paraId="1F4491DF" w14:textId="77777777" w:rsidR="000D3956" w:rsidRPr="00E30758" w:rsidRDefault="000D3956">
      <w:pPr>
        <w:rPr>
          <w:rFonts w:ascii="Calibri" w:hAnsi="Calibri" w:cs="Calibri"/>
          <w:lang w:val="es-MX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624"/>
        <w:gridCol w:w="3624"/>
        <w:gridCol w:w="3624"/>
      </w:tblGrid>
      <w:tr w:rsidR="000D3956" w:rsidRPr="00E30758" w14:paraId="0E296AE4" w14:textId="77777777">
        <w:trPr>
          <w:jc w:val="center"/>
        </w:trPr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9CE258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A404A4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</w:p>
        </w:tc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52C3AB" w14:textId="77777777" w:rsidR="000D3956" w:rsidRPr="00E30758" w:rsidRDefault="000D3956">
            <w:pPr>
              <w:spacing w:after="0" w:line="240" w:lineRule="auto"/>
              <w:rPr>
                <w:rFonts w:ascii="Calibri" w:hAnsi="Calibri" w:cs="Calibri"/>
                <w:lang w:val="es-MX"/>
              </w:rPr>
            </w:pPr>
          </w:p>
        </w:tc>
      </w:tr>
      <w:tr w:rsidR="000D3956" w:rsidRPr="00E30758" w14:paraId="7211C768" w14:textId="77777777">
        <w:trPr>
          <w:jc w:val="center"/>
        </w:trPr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5F6525D" w14:textId="77777777" w:rsidR="000D3956" w:rsidRPr="00E30758" w:rsidRDefault="000000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E30758">
              <w:rPr>
                <w:rFonts w:ascii="Calibri" w:hAnsi="Calibri" w:cs="Calibri"/>
                <w:color w:val="222222"/>
              </w:rPr>
              <w:t>Solicita</w:t>
            </w:r>
            <w:proofErr w:type="spellEnd"/>
          </w:p>
        </w:tc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5C2BA10" w14:textId="77777777" w:rsidR="000D3956" w:rsidRPr="00E30758" w:rsidRDefault="000000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Ejecuta TI</w:t>
            </w:r>
          </w:p>
        </w:tc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A68D075" w14:textId="77777777" w:rsidR="000D3956" w:rsidRPr="00E30758" w:rsidRDefault="000000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30758">
              <w:rPr>
                <w:rFonts w:ascii="Calibri" w:hAnsi="Calibri" w:cs="Calibri"/>
                <w:color w:val="222222"/>
              </w:rPr>
              <w:t>Valida cierre</w:t>
            </w:r>
          </w:p>
        </w:tc>
      </w:tr>
    </w:tbl>
    <w:p w14:paraId="2F1BD5BF" w14:textId="77777777" w:rsidR="00B7750C" w:rsidRPr="00E30758" w:rsidRDefault="00B7750C">
      <w:pPr>
        <w:rPr>
          <w:rFonts w:ascii="Calibri" w:hAnsi="Calibri" w:cs="Calibri"/>
        </w:rPr>
      </w:pPr>
    </w:p>
    <w:sectPr w:rsidR="00B7750C" w:rsidRPr="00E30758" w:rsidSect="00034616">
      <w:footerReference w:type="default" r:id="rId9"/>
      <w:pgSz w:w="12240" w:h="15840"/>
      <w:pgMar w:top="403" w:right="461" w:bottom="432" w:left="461" w:header="259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86E0E" w14:textId="77777777" w:rsidR="00B7750C" w:rsidRDefault="00B7750C">
      <w:pPr>
        <w:spacing w:after="0" w:line="240" w:lineRule="auto"/>
      </w:pPr>
      <w:r>
        <w:separator/>
      </w:r>
    </w:p>
  </w:endnote>
  <w:endnote w:type="continuationSeparator" w:id="0">
    <w:p w14:paraId="1A7B81D6" w14:textId="77777777" w:rsidR="00B7750C" w:rsidRDefault="00B77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5377F" w14:textId="77777777" w:rsidR="000D3956" w:rsidRDefault="00000000">
    <w:pPr>
      <w:pStyle w:val="Piedepgina"/>
      <w:jc w:val="center"/>
    </w:pPr>
    <w:r>
      <w:rPr>
        <w:color w:val="7A7A7A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1E482" w14:textId="77777777" w:rsidR="00B7750C" w:rsidRDefault="00B7750C">
      <w:pPr>
        <w:spacing w:after="0" w:line="240" w:lineRule="auto"/>
      </w:pPr>
      <w:r>
        <w:separator/>
      </w:r>
    </w:p>
  </w:footnote>
  <w:footnote w:type="continuationSeparator" w:id="0">
    <w:p w14:paraId="4EBDD917" w14:textId="77777777" w:rsidR="00B7750C" w:rsidRDefault="00B77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135925">
    <w:abstractNumId w:val="8"/>
  </w:num>
  <w:num w:numId="2" w16cid:durableId="1457747858">
    <w:abstractNumId w:val="6"/>
  </w:num>
  <w:num w:numId="3" w16cid:durableId="1000548630">
    <w:abstractNumId w:val="5"/>
  </w:num>
  <w:num w:numId="4" w16cid:durableId="689648652">
    <w:abstractNumId w:val="4"/>
  </w:num>
  <w:num w:numId="5" w16cid:durableId="1555193767">
    <w:abstractNumId w:val="7"/>
  </w:num>
  <w:num w:numId="6" w16cid:durableId="1742171277">
    <w:abstractNumId w:val="3"/>
  </w:num>
  <w:num w:numId="7" w16cid:durableId="820971111">
    <w:abstractNumId w:val="2"/>
  </w:num>
  <w:num w:numId="8" w16cid:durableId="2077121010">
    <w:abstractNumId w:val="1"/>
  </w:num>
  <w:num w:numId="9" w16cid:durableId="204073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956"/>
    <w:rsid w:val="0015074B"/>
    <w:rsid w:val="0029639D"/>
    <w:rsid w:val="00326F90"/>
    <w:rsid w:val="00AA1D8D"/>
    <w:rsid w:val="00B47730"/>
    <w:rsid w:val="00B7750C"/>
    <w:rsid w:val="00BB63EB"/>
    <w:rsid w:val="00CB0664"/>
    <w:rsid w:val="00E30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95221F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2026-04-08T14:52:00Z</dcterms:modified>
  <cp:category/>
</cp:coreProperties>
</file>