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1D634F" w14:paraId="57679FB3" w14:textId="77777777" w:rsidTr="001A707D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33A79" w14:textId="77777777" w:rsidR="001D634F" w:rsidRDefault="00000000">
            <w:pPr>
              <w:jc w:val="center"/>
            </w:pPr>
            <w:r>
              <w:rPr>
                <w:b/>
              </w:rPr>
              <w:t>FO-SF-0045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56F5D3" w14:textId="77777777" w:rsidR="001D634F" w:rsidRPr="001A707D" w:rsidRDefault="00000000">
            <w:pPr>
              <w:jc w:val="center"/>
              <w:rPr>
                <w:lang w:val="es-MX"/>
              </w:rPr>
            </w:pPr>
            <w:r w:rsidRPr="001A707D">
              <w:rPr>
                <w:b/>
                <w:sz w:val="24"/>
                <w:lang w:val="es-MX"/>
              </w:rPr>
              <w:t>REGISTRO DE INCIDENCIAS EN DEVOLUCIÓN DE ACTIVOS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1462A" w14:textId="77777777" w:rsidR="001D634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4DDF8A" wp14:editId="1085897A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DA108" w14:textId="77777777" w:rsidR="001D634F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1D634F" w14:paraId="77D59927" w14:textId="77777777" w:rsidTr="001A707D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66702B" w14:textId="77777777" w:rsidR="001D634F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E9E8CE" w14:textId="77777777" w:rsidR="001D634F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4EFBE" w14:textId="77777777" w:rsidR="001D634F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E1BBF" w14:textId="77777777" w:rsidR="001D634F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4D3B526A" w14:textId="77777777" w:rsidR="001D634F" w:rsidRDefault="001D634F"/>
        </w:tc>
      </w:tr>
      <w:tr w:rsidR="001D634F" w14:paraId="217EE61B" w14:textId="77777777" w:rsidTr="001A707D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61558B" w14:textId="77777777" w:rsidR="001D634F" w:rsidRDefault="00000000">
            <w:r>
              <w:t>Área: CONTROL INTERNO</w:t>
            </w:r>
          </w:p>
        </w:tc>
        <w:tc>
          <w:tcPr>
            <w:tcW w:w="2088" w:type="dxa"/>
            <w:vMerge/>
          </w:tcPr>
          <w:p w14:paraId="291B9063" w14:textId="77777777" w:rsidR="001D634F" w:rsidRDefault="001D634F"/>
        </w:tc>
      </w:tr>
    </w:tbl>
    <w:p w14:paraId="1C4E5FDE" w14:textId="77777777" w:rsidR="001D634F" w:rsidRDefault="001D634F">
      <w:pPr>
        <w:spacing w:after="0"/>
      </w:pPr>
    </w:p>
    <w:p w14:paraId="05C09B1F" w14:textId="77777777" w:rsidR="001D634F" w:rsidRDefault="00000000">
      <w:pPr>
        <w:spacing w:before="120" w:after="80"/>
      </w:pPr>
      <w:r>
        <w:rPr>
          <w:b/>
          <w:color w:val="4472C4"/>
          <w:sz w:val="24"/>
        </w:rPr>
        <w:t>1. DATOS GENERALES DE LA INCIDENCIA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1D634F" w14:paraId="4ECA69CE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BB513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 de incidencia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E784F" w14:textId="77777777" w:rsidR="001D634F" w:rsidRDefault="001D634F">
            <w:pPr>
              <w:spacing w:after="0" w:line="240" w:lineRule="auto"/>
            </w:pPr>
          </w:p>
        </w:tc>
      </w:tr>
      <w:tr w:rsidR="001D634F" w14:paraId="62E59052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9EE62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y hora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B0AAF" w14:textId="77777777" w:rsidR="001D634F" w:rsidRDefault="001D634F">
            <w:pPr>
              <w:spacing w:after="0" w:line="240" w:lineRule="auto"/>
            </w:pPr>
          </w:p>
        </w:tc>
      </w:tr>
      <w:tr w:rsidR="001D634F" w14:paraId="5833824D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E9533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del colaborador relacionado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E7F39" w14:textId="77777777" w:rsidR="001D634F" w:rsidRDefault="001D634F">
            <w:pPr>
              <w:spacing w:after="0" w:line="240" w:lineRule="auto"/>
            </w:pPr>
          </w:p>
        </w:tc>
      </w:tr>
      <w:tr w:rsidR="001D634F" w:rsidRPr="001A707D" w14:paraId="329A5324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AA095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evento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F6173" w14:textId="77777777" w:rsidR="001D634F" w:rsidRPr="001A707D" w:rsidRDefault="00000000">
            <w:pPr>
              <w:spacing w:after="0" w:line="240" w:lineRule="auto"/>
              <w:rPr>
                <w:lang w:val="es-MX"/>
              </w:rPr>
            </w:pPr>
            <w:r w:rsidRPr="001A707D">
              <w:rPr>
                <w:color w:val="000000"/>
                <w:sz w:val="19"/>
                <w:lang w:val="es-MX"/>
              </w:rPr>
              <w:t>☐ Baja   ☐ Cambio de rol   ☐ Reasignación   ☐ Otro: __________</w:t>
            </w:r>
          </w:p>
        </w:tc>
      </w:tr>
      <w:tr w:rsidR="001D634F" w14:paraId="7B0C7A1A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4682A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puesto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CF62A" w14:textId="77777777" w:rsidR="001D634F" w:rsidRDefault="001D634F">
            <w:pPr>
              <w:spacing w:after="0" w:line="240" w:lineRule="auto"/>
            </w:pPr>
          </w:p>
        </w:tc>
      </w:tr>
      <w:tr w:rsidR="001D634F" w14:paraId="31B27A8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53746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Activo o acceso involucrado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64DC6" w14:textId="77777777" w:rsidR="001D634F" w:rsidRDefault="001D634F">
            <w:pPr>
              <w:spacing w:after="0" w:line="240" w:lineRule="auto"/>
            </w:pPr>
          </w:p>
        </w:tc>
      </w:tr>
    </w:tbl>
    <w:p w14:paraId="2712449D" w14:textId="77777777" w:rsidR="001D634F" w:rsidRDefault="001D634F">
      <w:pPr>
        <w:spacing w:after="0"/>
      </w:pPr>
    </w:p>
    <w:p w14:paraId="02DEF2C9" w14:textId="77777777" w:rsidR="001D634F" w:rsidRDefault="00000000">
      <w:pPr>
        <w:spacing w:before="120" w:after="80"/>
      </w:pPr>
      <w:r>
        <w:rPr>
          <w:b/>
          <w:color w:val="4472C4"/>
          <w:sz w:val="24"/>
        </w:rPr>
        <w:t>2. DESCRIPCIÓN DE LA INCIDENCIA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1D634F" w:rsidRPr="001A707D" w14:paraId="3D5F1C80" w14:textId="77777777">
        <w:trPr>
          <w:jc w:val="center"/>
        </w:trPr>
        <w:tc>
          <w:tcPr>
            <w:tcW w:w="10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4C1E4" w14:textId="77777777" w:rsidR="001D634F" w:rsidRPr="001A707D" w:rsidRDefault="00000000">
            <w:pPr>
              <w:spacing w:after="0" w:line="240" w:lineRule="auto"/>
              <w:rPr>
                <w:lang w:val="es-MX"/>
              </w:rPr>
            </w:pPr>
            <w:r w:rsidRPr="001A707D">
              <w:rPr>
                <w:color w:val="000000"/>
                <w:sz w:val="19"/>
                <w:lang w:val="es-MX"/>
              </w:rPr>
              <w:t>Descripción clara de la incidencia detectada</w:t>
            </w:r>
            <w:r w:rsidRPr="001A707D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1A707D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1A707D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1A707D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</w:p>
        </w:tc>
      </w:tr>
    </w:tbl>
    <w:p w14:paraId="04D52EB9" w14:textId="77777777" w:rsidR="001D634F" w:rsidRPr="001A707D" w:rsidRDefault="001D634F">
      <w:pPr>
        <w:spacing w:after="0"/>
        <w:rPr>
          <w:lang w:val="es-MX"/>
        </w:rPr>
      </w:pPr>
    </w:p>
    <w:p w14:paraId="016E28FB" w14:textId="77777777" w:rsidR="001D634F" w:rsidRDefault="00000000">
      <w:pPr>
        <w:spacing w:before="120" w:after="80"/>
      </w:pPr>
      <w:r>
        <w:rPr>
          <w:b/>
          <w:color w:val="4472C4"/>
          <w:sz w:val="24"/>
        </w:rPr>
        <w:t>3. EVALUACIÓN Y ACCIONES INMEDIATAS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1D634F" w:rsidRPr="001A707D" w14:paraId="47B3FDAA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6DA61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Clasificación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4BA18" w14:textId="77777777" w:rsidR="001D634F" w:rsidRPr="001A707D" w:rsidRDefault="00000000">
            <w:pPr>
              <w:spacing w:after="0" w:line="240" w:lineRule="auto"/>
              <w:rPr>
                <w:lang w:val="es-MX"/>
              </w:rPr>
            </w:pPr>
            <w:r w:rsidRPr="001A707D">
              <w:rPr>
                <w:color w:val="000000"/>
                <w:sz w:val="19"/>
                <w:lang w:val="es-MX"/>
              </w:rPr>
              <w:t>☐ Extraviado   ☐ Dañado   ☐ Acceso vigente   ☐ Información no transferida   ☐ Otro</w:t>
            </w:r>
          </w:p>
        </w:tc>
      </w:tr>
      <w:tr w:rsidR="001D634F" w14:paraId="26B137BE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73F84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Impacto estimado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CA636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☐ Bajo   ☐ Medio   ☐ Alto</w:t>
            </w:r>
          </w:p>
        </w:tc>
      </w:tr>
      <w:tr w:rsidR="001D634F" w14:paraId="06F19C27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42A7E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Acciones inmediatas ejecutadas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F25FF" w14:textId="77777777" w:rsidR="001D634F" w:rsidRDefault="001D634F">
            <w:pPr>
              <w:spacing w:after="0" w:line="240" w:lineRule="auto"/>
            </w:pPr>
          </w:p>
        </w:tc>
      </w:tr>
      <w:tr w:rsidR="001D634F" w14:paraId="2BB99B3F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048F3" w14:textId="77777777" w:rsidR="001D634F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escalada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B88BD" w14:textId="77777777" w:rsidR="001D634F" w:rsidRDefault="001D634F">
            <w:pPr>
              <w:spacing w:after="0" w:line="240" w:lineRule="auto"/>
            </w:pPr>
          </w:p>
        </w:tc>
      </w:tr>
    </w:tbl>
    <w:p w14:paraId="0A85789C" w14:textId="77777777" w:rsidR="001D634F" w:rsidRDefault="001D634F">
      <w:pPr>
        <w:spacing w:after="0"/>
      </w:pPr>
    </w:p>
    <w:p w14:paraId="3D70BF68" w14:textId="77777777" w:rsidR="001D634F" w:rsidRDefault="00000000">
      <w:pPr>
        <w:spacing w:before="120" w:after="80"/>
      </w:pPr>
      <w:r>
        <w:rPr>
          <w:b/>
          <w:color w:val="4472C4"/>
          <w:sz w:val="24"/>
        </w:rPr>
        <w:t>4. SEGUIMIENTO Y CIERRE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016"/>
        <w:gridCol w:w="3744"/>
        <w:gridCol w:w="3240"/>
      </w:tblGrid>
      <w:tr w:rsidR="001D634F" w14:paraId="53946724" w14:textId="77777777">
        <w:trPr>
          <w:jc w:val="center"/>
        </w:trPr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BBE3E" w14:textId="77777777" w:rsidR="001D634F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Fecha</w:t>
            </w: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E129D" w14:textId="77777777" w:rsidR="001D634F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Responsable</w:t>
            </w:r>
          </w:p>
        </w:tc>
        <w:tc>
          <w:tcPr>
            <w:tcW w:w="37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CCC75" w14:textId="77777777" w:rsidR="001D634F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Acción de seguimiento</w:t>
            </w:r>
          </w:p>
        </w:tc>
        <w:tc>
          <w:tcPr>
            <w:tcW w:w="32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C598D" w14:textId="77777777" w:rsidR="001D634F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Resultado / evidencia</w:t>
            </w:r>
          </w:p>
        </w:tc>
      </w:tr>
      <w:tr w:rsidR="001D634F" w14:paraId="218BFE4E" w14:textId="77777777">
        <w:trPr>
          <w:jc w:val="center"/>
        </w:trPr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59FB9" w14:textId="77777777" w:rsidR="001D634F" w:rsidRDefault="001D634F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D7FA2" w14:textId="77777777" w:rsidR="001D634F" w:rsidRDefault="001D634F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63467" w14:textId="77777777" w:rsidR="001D634F" w:rsidRDefault="001D634F">
            <w:pPr>
              <w:spacing w:after="0" w:line="240" w:lineRule="auto"/>
            </w:pPr>
          </w:p>
        </w:tc>
        <w:tc>
          <w:tcPr>
            <w:tcW w:w="32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5495C" w14:textId="77777777" w:rsidR="001D634F" w:rsidRDefault="001D634F">
            <w:pPr>
              <w:spacing w:after="0" w:line="240" w:lineRule="auto"/>
            </w:pPr>
          </w:p>
        </w:tc>
      </w:tr>
      <w:tr w:rsidR="001D634F" w14:paraId="5A86136D" w14:textId="77777777">
        <w:trPr>
          <w:jc w:val="center"/>
        </w:trPr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7AC70" w14:textId="77777777" w:rsidR="001D634F" w:rsidRDefault="001D634F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EFDB5" w14:textId="77777777" w:rsidR="001D634F" w:rsidRDefault="001D634F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7EB5D" w14:textId="77777777" w:rsidR="001D634F" w:rsidRDefault="001D634F">
            <w:pPr>
              <w:spacing w:after="0" w:line="240" w:lineRule="auto"/>
            </w:pPr>
          </w:p>
        </w:tc>
        <w:tc>
          <w:tcPr>
            <w:tcW w:w="32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D03C2" w14:textId="77777777" w:rsidR="001D634F" w:rsidRDefault="001D634F">
            <w:pPr>
              <w:spacing w:after="0" w:line="240" w:lineRule="auto"/>
            </w:pPr>
          </w:p>
        </w:tc>
      </w:tr>
      <w:tr w:rsidR="001D634F" w14:paraId="35CCB3E1" w14:textId="77777777">
        <w:trPr>
          <w:jc w:val="center"/>
        </w:trPr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4104A" w14:textId="77777777" w:rsidR="001D634F" w:rsidRDefault="001D634F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1E2F8" w14:textId="77777777" w:rsidR="001D634F" w:rsidRDefault="001D634F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CEFC8" w14:textId="77777777" w:rsidR="001D634F" w:rsidRDefault="001D634F">
            <w:pPr>
              <w:spacing w:after="0" w:line="240" w:lineRule="auto"/>
            </w:pPr>
          </w:p>
        </w:tc>
        <w:tc>
          <w:tcPr>
            <w:tcW w:w="32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77B2A" w14:textId="77777777" w:rsidR="001D634F" w:rsidRDefault="001D634F">
            <w:pPr>
              <w:spacing w:after="0" w:line="240" w:lineRule="auto"/>
            </w:pPr>
          </w:p>
        </w:tc>
      </w:tr>
      <w:tr w:rsidR="001D634F" w14:paraId="7DF84A60" w14:textId="77777777">
        <w:trPr>
          <w:jc w:val="center"/>
        </w:trPr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D8C5E" w14:textId="77777777" w:rsidR="001D634F" w:rsidRDefault="001D634F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EAC84" w14:textId="77777777" w:rsidR="001D634F" w:rsidRDefault="001D634F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D30E6" w14:textId="77777777" w:rsidR="001D634F" w:rsidRDefault="001D634F">
            <w:pPr>
              <w:spacing w:after="0" w:line="240" w:lineRule="auto"/>
            </w:pPr>
          </w:p>
        </w:tc>
        <w:tc>
          <w:tcPr>
            <w:tcW w:w="32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9C571" w14:textId="77777777" w:rsidR="001D634F" w:rsidRDefault="001D634F">
            <w:pPr>
              <w:spacing w:after="0" w:line="240" w:lineRule="auto"/>
            </w:pPr>
          </w:p>
        </w:tc>
      </w:tr>
    </w:tbl>
    <w:p w14:paraId="394A4C45" w14:textId="77777777" w:rsidR="001D634F" w:rsidRDefault="001D634F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D634F" w14:paraId="53E49378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CD598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B22F3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8B280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1D634F" w14:paraId="155063B4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A3A90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Reporta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5633A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Da seguimiento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C9BC3" w14:textId="77777777" w:rsidR="001D634F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Cierra</w:t>
            </w:r>
          </w:p>
        </w:tc>
      </w:tr>
    </w:tbl>
    <w:p w14:paraId="480DBE64" w14:textId="77777777" w:rsidR="004C528A" w:rsidRDefault="004C528A"/>
    <w:sectPr w:rsidR="004C528A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421A" w14:textId="77777777" w:rsidR="004C528A" w:rsidRDefault="004C528A">
      <w:pPr>
        <w:spacing w:after="0" w:line="240" w:lineRule="auto"/>
      </w:pPr>
      <w:r>
        <w:separator/>
      </w:r>
    </w:p>
  </w:endnote>
  <w:endnote w:type="continuationSeparator" w:id="0">
    <w:p w14:paraId="623ABD23" w14:textId="77777777" w:rsidR="004C528A" w:rsidRDefault="004C5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5EC5" w14:textId="77777777" w:rsidR="001D634F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ECF2" w14:textId="77777777" w:rsidR="004C528A" w:rsidRDefault="004C528A">
      <w:pPr>
        <w:spacing w:after="0" w:line="240" w:lineRule="auto"/>
      </w:pPr>
      <w:r>
        <w:separator/>
      </w:r>
    </w:p>
  </w:footnote>
  <w:footnote w:type="continuationSeparator" w:id="0">
    <w:p w14:paraId="651A5CED" w14:textId="77777777" w:rsidR="004C528A" w:rsidRDefault="004C5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6198868">
    <w:abstractNumId w:val="8"/>
  </w:num>
  <w:num w:numId="2" w16cid:durableId="96799660">
    <w:abstractNumId w:val="6"/>
  </w:num>
  <w:num w:numId="3" w16cid:durableId="1057315388">
    <w:abstractNumId w:val="5"/>
  </w:num>
  <w:num w:numId="4" w16cid:durableId="554119015">
    <w:abstractNumId w:val="4"/>
  </w:num>
  <w:num w:numId="5" w16cid:durableId="1683123705">
    <w:abstractNumId w:val="7"/>
  </w:num>
  <w:num w:numId="6" w16cid:durableId="883761299">
    <w:abstractNumId w:val="3"/>
  </w:num>
  <w:num w:numId="7" w16cid:durableId="733314331">
    <w:abstractNumId w:val="2"/>
  </w:num>
  <w:num w:numId="8" w16cid:durableId="752169086">
    <w:abstractNumId w:val="1"/>
  </w:num>
  <w:num w:numId="9" w16cid:durableId="195579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707D"/>
    <w:rsid w:val="001D634F"/>
    <w:rsid w:val="0029639D"/>
    <w:rsid w:val="00326F90"/>
    <w:rsid w:val="004C528A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3D0EC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2026-04-07T22:44:00Z</dcterms:modified>
  <cp:category/>
</cp:coreProperties>
</file>