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2088"/>
        <w:gridCol w:w="2088"/>
        <w:gridCol w:w="2088"/>
        <w:gridCol w:w="2088"/>
      </w:tblGrid>
      <w:tr w:rsidR="00125B29" w14:paraId="4DA86115" w14:textId="77777777" w:rsidTr="00E675F9">
        <w:trPr>
          <w:jc w:val="center"/>
        </w:trPr>
        <w:tc>
          <w:tcPr>
            <w:tcW w:w="22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8AB2C4" w14:textId="77777777" w:rsidR="00125B29" w:rsidRDefault="00000000">
            <w:pPr>
              <w:jc w:val="center"/>
            </w:pPr>
            <w:r>
              <w:rPr>
                <w:b/>
              </w:rPr>
              <w:t>FO-SF-0044</w:t>
            </w:r>
          </w:p>
        </w:tc>
        <w:tc>
          <w:tcPr>
            <w:tcW w:w="6264" w:type="dxa"/>
            <w:gridSpan w:val="3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DF8E85C" w14:textId="77777777" w:rsidR="00125B29" w:rsidRPr="00E675F9" w:rsidRDefault="00000000">
            <w:pPr>
              <w:jc w:val="center"/>
              <w:rPr>
                <w:lang w:val="es-MX"/>
              </w:rPr>
            </w:pPr>
            <w:r w:rsidRPr="00E675F9">
              <w:rPr>
                <w:b/>
                <w:sz w:val="24"/>
                <w:lang w:val="es-MX"/>
              </w:rPr>
              <w:t>ACTA DE REASIGNACIÓN DE ACTIVOS</w:t>
            </w:r>
          </w:p>
        </w:tc>
        <w:tc>
          <w:tcPr>
            <w:tcW w:w="2088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F7057C" w14:textId="77777777" w:rsidR="00125B29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EACD4E4" wp14:editId="477038FF">
                  <wp:extent cx="548640" cy="15485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978d660-057b-4c91-a087-7b87bb20a4c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" cy="154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9A4DD3" w14:textId="77777777" w:rsidR="00125B29" w:rsidRDefault="00000000">
            <w:pPr>
              <w:jc w:val="center"/>
            </w:pPr>
            <w:r>
              <w:rPr>
                <w:b/>
              </w:rPr>
              <w:t>SENDERO FUEL</w:t>
            </w:r>
          </w:p>
        </w:tc>
      </w:tr>
      <w:tr w:rsidR="00125B29" w14:paraId="1F78859E" w14:textId="77777777" w:rsidTr="00E675F9">
        <w:trPr>
          <w:jc w:val="center"/>
        </w:trPr>
        <w:tc>
          <w:tcPr>
            <w:tcW w:w="2232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A13CC4" w14:textId="77777777" w:rsidR="00125B29" w:rsidRDefault="00000000">
            <w:pPr>
              <w:jc w:val="center"/>
            </w:pPr>
            <w:r>
              <w:rPr>
                <w:sz w:val="18"/>
              </w:rPr>
              <w:t>Emisión: 7/4/2026</w:t>
            </w:r>
          </w:p>
        </w:tc>
        <w:tc>
          <w:tcPr>
            <w:tcW w:w="208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A518BF" w14:textId="77777777" w:rsidR="00125B29" w:rsidRDefault="00000000">
            <w:pPr>
              <w:jc w:val="center"/>
            </w:pPr>
            <w:r>
              <w:rPr>
                <w:sz w:val="18"/>
              </w:rPr>
              <w:t>Revisión: 7/4/2026</w:t>
            </w:r>
          </w:p>
        </w:tc>
        <w:tc>
          <w:tcPr>
            <w:tcW w:w="208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B346A9" w14:textId="77777777" w:rsidR="00125B29" w:rsidRDefault="00000000">
            <w:pPr>
              <w:jc w:val="center"/>
            </w:pPr>
            <w:r>
              <w:rPr>
                <w:sz w:val="18"/>
              </w:rPr>
              <w:t>Versión: 1</w:t>
            </w:r>
          </w:p>
        </w:tc>
        <w:tc>
          <w:tcPr>
            <w:tcW w:w="208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AA6AD4" w14:textId="77777777" w:rsidR="00125B29" w:rsidRDefault="00000000">
            <w:pPr>
              <w:jc w:val="center"/>
            </w:pPr>
            <w:r>
              <w:rPr>
                <w:sz w:val="18"/>
              </w:rPr>
              <w:t>Formato</w:t>
            </w:r>
          </w:p>
        </w:tc>
        <w:tc>
          <w:tcPr>
            <w:tcW w:w="2088" w:type="dxa"/>
            <w:vMerge/>
          </w:tcPr>
          <w:p w14:paraId="27D13204" w14:textId="77777777" w:rsidR="00125B29" w:rsidRDefault="00125B29"/>
        </w:tc>
      </w:tr>
      <w:tr w:rsidR="00125B29" w14:paraId="4508E611" w14:textId="77777777" w:rsidTr="00E675F9">
        <w:trPr>
          <w:jc w:val="center"/>
        </w:trPr>
        <w:tc>
          <w:tcPr>
            <w:tcW w:w="8496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AAC0C8" w14:textId="77777777" w:rsidR="00125B29" w:rsidRDefault="00000000">
            <w:r>
              <w:t>Área: CONTROL INTERNO</w:t>
            </w:r>
          </w:p>
        </w:tc>
        <w:tc>
          <w:tcPr>
            <w:tcW w:w="2088" w:type="dxa"/>
            <w:vMerge/>
          </w:tcPr>
          <w:p w14:paraId="4AB2B650" w14:textId="77777777" w:rsidR="00125B29" w:rsidRDefault="00125B29"/>
        </w:tc>
      </w:tr>
    </w:tbl>
    <w:p w14:paraId="016EED33" w14:textId="77777777" w:rsidR="00125B29" w:rsidRDefault="00125B29">
      <w:pPr>
        <w:spacing w:after="0"/>
      </w:pPr>
    </w:p>
    <w:p w14:paraId="178E7AE5" w14:textId="77777777" w:rsidR="00125B29" w:rsidRDefault="00000000">
      <w:pPr>
        <w:spacing w:before="120" w:after="80"/>
      </w:pPr>
      <w:r>
        <w:rPr>
          <w:b/>
          <w:color w:val="4472C4"/>
          <w:sz w:val="24"/>
        </w:rPr>
        <w:t>1. DATOS GENERALES DEL MOVIMIENTO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7056"/>
      </w:tblGrid>
      <w:tr w:rsidR="00125B29" w14:paraId="7923CF91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0D73F7" w14:textId="77777777" w:rsidR="00125B29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Folio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26A8BB" w14:textId="77777777" w:rsidR="00125B29" w:rsidRDefault="00125B29">
            <w:pPr>
              <w:spacing w:after="0" w:line="240" w:lineRule="auto"/>
            </w:pPr>
          </w:p>
        </w:tc>
      </w:tr>
      <w:tr w:rsidR="00125B29" w14:paraId="67DF20EB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DEF25F" w14:textId="77777777" w:rsidR="00125B29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Fecha de reasignación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051ABA" w14:textId="77777777" w:rsidR="00125B29" w:rsidRDefault="00125B29">
            <w:pPr>
              <w:spacing w:after="0" w:line="240" w:lineRule="auto"/>
            </w:pPr>
          </w:p>
        </w:tc>
      </w:tr>
      <w:tr w:rsidR="00125B29" w:rsidRPr="00E675F9" w14:paraId="1D424057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FEBEEB" w14:textId="77777777" w:rsidR="00125B29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Motivo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EF3E9F" w14:textId="77777777" w:rsidR="00125B29" w:rsidRPr="00E675F9" w:rsidRDefault="00000000">
            <w:pPr>
              <w:spacing w:after="0" w:line="240" w:lineRule="auto"/>
              <w:rPr>
                <w:lang w:val="es-MX"/>
              </w:rPr>
            </w:pPr>
            <w:r w:rsidRPr="00E675F9">
              <w:rPr>
                <w:color w:val="000000"/>
                <w:sz w:val="19"/>
                <w:lang w:val="es-MX"/>
              </w:rPr>
              <w:t>☐ Cambio de rol   ☐ Sustitución de personal   ☐ Continuidad operativa   ☐ Otro: __________</w:t>
            </w:r>
          </w:p>
        </w:tc>
      </w:tr>
      <w:tr w:rsidR="00125B29" w14:paraId="1163D015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AB16A3" w14:textId="77777777" w:rsidR="00125B29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Área responsable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901433" w14:textId="77777777" w:rsidR="00125B29" w:rsidRDefault="00125B29">
            <w:pPr>
              <w:spacing w:after="0" w:line="240" w:lineRule="auto"/>
            </w:pPr>
          </w:p>
        </w:tc>
      </w:tr>
      <w:tr w:rsidR="00125B29" w14:paraId="708DA052" w14:textId="77777777">
        <w:trPr>
          <w:jc w:val="center"/>
        </w:trPr>
        <w:tc>
          <w:tcPr>
            <w:tcW w:w="302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326A4E" w14:textId="77777777" w:rsidR="00125B29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Lugar de entrega</w:t>
            </w:r>
          </w:p>
        </w:tc>
        <w:tc>
          <w:tcPr>
            <w:tcW w:w="70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250069" w14:textId="77777777" w:rsidR="00125B29" w:rsidRDefault="00125B29">
            <w:pPr>
              <w:spacing w:after="0" w:line="240" w:lineRule="auto"/>
            </w:pPr>
          </w:p>
        </w:tc>
      </w:tr>
    </w:tbl>
    <w:p w14:paraId="044C6460" w14:textId="77777777" w:rsidR="00125B29" w:rsidRDefault="00125B29">
      <w:pPr>
        <w:spacing w:after="0"/>
      </w:pPr>
    </w:p>
    <w:p w14:paraId="01B370A6" w14:textId="77777777" w:rsidR="00125B29" w:rsidRDefault="00000000">
      <w:pPr>
        <w:spacing w:before="120" w:after="80"/>
      </w:pPr>
      <w:r>
        <w:rPr>
          <w:b/>
          <w:color w:val="4472C4"/>
          <w:sz w:val="24"/>
        </w:rPr>
        <w:t>2. DATOS DE LAS PARTES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696"/>
      </w:tblGrid>
      <w:tr w:rsidR="00125B29" w14:paraId="7EFD0764" w14:textId="77777777">
        <w:trPr>
          <w:jc w:val="center"/>
        </w:trPr>
        <w:tc>
          <w:tcPr>
            <w:tcW w:w="33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F54581" w14:textId="77777777" w:rsidR="00125B29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Colaborador que entrega</w:t>
            </w:r>
          </w:p>
        </w:tc>
        <w:tc>
          <w:tcPr>
            <w:tcW w:w="66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783E5B" w14:textId="77777777" w:rsidR="00125B29" w:rsidRDefault="00125B29">
            <w:pPr>
              <w:spacing w:after="0" w:line="240" w:lineRule="auto"/>
            </w:pPr>
          </w:p>
        </w:tc>
      </w:tr>
      <w:tr w:rsidR="00125B29" w14:paraId="5B201005" w14:textId="77777777">
        <w:trPr>
          <w:jc w:val="center"/>
        </w:trPr>
        <w:tc>
          <w:tcPr>
            <w:tcW w:w="33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117B8B" w14:textId="77777777" w:rsidR="00125B29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Puesto / área de origen</w:t>
            </w:r>
          </w:p>
        </w:tc>
        <w:tc>
          <w:tcPr>
            <w:tcW w:w="66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BD52D8" w14:textId="77777777" w:rsidR="00125B29" w:rsidRDefault="00125B29">
            <w:pPr>
              <w:spacing w:after="0" w:line="240" w:lineRule="auto"/>
            </w:pPr>
          </w:p>
        </w:tc>
      </w:tr>
      <w:tr w:rsidR="00125B29" w14:paraId="16455441" w14:textId="77777777">
        <w:trPr>
          <w:jc w:val="center"/>
        </w:trPr>
        <w:tc>
          <w:tcPr>
            <w:tcW w:w="33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136AB4" w14:textId="77777777" w:rsidR="00125B29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Colaborador que recibe</w:t>
            </w:r>
          </w:p>
        </w:tc>
        <w:tc>
          <w:tcPr>
            <w:tcW w:w="66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F161E5" w14:textId="77777777" w:rsidR="00125B29" w:rsidRDefault="00125B29">
            <w:pPr>
              <w:spacing w:after="0" w:line="240" w:lineRule="auto"/>
            </w:pPr>
          </w:p>
        </w:tc>
      </w:tr>
      <w:tr w:rsidR="00125B29" w14:paraId="36B3CE4D" w14:textId="77777777">
        <w:trPr>
          <w:jc w:val="center"/>
        </w:trPr>
        <w:tc>
          <w:tcPr>
            <w:tcW w:w="33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BDEEB7" w14:textId="77777777" w:rsidR="00125B29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Puesto / área destino</w:t>
            </w:r>
          </w:p>
        </w:tc>
        <w:tc>
          <w:tcPr>
            <w:tcW w:w="66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7BF006" w14:textId="77777777" w:rsidR="00125B29" w:rsidRDefault="00125B29">
            <w:pPr>
              <w:spacing w:after="0" w:line="240" w:lineRule="auto"/>
            </w:pPr>
          </w:p>
        </w:tc>
      </w:tr>
      <w:tr w:rsidR="00125B29" w14:paraId="3F2ED874" w14:textId="77777777">
        <w:trPr>
          <w:jc w:val="center"/>
        </w:trPr>
        <w:tc>
          <w:tcPr>
            <w:tcW w:w="33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FE3BB0" w14:textId="77777777" w:rsidR="00125B29" w:rsidRDefault="00000000">
            <w:pPr>
              <w:spacing w:after="0" w:line="240" w:lineRule="auto"/>
            </w:pPr>
            <w:r>
              <w:rPr>
                <w:color w:val="000000"/>
                <w:sz w:val="19"/>
              </w:rPr>
              <w:t>Responsable que autoriza</w:t>
            </w:r>
          </w:p>
        </w:tc>
        <w:tc>
          <w:tcPr>
            <w:tcW w:w="66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448F00" w14:textId="77777777" w:rsidR="00125B29" w:rsidRDefault="00125B29">
            <w:pPr>
              <w:spacing w:after="0" w:line="240" w:lineRule="auto"/>
            </w:pPr>
          </w:p>
        </w:tc>
      </w:tr>
    </w:tbl>
    <w:p w14:paraId="0332B1E3" w14:textId="77777777" w:rsidR="00125B29" w:rsidRDefault="00125B29">
      <w:pPr>
        <w:spacing w:after="0"/>
      </w:pPr>
    </w:p>
    <w:p w14:paraId="4ADEF97A" w14:textId="77777777" w:rsidR="00125B29" w:rsidRDefault="00000000">
      <w:pPr>
        <w:spacing w:before="120" w:after="80"/>
      </w:pPr>
      <w:r>
        <w:rPr>
          <w:b/>
          <w:color w:val="4472C4"/>
          <w:sz w:val="24"/>
        </w:rPr>
        <w:t>3. ACTIVOS REASIGNADOS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296"/>
        <w:gridCol w:w="2592"/>
        <w:gridCol w:w="1800"/>
        <w:gridCol w:w="1440"/>
        <w:gridCol w:w="2736"/>
      </w:tblGrid>
      <w:tr w:rsidR="00125B29" w14:paraId="46CF20FB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159702" w14:textId="77777777" w:rsidR="00125B29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7"/>
              </w:rPr>
              <w:t>No.</w:t>
            </w:r>
          </w:p>
        </w:tc>
        <w:tc>
          <w:tcPr>
            <w:tcW w:w="12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4F28D4" w14:textId="77777777" w:rsidR="00125B29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7"/>
              </w:rPr>
              <w:t>Tipo</w:t>
            </w:r>
          </w:p>
        </w:tc>
        <w:tc>
          <w:tcPr>
            <w:tcW w:w="259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DE2594" w14:textId="77777777" w:rsidR="00125B29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7"/>
              </w:rPr>
              <w:t>Descripción del activo</w:t>
            </w:r>
          </w:p>
        </w:tc>
        <w:tc>
          <w:tcPr>
            <w:tcW w:w="18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54936D" w14:textId="77777777" w:rsidR="00125B29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7"/>
              </w:rPr>
              <w:t>Serie / identificador</w:t>
            </w:r>
          </w:p>
        </w:tc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A8B5C2" w14:textId="77777777" w:rsidR="00125B29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7"/>
              </w:rPr>
              <w:t>Estado</w:t>
            </w:r>
          </w:p>
        </w:tc>
        <w:tc>
          <w:tcPr>
            <w:tcW w:w="273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51A261" w14:textId="77777777" w:rsidR="00125B29" w:rsidRDefault="0000000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7"/>
              </w:rPr>
              <w:t>Observaciones</w:t>
            </w:r>
          </w:p>
        </w:tc>
      </w:tr>
      <w:tr w:rsidR="00125B29" w14:paraId="66D30DE1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310A70" w14:textId="77777777" w:rsidR="00125B29" w:rsidRDefault="00125B2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6A2894" w14:textId="77777777" w:rsidR="00125B29" w:rsidRDefault="00125B29">
            <w:pPr>
              <w:spacing w:after="0" w:line="240" w:lineRule="auto"/>
            </w:pPr>
          </w:p>
        </w:tc>
        <w:tc>
          <w:tcPr>
            <w:tcW w:w="259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A390F5" w14:textId="77777777" w:rsidR="00125B29" w:rsidRDefault="00125B29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FCBCA8" w14:textId="77777777" w:rsidR="00125B29" w:rsidRDefault="00125B29">
            <w:pPr>
              <w:spacing w:after="0" w:line="240" w:lineRule="auto"/>
            </w:pPr>
          </w:p>
        </w:tc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DE2E9B" w14:textId="77777777" w:rsidR="00125B29" w:rsidRDefault="00125B2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AEC547" w14:textId="77777777" w:rsidR="00125B29" w:rsidRDefault="00125B29">
            <w:pPr>
              <w:spacing w:after="0" w:line="240" w:lineRule="auto"/>
            </w:pPr>
          </w:p>
        </w:tc>
      </w:tr>
      <w:tr w:rsidR="00125B29" w14:paraId="3F279D77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C86FD1" w14:textId="77777777" w:rsidR="00125B29" w:rsidRDefault="00125B2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76812A" w14:textId="77777777" w:rsidR="00125B29" w:rsidRDefault="00125B29">
            <w:pPr>
              <w:spacing w:after="0" w:line="240" w:lineRule="auto"/>
            </w:pPr>
          </w:p>
        </w:tc>
        <w:tc>
          <w:tcPr>
            <w:tcW w:w="259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45F2BD" w14:textId="77777777" w:rsidR="00125B29" w:rsidRDefault="00125B29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7E0545" w14:textId="77777777" w:rsidR="00125B29" w:rsidRDefault="00125B29">
            <w:pPr>
              <w:spacing w:after="0" w:line="240" w:lineRule="auto"/>
            </w:pPr>
          </w:p>
        </w:tc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9CDBEB" w14:textId="77777777" w:rsidR="00125B29" w:rsidRDefault="00125B2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AD9486" w14:textId="77777777" w:rsidR="00125B29" w:rsidRDefault="00125B29">
            <w:pPr>
              <w:spacing w:after="0" w:line="240" w:lineRule="auto"/>
            </w:pPr>
          </w:p>
        </w:tc>
      </w:tr>
      <w:tr w:rsidR="00125B29" w14:paraId="76E61DDD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D0AE54" w14:textId="77777777" w:rsidR="00125B29" w:rsidRDefault="00125B2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BCAD05" w14:textId="77777777" w:rsidR="00125B29" w:rsidRDefault="00125B29">
            <w:pPr>
              <w:spacing w:after="0" w:line="240" w:lineRule="auto"/>
            </w:pPr>
          </w:p>
        </w:tc>
        <w:tc>
          <w:tcPr>
            <w:tcW w:w="259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469738" w14:textId="77777777" w:rsidR="00125B29" w:rsidRDefault="00125B29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2429AA" w14:textId="77777777" w:rsidR="00125B29" w:rsidRDefault="00125B29">
            <w:pPr>
              <w:spacing w:after="0" w:line="240" w:lineRule="auto"/>
            </w:pPr>
          </w:p>
        </w:tc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5F554C" w14:textId="77777777" w:rsidR="00125B29" w:rsidRDefault="00125B2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5805E0" w14:textId="77777777" w:rsidR="00125B29" w:rsidRDefault="00125B29">
            <w:pPr>
              <w:spacing w:after="0" w:line="240" w:lineRule="auto"/>
            </w:pPr>
          </w:p>
        </w:tc>
      </w:tr>
      <w:tr w:rsidR="00125B29" w14:paraId="21229F57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14B007" w14:textId="77777777" w:rsidR="00125B29" w:rsidRDefault="00125B2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B1E96A" w14:textId="77777777" w:rsidR="00125B29" w:rsidRDefault="00125B29">
            <w:pPr>
              <w:spacing w:after="0" w:line="240" w:lineRule="auto"/>
            </w:pPr>
          </w:p>
        </w:tc>
        <w:tc>
          <w:tcPr>
            <w:tcW w:w="259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545E81" w14:textId="77777777" w:rsidR="00125B29" w:rsidRDefault="00125B29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BA29EC" w14:textId="77777777" w:rsidR="00125B29" w:rsidRDefault="00125B29">
            <w:pPr>
              <w:spacing w:after="0" w:line="240" w:lineRule="auto"/>
            </w:pPr>
          </w:p>
        </w:tc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E6F8E8" w14:textId="77777777" w:rsidR="00125B29" w:rsidRDefault="00125B2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E7C2A2" w14:textId="77777777" w:rsidR="00125B29" w:rsidRDefault="00125B29">
            <w:pPr>
              <w:spacing w:after="0" w:line="240" w:lineRule="auto"/>
            </w:pPr>
          </w:p>
        </w:tc>
      </w:tr>
      <w:tr w:rsidR="00125B29" w14:paraId="256DBE4E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4781F4" w14:textId="77777777" w:rsidR="00125B29" w:rsidRDefault="00125B2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515410" w14:textId="77777777" w:rsidR="00125B29" w:rsidRDefault="00125B29">
            <w:pPr>
              <w:spacing w:after="0" w:line="240" w:lineRule="auto"/>
            </w:pPr>
          </w:p>
        </w:tc>
        <w:tc>
          <w:tcPr>
            <w:tcW w:w="259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12F5A2" w14:textId="77777777" w:rsidR="00125B29" w:rsidRDefault="00125B29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65F93A" w14:textId="77777777" w:rsidR="00125B29" w:rsidRDefault="00125B29">
            <w:pPr>
              <w:spacing w:after="0" w:line="240" w:lineRule="auto"/>
            </w:pPr>
          </w:p>
        </w:tc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171AD0" w14:textId="77777777" w:rsidR="00125B29" w:rsidRDefault="00125B2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6C510A" w14:textId="77777777" w:rsidR="00125B29" w:rsidRDefault="00125B29">
            <w:pPr>
              <w:spacing w:after="0" w:line="240" w:lineRule="auto"/>
            </w:pPr>
          </w:p>
        </w:tc>
      </w:tr>
      <w:tr w:rsidR="00125B29" w14:paraId="74070BA8" w14:textId="77777777">
        <w:trPr>
          <w:jc w:val="center"/>
        </w:trPr>
        <w:tc>
          <w:tcPr>
            <w:tcW w:w="6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2A8FB9" w14:textId="77777777" w:rsidR="00125B29" w:rsidRDefault="00125B2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D8A0CC" w14:textId="77777777" w:rsidR="00125B29" w:rsidRDefault="00125B29">
            <w:pPr>
              <w:spacing w:after="0" w:line="240" w:lineRule="auto"/>
            </w:pPr>
          </w:p>
        </w:tc>
        <w:tc>
          <w:tcPr>
            <w:tcW w:w="259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9D7DDD" w14:textId="77777777" w:rsidR="00125B29" w:rsidRDefault="00125B29">
            <w:pPr>
              <w:spacing w:after="0" w:line="240" w:lineRule="auto"/>
            </w:pPr>
          </w:p>
        </w:tc>
        <w:tc>
          <w:tcPr>
            <w:tcW w:w="18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F25343" w14:textId="77777777" w:rsidR="00125B29" w:rsidRDefault="00125B29">
            <w:pPr>
              <w:spacing w:after="0" w:line="240" w:lineRule="auto"/>
            </w:pPr>
          </w:p>
        </w:tc>
        <w:tc>
          <w:tcPr>
            <w:tcW w:w="14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711238" w14:textId="77777777" w:rsidR="00125B29" w:rsidRDefault="00125B2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D4E94E" w14:textId="77777777" w:rsidR="00125B29" w:rsidRDefault="00125B29">
            <w:pPr>
              <w:spacing w:after="0" w:line="240" w:lineRule="auto"/>
            </w:pPr>
          </w:p>
        </w:tc>
      </w:tr>
    </w:tbl>
    <w:p w14:paraId="4D572052" w14:textId="77777777" w:rsidR="00125B29" w:rsidRDefault="00125B29">
      <w:pPr>
        <w:spacing w:after="0"/>
      </w:pPr>
    </w:p>
    <w:p w14:paraId="227FC009" w14:textId="77777777" w:rsidR="00125B29" w:rsidRDefault="00000000">
      <w:pPr>
        <w:spacing w:before="120" w:after="80"/>
      </w:pPr>
      <w:r>
        <w:rPr>
          <w:b/>
          <w:color w:val="4472C4"/>
          <w:sz w:val="24"/>
        </w:rPr>
        <w:t>4. CONDICIONES Y COMPROMISOS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125B29" w:rsidRPr="00E675F9" w14:paraId="7EE5CC02" w14:textId="77777777">
        <w:trPr>
          <w:jc w:val="center"/>
        </w:trPr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F6CF5F" w14:textId="77777777" w:rsidR="00125B29" w:rsidRPr="00E675F9" w:rsidRDefault="00000000">
            <w:pPr>
              <w:spacing w:after="0" w:line="240" w:lineRule="auto"/>
              <w:rPr>
                <w:lang w:val="es-MX"/>
              </w:rPr>
            </w:pPr>
            <w:r w:rsidRPr="00E675F9">
              <w:rPr>
                <w:color w:val="000000"/>
                <w:sz w:val="18"/>
                <w:lang w:val="es-MX"/>
              </w:rPr>
              <w:t>☐ El activo se entrega en condiciones de operación</w:t>
            </w:r>
          </w:p>
        </w:tc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7E2889" w14:textId="77777777" w:rsidR="00125B29" w:rsidRPr="00E675F9" w:rsidRDefault="00000000">
            <w:pPr>
              <w:spacing w:after="0" w:line="240" w:lineRule="auto"/>
              <w:rPr>
                <w:lang w:val="es-MX"/>
              </w:rPr>
            </w:pPr>
            <w:r w:rsidRPr="00E675F9">
              <w:rPr>
                <w:color w:val="000000"/>
                <w:sz w:val="18"/>
                <w:lang w:val="es-MX"/>
              </w:rPr>
              <w:t>☐ El nuevo responsable acepta resguardo y uso autorizado</w:t>
            </w:r>
          </w:p>
        </w:tc>
      </w:tr>
      <w:tr w:rsidR="00125B29" w:rsidRPr="00E675F9" w14:paraId="3403CB6D" w14:textId="77777777">
        <w:trPr>
          <w:jc w:val="center"/>
        </w:trPr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D06A6D" w14:textId="77777777" w:rsidR="00125B29" w:rsidRDefault="00000000">
            <w:pPr>
              <w:spacing w:after="0" w:line="240" w:lineRule="auto"/>
            </w:pPr>
            <w:r>
              <w:rPr>
                <w:color w:val="000000"/>
                <w:sz w:val="18"/>
              </w:rPr>
              <w:t>☐ Se actualizó inventario institucional</w:t>
            </w:r>
          </w:p>
        </w:tc>
        <w:tc>
          <w:tcPr>
            <w:tcW w:w="518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8FC19F" w14:textId="77777777" w:rsidR="00125B29" w:rsidRPr="00E675F9" w:rsidRDefault="00000000">
            <w:pPr>
              <w:spacing w:after="0" w:line="240" w:lineRule="auto"/>
              <w:rPr>
                <w:lang w:val="es-MX"/>
              </w:rPr>
            </w:pPr>
            <w:r w:rsidRPr="00E675F9">
              <w:rPr>
                <w:color w:val="000000"/>
                <w:sz w:val="18"/>
                <w:lang w:val="es-MX"/>
              </w:rPr>
              <w:t>☐ Se informará cualquier anomalía posterior</w:t>
            </w:r>
          </w:p>
        </w:tc>
      </w:tr>
    </w:tbl>
    <w:p w14:paraId="109FE633" w14:textId="77777777" w:rsidR="00125B29" w:rsidRPr="00E675F9" w:rsidRDefault="00125B29">
      <w:pPr>
        <w:spacing w:after="0"/>
        <w:rPr>
          <w:lang w:val="es-MX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125B29" w:rsidRPr="00E675F9" w14:paraId="38B87D8C" w14:textId="77777777">
        <w:trPr>
          <w:jc w:val="center"/>
        </w:trPr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10" w:space="0" w:color="7F7F7F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4EDE95" w14:textId="77777777" w:rsidR="00125B29" w:rsidRPr="00E675F9" w:rsidRDefault="00000000">
            <w:pPr>
              <w:spacing w:after="0" w:line="240" w:lineRule="auto"/>
              <w:jc w:val="center"/>
              <w:rPr>
                <w:lang w:val="es-MX"/>
              </w:rPr>
            </w:pPr>
            <w:r w:rsidRPr="00E675F9">
              <w:rPr>
                <w:color w:val="000000"/>
                <w:sz w:val="19"/>
                <w:lang w:val="es-MX"/>
              </w:rPr>
              <w:br/>
            </w:r>
            <w:r w:rsidRPr="00E675F9">
              <w:rPr>
                <w:color w:val="000000"/>
                <w:sz w:val="19"/>
                <w:lang w:val="es-MX"/>
              </w:rPr>
              <w:br/>
            </w:r>
          </w:p>
        </w:tc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10" w:space="0" w:color="7F7F7F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BDF2D7" w14:textId="77777777" w:rsidR="00125B29" w:rsidRPr="00E675F9" w:rsidRDefault="00000000">
            <w:pPr>
              <w:spacing w:after="0" w:line="240" w:lineRule="auto"/>
              <w:jc w:val="center"/>
              <w:rPr>
                <w:lang w:val="es-MX"/>
              </w:rPr>
            </w:pPr>
            <w:r w:rsidRPr="00E675F9">
              <w:rPr>
                <w:color w:val="000000"/>
                <w:sz w:val="19"/>
                <w:lang w:val="es-MX"/>
              </w:rPr>
              <w:br/>
            </w:r>
            <w:r w:rsidRPr="00E675F9">
              <w:rPr>
                <w:color w:val="000000"/>
                <w:sz w:val="19"/>
                <w:lang w:val="es-MX"/>
              </w:rPr>
              <w:br/>
            </w:r>
          </w:p>
        </w:tc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10" w:space="0" w:color="7F7F7F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19ED7B" w14:textId="77777777" w:rsidR="00125B29" w:rsidRPr="00E675F9" w:rsidRDefault="00000000">
            <w:pPr>
              <w:spacing w:after="0" w:line="240" w:lineRule="auto"/>
              <w:jc w:val="center"/>
              <w:rPr>
                <w:lang w:val="es-MX"/>
              </w:rPr>
            </w:pPr>
            <w:r w:rsidRPr="00E675F9">
              <w:rPr>
                <w:color w:val="000000"/>
                <w:sz w:val="19"/>
                <w:lang w:val="es-MX"/>
              </w:rPr>
              <w:br/>
            </w:r>
            <w:r w:rsidRPr="00E675F9">
              <w:rPr>
                <w:color w:val="000000"/>
                <w:sz w:val="19"/>
                <w:lang w:val="es-MX"/>
              </w:rPr>
              <w:br/>
            </w:r>
          </w:p>
        </w:tc>
      </w:tr>
      <w:tr w:rsidR="00125B29" w14:paraId="541FCB61" w14:textId="77777777">
        <w:trPr>
          <w:jc w:val="center"/>
        </w:trPr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B53310" w14:textId="77777777" w:rsidR="00125B2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Entrega</w:t>
            </w:r>
          </w:p>
        </w:tc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74A00F" w14:textId="77777777" w:rsidR="00125B2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Recibe</w:t>
            </w:r>
          </w:p>
        </w:tc>
        <w:tc>
          <w:tcPr>
            <w:tcW w:w="345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2D68F1" w14:textId="77777777" w:rsidR="00125B29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Autoriza</w:t>
            </w:r>
          </w:p>
        </w:tc>
      </w:tr>
    </w:tbl>
    <w:p w14:paraId="62CA1C4E" w14:textId="77777777" w:rsidR="00124F92" w:rsidRDefault="00124F92"/>
    <w:sectPr w:rsidR="00124F92" w:rsidSect="00034616">
      <w:footerReference w:type="default" r:id="rId9"/>
      <w:pgSz w:w="12240" w:h="15840"/>
      <w:pgMar w:top="576" w:right="648" w:bottom="720" w:left="648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7E743" w14:textId="77777777" w:rsidR="00124F92" w:rsidRDefault="00124F92">
      <w:pPr>
        <w:spacing w:after="0" w:line="240" w:lineRule="auto"/>
      </w:pPr>
      <w:r>
        <w:separator/>
      </w:r>
    </w:p>
  </w:endnote>
  <w:endnote w:type="continuationSeparator" w:id="0">
    <w:p w14:paraId="673D34E9" w14:textId="77777777" w:rsidR="00124F92" w:rsidRDefault="00124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10B6B" w14:textId="77777777" w:rsidR="00125B29" w:rsidRDefault="00000000">
    <w:pPr>
      <w:pStyle w:val="Piedepgina"/>
      <w:jc w:val="center"/>
    </w:pPr>
    <w:r>
      <w:rPr>
        <w:color w:val="787878"/>
        <w:sz w:val="18"/>
      </w:rPr>
      <w:t>SENDERO FUEL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33B24" w14:textId="77777777" w:rsidR="00124F92" w:rsidRDefault="00124F92">
      <w:pPr>
        <w:spacing w:after="0" w:line="240" w:lineRule="auto"/>
      </w:pPr>
      <w:r>
        <w:separator/>
      </w:r>
    </w:p>
  </w:footnote>
  <w:footnote w:type="continuationSeparator" w:id="0">
    <w:p w14:paraId="34DBD2BB" w14:textId="77777777" w:rsidR="00124F92" w:rsidRDefault="00124F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363793">
    <w:abstractNumId w:val="8"/>
  </w:num>
  <w:num w:numId="2" w16cid:durableId="411437009">
    <w:abstractNumId w:val="6"/>
  </w:num>
  <w:num w:numId="3" w16cid:durableId="108012008">
    <w:abstractNumId w:val="5"/>
  </w:num>
  <w:num w:numId="4" w16cid:durableId="836766638">
    <w:abstractNumId w:val="4"/>
  </w:num>
  <w:num w:numId="5" w16cid:durableId="369261224">
    <w:abstractNumId w:val="7"/>
  </w:num>
  <w:num w:numId="6" w16cid:durableId="2006128786">
    <w:abstractNumId w:val="3"/>
  </w:num>
  <w:num w:numId="7" w16cid:durableId="1976835606">
    <w:abstractNumId w:val="2"/>
  </w:num>
  <w:num w:numId="8" w16cid:durableId="339115195">
    <w:abstractNumId w:val="1"/>
  </w:num>
  <w:num w:numId="9" w16cid:durableId="946933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4F92"/>
    <w:rsid w:val="00125B29"/>
    <w:rsid w:val="0015074B"/>
    <w:rsid w:val="0029639D"/>
    <w:rsid w:val="00326F90"/>
    <w:rsid w:val="00AA1D8D"/>
    <w:rsid w:val="00B47730"/>
    <w:rsid w:val="00BB63EB"/>
    <w:rsid w:val="00CB0664"/>
    <w:rsid w:val="00E675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7A174F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2026-04-07T22:44:00Z</dcterms:modified>
  <cp:category/>
</cp:coreProperties>
</file>