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2088"/>
        <w:gridCol w:w="2088"/>
        <w:gridCol w:w="2088"/>
      </w:tblGrid>
      <w:tr w:rsidR="000166B5" w14:paraId="222149B3" w14:textId="77777777" w:rsidTr="00DB0571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323B22" w14:textId="77777777" w:rsidR="000166B5" w:rsidRDefault="00000000">
            <w:pPr>
              <w:jc w:val="center"/>
            </w:pPr>
            <w:r>
              <w:rPr>
                <w:b/>
              </w:rPr>
              <w:t>FO-SF-0043</w:t>
            </w:r>
          </w:p>
        </w:tc>
        <w:tc>
          <w:tcPr>
            <w:tcW w:w="6264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135CA0" w14:textId="77777777" w:rsidR="000166B5" w:rsidRPr="00DB0571" w:rsidRDefault="00000000">
            <w:pPr>
              <w:jc w:val="center"/>
              <w:rPr>
                <w:lang w:val="es-MX"/>
              </w:rPr>
            </w:pPr>
            <w:r w:rsidRPr="00DB0571">
              <w:rPr>
                <w:b/>
                <w:sz w:val="24"/>
                <w:lang w:val="es-MX"/>
              </w:rPr>
              <w:t>SOLICITUD DE CANCELACIÓN O REASIGNACIÓN DE ACTIVOS INTANGIBLES</w:t>
            </w:r>
          </w:p>
        </w:tc>
        <w:tc>
          <w:tcPr>
            <w:tcW w:w="208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D5255D" w14:textId="77777777" w:rsidR="000166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AB9092" wp14:editId="5DD62C25">
                  <wp:extent cx="548640" cy="1548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15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074650" w14:textId="77777777" w:rsidR="000166B5" w:rsidRDefault="00000000">
            <w:pPr>
              <w:jc w:val="center"/>
            </w:pPr>
            <w:r>
              <w:rPr>
                <w:b/>
              </w:rPr>
              <w:t>SENDERO FUEL</w:t>
            </w:r>
          </w:p>
        </w:tc>
      </w:tr>
      <w:tr w:rsidR="000166B5" w14:paraId="318DCCE5" w14:textId="77777777" w:rsidTr="00DB0571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151B4F" w14:textId="77777777" w:rsidR="000166B5" w:rsidRDefault="00000000">
            <w:pPr>
              <w:jc w:val="center"/>
            </w:pPr>
            <w:r>
              <w:rPr>
                <w:sz w:val="18"/>
              </w:rPr>
              <w:t>Emisión: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5AA40" w14:textId="77777777" w:rsidR="000166B5" w:rsidRDefault="00000000">
            <w:pPr>
              <w:jc w:val="center"/>
            </w:pPr>
            <w:r>
              <w:rPr>
                <w:sz w:val="18"/>
              </w:rPr>
              <w:t>Revisión: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211929" w14:textId="77777777" w:rsidR="000166B5" w:rsidRDefault="00000000">
            <w:pPr>
              <w:jc w:val="center"/>
            </w:pPr>
            <w:r>
              <w:rPr>
                <w:sz w:val="18"/>
              </w:rPr>
              <w:t>Versión: 1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F37C6" w14:textId="77777777" w:rsidR="000166B5" w:rsidRDefault="00000000">
            <w:pPr>
              <w:jc w:val="center"/>
            </w:pPr>
            <w:r>
              <w:rPr>
                <w:sz w:val="18"/>
              </w:rPr>
              <w:t>Formato</w:t>
            </w:r>
          </w:p>
        </w:tc>
        <w:tc>
          <w:tcPr>
            <w:tcW w:w="2088" w:type="dxa"/>
            <w:vMerge/>
          </w:tcPr>
          <w:p w14:paraId="689B86C3" w14:textId="77777777" w:rsidR="000166B5" w:rsidRDefault="000166B5"/>
        </w:tc>
      </w:tr>
      <w:tr w:rsidR="000166B5" w:rsidRPr="00DB0571" w14:paraId="1D7B000D" w14:textId="77777777" w:rsidTr="00DB0571">
        <w:trPr>
          <w:jc w:val="center"/>
        </w:trPr>
        <w:tc>
          <w:tcPr>
            <w:tcW w:w="8496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FA2FCE" w14:textId="77777777" w:rsidR="000166B5" w:rsidRPr="00DB0571" w:rsidRDefault="00000000">
            <w:pPr>
              <w:rPr>
                <w:lang w:val="es-MX"/>
              </w:rPr>
            </w:pPr>
            <w:r w:rsidRPr="00DB0571">
              <w:rPr>
                <w:lang w:val="es-MX"/>
              </w:rPr>
              <w:t>Área: TI / SEGURIDAD DE LA INFORMACIÓN</w:t>
            </w:r>
          </w:p>
        </w:tc>
        <w:tc>
          <w:tcPr>
            <w:tcW w:w="2088" w:type="dxa"/>
            <w:vMerge/>
          </w:tcPr>
          <w:p w14:paraId="4408B7AB" w14:textId="77777777" w:rsidR="000166B5" w:rsidRPr="00DB0571" w:rsidRDefault="000166B5">
            <w:pPr>
              <w:rPr>
                <w:lang w:val="es-MX"/>
              </w:rPr>
            </w:pPr>
          </w:p>
        </w:tc>
      </w:tr>
    </w:tbl>
    <w:p w14:paraId="12BDBFE7" w14:textId="77777777" w:rsidR="000166B5" w:rsidRPr="00DB0571" w:rsidRDefault="000166B5">
      <w:pPr>
        <w:spacing w:after="0"/>
        <w:rPr>
          <w:lang w:val="es-MX"/>
        </w:rPr>
      </w:pPr>
    </w:p>
    <w:p w14:paraId="1477B7D8" w14:textId="77777777" w:rsidR="000166B5" w:rsidRDefault="00000000">
      <w:pPr>
        <w:spacing w:before="120" w:after="80"/>
      </w:pPr>
      <w:r>
        <w:rPr>
          <w:b/>
          <w:color w:val="4472C4"/>
          <w:sz w:val="24"/>
        </w:rPr>
        <w:t>1. DATOS GENERALES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0166B5" w14:paraId="446812E6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D4926A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Folio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1C826" w14:textId="77777777" w:rsidR="000166B5" w:rsidRDefault="000166B5">
            <w:pPr>
              <w:spacing w:after="0" w:line="240" w:lineRule="auto"/>
            </w:pPr>
          </w:p>
        </w:tc>
      </w:tr>
      <w:tr w:rsidR="000166B5" w14:paraId="40493D37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A9EB20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de solicitud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AE2834" w14:textId="77777777" w:rsidR="000166B5" w:rsidRDefault="000166B5">
            <w:pPr>
              <w:spacing w:after="0" w:line="240" w:lineRule="auto"/>
            </w:pPr>
          </w:p>
        </w:tc>
      </w:tr>
      <w:tr w:rsidR="000166B5" w14:paraId="288989C1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E373A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Tipo de instrucción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99A84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☐ Cancelación   ☐ Reasignación   ☐ Modificación / restricción</w:t>
            </w:r>
          </w:p>
        </w:tc>
      </w:tr>
      <w:tr w:rsidR="000166B5" w14:paraId="36B2BB65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7675BF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y hora requerida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008E9" w14:textId="77777777" w:rsidR="000166B5" w:rsidRDefault="000166B5">
            <w:pPr>
              <w:spacing w:after="0" w:line="240" w:lineRule="auto"/>
            </w:pPr>
          </w:p>
        </w:tc>
      </w:tr>
      <w:tr w:rsidR="000166B5" w14:paraId="08F1D261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CBE8FD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Prioridad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5D67B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☐ Alta   ☐ Media   ☐ Baja</w:t>
            </w:r>
          </w:p>
        </w:tc>
      </w:tr>
      <w:tr w:rsidR="000166B5" w:rsidRPr="00DB0571" w14:paraId="79A02E4C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20855B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Motivo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8D27F" w14:textId="77777777" w:rsidR="000166B5" w:rsidRPr="00DB0571" w:rsidRDefault="00000000">
            <w:pPr>
              <w:spacing w:after="0" w:line="240" w:lineRule="auto"/>
              <w:rPr>
                <w:lang w:val="es-MX"/>
              </w:rPr>
            </w:pPr>
            <w:r w:rsidRPr="00DB0571">
              <w:rPr>
                <w:color w:val="000000"/>
                <w:sz w:val="19"/>
                <w:lang w:val="es-MX"/>
              </w:rPr>
              <w:t>☐ Baja definitiva   ☐ Cambio de rol   ☐ Riesgo identificado   ☐ Otro: __________</w:t>
            </w:r>
          </w:p>
        </w:tc>
      </w:tr>
    </w:tbl>
    <w:p w14:paraId="111D037C" w14:textId="77777777" w:rsidR="000166B5" w:rsidRPr="00DB0571" w:rsidRDefault="000166B5">
      <w:pPr>
        <w:spacing w:after="0"/>
        <w:rPr>
          <w:lang w:val="es-MX"/>
        </w:rPr>
      </w:pPr>
    </w:p>
    <w:p w14:paraId="211B78DA" w14:textId="77777777" w:rsidR="000166B5" w:rsidRDefault="00000000">
      <w:pPr>
        <w:spacing w:before="120" w:after="80"/>
      </w:pPr>
      <w:r>
        <w:rPr>
          <w:b/>
          <w:color w:val="4472C4"/>
          <w:sz w:val="24"/>
        </w:rPr>
        <w:t>2. DATOS DEL USUARIO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0166B5" w14:paraId="3C8AADC1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7FDA4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Nombre del usuario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CA4A22" w14:textId="77777777" w:rsidR="000166B5" w:rsidRDefault="000166B5">
            <w:pPr>
              <w:spacing w:after="0" w:line="240" w:lineRule="auto"/>
            </w:pPr>
          </w:p>
        </w:tc>
      </w:tr>
      <w:tr w:rsidR="000166B5" w14:paraId="0F1FF08B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88FD1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Número de empleado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F22270" w14:textId="77777777" w:rsidR="000166B5" w:rsidRDefault="000166B5">
            <w:pPr>
              <w:spacing w:after="0" w:line="240" w:lineRule="auto"/>
            </w:pPr>
          </w:p>
        </w:tc>
      </w:tr>
      <w:tr w:rsidR="000166B5" w14:paraId="06A981CC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BAD68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Área / puesto actual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184F5C" w14:textId="77777777" w:rsidR="000166B5" w:rsidRDefault="000166B5">
            <w:pPr>
              <w:spacing w:after="0" w:line="240" w:lineRule="auto"/>
            </w:pPr>
          </w:p>
        </w:tc>
      </w:tr>
      <w:tr w:rsidR="000166B5" w14:paraId="7C4B48B6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52EE0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Correo institucional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410F5" w14:textId="77777777" w:rsidR="000166B5" w:rsidRDefault="000166B5">
            <w:pPr>
              <w:spacing w:after="0" w:line="240" w:lineRule="auto"/>
            </w:pPr>
          </w:p>
        </w:tc>
      </w:tr>
      <w:tr w:rsidR="000166B5" w14:paraId="7359FE9A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179C8" w14:textId="77777777" w:rsidR="000166B5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Jefe inmediato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19DDAC" w14:textId="77777777" w:rsidR="000166B5" w:rsidRDefault="000166B5">
            <w:pPr>
              <w:spacing w:after="0" w:line="240" w:lineRule="auto"/>
            </w:pPr>
          </w:p>
        </w:tc>
      </w:tr>
    </w:tbl>
    <w:p w14:paraId="5E894218" w14:textId="77777777" w:rsidR="000166B5" w:rsidRDefault="000166B5">
      <w:pPr>
        <w:spacing w:after="0"/>
      </w:pPr>
    </w:p>
    <w:p w14:paraId="52B97F24" w14:textId="77777777" w:rsidR="000166B5" w:rsidRPr="00DB0571" w:rsidRDefault="00000000">
      <w:pPr>
        <w:spacing w:before="120" w:after="80"/>
        <w:rPr>
          <w:lang w:val="es-MX"/>
        </w:rPr>
      </w:pPr>
      <w:r w:rsidRPr="00DB0571">
        <w:rPr>
          <w:b/>
          <w:color w:val="4472C4"/>
          <w:sz w:val="24"/>
          <w:lang w:val="es-MX"/>
        </w:rPr>
        <w:t>3. ACTIVOS INTANGIBLES A CANCELAR O REASIGNAR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728"/>
        <w:gridCol w:w="1656"/>
        <w:gridCol w:w="1584"/>
        <w:gridCol w:w="1728"/>
        <w:gridCol w:w="1440"/>
        <w:gridCol w:w="1440"/>
      </w:tblGrid>
      <w:tr w:rsidR="000166B5" w14:paraId="6D832426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F5B8D" w14:textId="77777777" w:rsidR="000166B5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No.</w:t>
            </w: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7F109" w14:textId="77777777" w:rsidR="000166B5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Sistema / servicio</w:t>
            </w:r>
          </w:p>
        </w:tc>
        <w:tc>
          <w:tcPr>
            <w:tcW w:w="16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6C4AE" w14:textId="77777777" w:rsidR="000166B5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Cuenta / perfil</w:t>
            </w: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941BF4" w14:textId="77777777" w:rsidR="000166B5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Acción requerida</w:t>
            </w: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14A30" w14:textId="77777777" w:rsidR="000166B5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Nuevo responsable / destino</w:t>
            </w: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7F8AA" w14:textId="77777777" w:rsidR="000166B5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Responsable técnico</w:t>
            </w: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B7ACF" w14:textId="77777777" w:rsidR="000166B5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Confirmación</w:t>
            </w:r>
          </w:p>
        </w:tc>
      </w:tr>
      <w:tr w:rsidR="000166B5" w14:paraId="592626CB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0EB48C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14AAE" w14:textId="77777777" w:rsidR="000166B5" w:rsidRDefault="000166B5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0ADDAA" w14:textId="77777777" w:rsidR="000166B5" w:rsidRDefault="000166B5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67E2D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35FC2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D8665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9A045" w14:textId="77777777" w:rsidR="000166B5" w:rsidRDefault="000166B5">
            <w:pPr>
              <w:spacing w:after="0" w:line="240" w:lineRule="auto"/>
            </w:pPr>
          </w:p>
        </w:tc>
      </w:tr>
      <w:tr w:rsidR="000166B5" w14:paraId="1D637A90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AB2EA3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8E47A" w14:textId="77777777" w:rsidR="000166B5" w:rsidRDefault="000166B5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1FE2D" w14:textId="77777777" w:rsidR="000166B5" w:rsidRDefault="000166B5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0E6E2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761A1B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46BE2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3B6A22" w14:textId="77777777" w:rsidR="000166B5" w:rsidRDefault="000166B5">
            <w:pPr>
              <w:spacing w:after="0" w:line="240" w:lineRule="auto"/>
            </w:pPr>
          </w:p>
        </w:tc>
      </w:tr>
      <w:tr w:rsidR="000166B5" w14:paraId="3E817C0E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61A27C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31D0E" w14:textId="77777777" w:rsidR="000166B5" w:rsidRDefault="000166B5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E69CB" w14:textId="77777777" w:rsidR="000166B5" w:rsidRDefault="000166B5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D6412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4B96B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9FE29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83EE3" w14:textId="77777777" w:rsidR="000166B5" w:rsidRDefault="000166B5">
            <w:pPr>
              <w:spacing w:after="0" w:line="240" w:lineRule="auto"/>
            </w:pPr>
          </w:p>
        </w:tc>
      </w:tr>
      <w:tr w:rsidR="000166B5" w14:paraId="5479A148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10D04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D0374" w14:textId="77777777" w:rsidR="000166B5" w:rsidRDefault="000166B5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A7167" w14:textId="77777777" w:rsidR="000166B5" w:rsidRDefault="000166B5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D4459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73F28E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D24E7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D7A4C" w14:textId="77777777" w:rsidR="000166B5" w:rsidRDefault="000166B5">
            <w:pPr>
              <w:spacing w:after="0" w:line="240" w:lineRule="auto"/>
            </w:pPr>
          </w:p>
        </w:tc>
      </w:tr>
      <w:tr w:rsidR="000166B5" w14:paraId="5CEF548E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D21BE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46704" w14:textId="77777777" w:rsidR="000166B5" w:rsidRDefault="000166B5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0DB00" w14:textId="77777777" w:rsidR="000166B5" w:rsidRDefault="000166B5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E3A9C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B4192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AF6225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4F2B2" w14:textId="77777777" w:rsidR="000166B5" w:rsidRDefault="000166B5">
            <w:pPr>
              <w:spacing w:after="0" w:line="240" w:lineRule="auto"/>
            </w:pPr>
          </w:p>
        </w:tc>
      </w:tr>
      <w:tr w:rsidR="000166B5" w14:paraId="240B8AF7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BA6C6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89D5F1" w14:textId="77777777" w:rsidR="000166B5" w:rsidRDefault="000166B5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15A7D" w14:textId="77777777" w:rsidR="000166B5" w:rsidRDefault="000166B5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94262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45C53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6DB3B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542AB" w14:textId="77777777" w:rsidR="000166B5" w:rsidRDefault="000166B5">
            <w:pPr>
              <w:spacing w:after="0" w:line="240" w:lineRule="auto"/>
            </w:pPr>
          </w:p>
        </w:tc>
      </w:tr>
      <w:tr w:rsidR="000166B5" w14:paraId="1503D612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EEE55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6A3375" w14:textId="77777777" w:rsidR="000166B5" w:rsidRDefault="000166B5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44DDA8" w14:textId="77777777" w:rsidR="000166B5" w:rsidRDefault="000166B5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83AD1" w14:textId="77777777" w:rsidR="000166B5" w:rsidRDefault="000166B5">
            <w:pPr>
              <w:spacing w:after="0" w:line="240" w:lineRule="auto"/>
            </w:pPr>
          </w:p>
        </w:tc>
        <w:tc>
          <w:tcPr>
            <w:tcW w:w="17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F53406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9AAB0" w14:textId="77777777" w:rsidR="000166B5" w:rsidRDefault="000166B5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5F9FB" w14:textId="77777777" w:rsidR="000166B5" w:rsidRDefault="000166B5">
            <w:pPr>
              <w:spacing w:after="0" w:line="240" w:lineRule="auto"/>
            </w:pPr>
          </w:p>
        </w:tc>
      </w:tr>
    </w:tbl>
    <w:p w14:paraId="4F3839BE" w14:textId="77777777" w:rsidR="000166B5" w:rsidRDefault="000166B5">
      <w:pPr>
        <w:spacing w:after="0"/>
      </w:pPr>
    </w:p>
    <w:p w14:paraId="3B0C199F" w14:textId="77777777" w:rsidR="000166B5" w:rsidRDefault="00000000">
      <w:pPr>
        <w:spacing w:before="120" w:after="80"/>
      </w:pPr>
      <w:r>
        <w:rPr>
          <w:b/>
          <w:color w:val="4472C4"/>
          <w:sz w:val="24"/>
        </w:rPr>
        <w:t>4. OBSERVACIONES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40"/>
      </w:tblGrid>
      <w:tr w:rsidR="000166B5" w:rsidRPr="00DB0571" w14:paraId="5A27EA7B" w14:textId="77777777">
        <w:trPr>
          <w:jc w:val="center"/>
        </w:trPr>
        <w:tc>
          <w:tcPr>
            <w:tcW w:w="10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FBC4E" w14:textId="77777777" w:rsidR="000166B5" w:rsidRPr="00DB0571" w:rsidRDefault="00000000">
            <w:pPr>
              <w:spacing w:after="0" w:line="240" w:lineRule="auto"/>
              <w:rPr>
                <w:lang w:val="es-MX"/>
              </w:rPr>
            </w:pPr>
            <w:r w:rsidRPr="00DB0571">
              <w:rPr>
                <w:color w:val="000000"/>
                <w:sz w:val="19"/>
                <w:lang w:val="es-MX"/>
              </w:rPr>
              <w:t>Observaciones técnicas o restricciones especiales</w:t>
            </w:r>
            <w:r w:rsidRPr="00DB0571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DB0571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DB0571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</w:p>
        </w:tc>
      </w:tr>
    </w:tbl>
    <w:p w14:paraId="485B4AF9" w14:textId="77777777" w:rsidR="000166B5" w:rsidRPr="00DB0571" w:rsidRDefault="000166B5">
      <w:pPr>
        <w:spacing w:after="0"/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0166B5" w:rsidRPr="00DB0571" w14:paraId="395FFC2E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80793" w14:textId="77777777" w:rsidR="000166B5" w:rsidRPr="00DB0571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DB0571">
              <w:rPr>
                <w:color w:val="000000"/>
                <w:sz w:val="19"/>
                <w:lang w:val="es-MX"/>
              </w:rPr>
              <w:lastRenderedPageBreak/>
              <w:br/>
            </w:r>
            <w:r w:rsidRPr="00DB0571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7796D" w14:textId="77777777" w:rsidR="000166B5" w:rsidRPr="00DB0571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DB0571">
              <w:rPr>
                <w:color w:val="000000"/>
                <w:sz w:val="19"/>
                <w:lang w:val="es-MX"/>
              </w:rPr>
              <w:br/>
            </w:r>
            <w:r w:rsidRPr="00DB0571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A4182" w14:textId="77777777" w:rsidR="000166B5" w:rsidRPr="00DB0571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DB0571">
              <w:rPr>
                <w:color w:val="000000"/>
                <w:sz w:val="19"/>
                <w:lang w:val="es-MX"/>
              </w:rPr>
              <w:br/>
            </w:r>
            <w:r w:rsidRPr="00DB0571">
              <w:rPr>
                <w:color w:val="000000"/>
                <w:sz w:val="19"/>
                <w:lang w:val="es-MX"/>
              </w:rPr>
              <w:br/>
            </w:r>
          </w:p>
        </w:tc>
      </w:tr>
      <w:tr w:rsidR="000166B5" w14:paraId="737F5863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A5664" w14:textId="77777777" w:rsidR="000166B5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Solicita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B10076" w14:textId="77777777" w:rsidR="000166B5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Ejecuta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B894D" w14:textId="77777777" w:rsidR="000166B5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Valida</w:t>
            </w:r>
          </w:p>
        </w:tc>
      </w:tr>
    </w:tbl>
    <w:p w14:paraId="776ED342" w14:textId="77777777" w:rsidR="004F19E4" w:rsidRDefault="004F19E4"/>
    <w:sectPr w:rsidR="004F19E4" w:rsidSect="00034616">
      <w:footerReference w:type="default" r:id="rId9"/>
      <w:pgSz w:w="12240" w:h="15840"/>
      <w:pgMar w:top="576" w:right="648" w:bottom="720" w:left="64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904D7" w14:textId="77777777" w:rsidR="004F19E4" w:rsidRDefault="004F19E4">
      <w:pPr>
        <w:spacing w:after="0" w:line="240" w:lineRule="auto"/>
      </w:pPr>
      <w:r>
        <w:separator/>
      </w:r>
    </w:p>
  </w:endnote>
  <w:endnote w:type="continuationSeparator" w:id="0">
    <w:p w14:paraId="1F1CF5C7" w14:textId="77777777" w:rsidR="004F19E4" w:rsidRDefault="004F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9430F" w14:textId="77777777" w:rsidR="000166B5" w:rsidRDefault="00000000">
    <w:pPr>
      <w:pStyle w:val="Piedepgina"/>
      <w:jc w:val="center"/>
    </w:pPr>
    <w:r>
      <w:rPr>
        <w:color w:val="787878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166AB" w14:textId="77777777" w:rsidR="004F19E4" w:rsidRDefault="004F19E4">
      <w:pPr>
        <w:spacing w:after="0" w:line="240" w:lineRule="auto"/>
      </w:pPr>
      <w:r>
        <w:separator/>
      </w:r>
    </w:p>
  </w:footnote>
  <w:footnote w:type="continuationSeparator" w:id="0">
    <w:p w14:paraId="317FEEEB" w14:textId="77777777" w:rsidR="004F19E4" w:rsidRDefault="004F1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7131939">
    <w:abstractNumId w:val="8"/>
  </w:num>
  <w:num w:numId="2" w16cid:durableId="1654526460">
    <w:abstractNumId w:val="6"/>
  </w:num>
  <w:num w:numId="3" w16cid:durableId="366370815">
    <w:abstractNumId w:val="5"/>
  </w:num>
  <w:num w:numId="4" w16cid:durableId="1933010286">
    <w:abstractNumId w:val="4"/>
  </w:num>
  <w:num w:numId="5" w16cid:durableId="59326103">
    <w:abstractNumId w:val="7"/>
  </w:num>
  <w:num w:numId="6" w16cid:durableId="1041980568">
    <w:abstractNumId w:val="3"/>
  </w:num>
  <w:num w:numId="7" w16cid:durableId="1729912956">
    <w:abstractNumId w:val="2"/>
  </w:num>
  <w:num w:numId="8" w16cid:durableId="109400203">
    <w:abstractNumId w:val="1"/>
  </w:num>
  <w:num w:numId="9" w16cid:durableId="65372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6B5"/>
    <w:rsid w:val="00034616"/>
    <w:rsid w:val="0006063C"/>
    <w:rsid w:val="0015074B"/>
    <w:rsid w:val="0029639D"/>
    <w:rsid w:val="00326F90"/>
    <w:rsid w:val="004F19E4"/>
    <w:rsid w:val="00AA1D8D"/>
    <w:rsid w:val="00B47730"/>
    <w:rsid w:val="00BB63EB"/>
    <w:rsid w:val="00CB0664"/>
    <w:rsid w:val="00DB05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64944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2026-04-07T22:42:00Z</dcterms:modified>
  <cp:category/>
</cp:coreProperties>
</file>