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1A1D5D" w:rsidTr="6794C1FD" w14:paraId="5D29C360" w14:textId="77777777">
        <w:trPr>
          <w:jc w:val="center"/>
        </w:trPr>
        <w:tc>
          <w:tcPr>
            <w:tcW w:w="2232" w:type="dxa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705750D5" w14:textId="35D83273">
            <w:pPr>
              <w:jc w:val="center"/>
            </w:pPr>
            <w:r w:rsidRPr="6794C1FD" w:rsidR="00000000">
              <w:rPr>
                <w:b w:val="1"/>
                <w:bCs w:val="1"/>
              </w:rPr>
              <w:t>FO-SF-0042</w:t>
            </w:r>
          </w:p>
        </w:tc>
        <w:tc>
          <w:tcPr>
            <w:tcW w:w="6264" w:type="dxa"/>
            <w:gridSpan w:val="3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60C4DEBB" w14:textId="77777777">
            <w:pPr>
              <w:jc w:val="center"/>
            </w:pPr>
            <w:r>
              <w:rPr>
                <w:b/>
                <w:sz w:val="24"/>
              </w:rPr>
              <w:t>DEVOLUCIÓN DE ACTIVOS TANGIBLES</w:t>
            </w:r>
          </w:p>
        </w:tc>
        <w:tc>
          <w:tcPr>
            <w:tcW w:w="2088" w:type="dxa"/>
            <w:vMerge w:val="restart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7BA1A6BD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0E6906" wp14:editId="01DFDC42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1D5D" w:rsidRDefault="00000000" w14:paraId="038695B4" w14:textId="77777777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1A1D5D" w:rsidTr="6794C1FD" w14:paraId="49296D4D" w14:textId="77777777">
        <w:trPr>
          <w:jc w:val="center"/>
        </w:trPr>
        <w:tc>
          <w:tcPr>
            <w:tcW w:w="2232" w:type="dxa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2639216E" w14:textId="77777777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78C42D7C" w14:textId="77777777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1911D48D" w14:textId="77777777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5C13EB47" w14:textId="77777777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  <w:tcMar/>
          </w:tcPr>
          <w:p w:rsidR="001A1D5D" w:rsidRDefault="001A1D5D" w14:paraId="0335FCA1" w14:textId="77777777"/>
        </w:tc>
      </w:tr>
      <w:tr w:rsidR="001A1D5D" w:rsidTr="6794C1FD" w14:paraId="120C4FD1" w14:textId="77777777">
        <w:trPr>
          <w:jc w:val="center"/>
        </w:trPr>
        <w:tc>
          <w:tcPr>
            <w:tcW w:w="8496" w:type="dxa"/>
            <w:gridSpan w:val="4"/>
            <w:tcBorders>
              <w:top w:val="single" w:color="7F7F7F" w:themeColor="text1" w:themeTint="80" w:sz="8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A1D5D" w:rsidRDefault="00000000" w14:paraId="55530162" w14:textId="77777777">
            <w:r>
              <w:t>Área: RECURSOS HUMANOS</w:t>
            </w:r>
          </w:p>
        </w:tc>
        <w:tc>
          <w:tcPr>
            <w:tcW w:w="2088" w:type="dxa"/>
            <w:vMerge/>
            <w:tcMar/>
          </w:tcPr>
          <w:p w:rsidR="001A1D5D" w:rsidRDefault="001A1D5D" w14:paraId="6C68F859" w14:textId="77777777"/>
        </w:tc>
      </w:tr>
    </w:tbl>
    <w:p w:rsidR="001A1D5D" w:rsidRDefault="001A1D5D" w14:paraId="7D5EC489" w14:textId="77777777">
      <w:pPr>
        <w:spacing w:after="0"/>
      </w:pPr>
    </w:p>
    <w:p w:rsidR="001A1D5D" w:rsidRDefault="00000000" w14:paraId="37A6C424" w14:textId="77777777">
      <w:pPr>
        <w:spacing w:before="120" w:after="80"/>
      </w:pPr>
      <w:r>
        <w:rPr>
          <w:b/>
          <w:color w:val="4472C4"/>
          <w:sz w:val="24"/>
        </w:rPr>
        <w:t>1. DATOS GENERALES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1A1D5D" w14:paraId="31029591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13BF6309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0470E76" w14:textId="77777777">
            <w:pPr>
              <w:spacing w:after="0" w:line="240" w:lineRule="auto"/>
            </w:pPr>
          </w:p>
        </w:tc>
      </w:tr>
      <w:tr w:rsidR="001A1D5D" w14:paraId="10088467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B30A734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Fecha de devolución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48B5354" w14:textId="77777777">
            <w:pPr>
              <w:spacing w:after="0" w:line="240" w:lineRule="auto"/>
            </w:pPr>
          </w:p>
        </w:tc>
      </w:tr>
      <w:tr w:rsidR="001A1D5D" w14:paraId="1E2D0514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31CC1073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del colaborador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C9FEBFB" w14:textId="77777777">
            <w:pPr>
              <w:spacing w:after="0" w:line="240" w:lineRule="auto"/>
            </w:pPr>
          </w:p>
        </w:tc>
      </w:tr>
      <w:tr w:rsidR="001A1D5D" w14:paraId="28AF42F2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028A4B6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puesto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243A8CA" w14:textId="77777777">
            <w:pPr>
              <w:spacing w:after="0" w:line="240" w:lineRule="auto"/>
            </w:pPr>
          </w:p>
        </w:tc>
      </w:tr>
      <w:tr w:rsidRPr="0037427F" w:rsidR="001A1D5D" w14:paraId="2ACADCA1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66A8179A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evento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599E590B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9"/>
                <w:lang w:val="es-MX"/>
              </w:rPr>
              <w:t>☐ Baja definitiva   ☐ Cambio de rol   ☐ Otro: __________</w:t>
            </w:r>
          </w:p>
        </w:tc>
      </w:tr>
      <w:tr w:rsidR="001A1D5D" w14:paraId="6DCD28DD" w14:textId="77777777">
        <w:trPr>
          <w:jc w:val="center"/>
        </w:trPr>
        <w:tc>
          <w:tcPr>
            <w:tcW w:w="302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37ED9F7" w14:textId="77777777">
            <w:pPr>
              <w:spacing w:after="0" w:line="240" w:lineRule="auto"/>
            </w:pPr>
            <w:r>
              <w:rPr>
                <w:color w:val="000000"/>
                <w:sz w:val="19"/>
              </w:rPr>
              <w:t>Responsable que recibe</w:t>
            </w:r>
          </w:p>
        </w:tc>
        <w:tc>
          <w:tcPr>
            <w:tcW w:w="70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47CAB86" w14:textId="77777777">
            <w:pPr>
              <w:spacing w:after="0" w:line="240" w:lineRule="auto"/>
            </w:pPr>
          </w:p>
        </w:tc>
      </w:tr>
    </w:tbl>
    <w:p w:rsidR="001A1D5D" w:rsidRDefault="001A1D5D" w14:paraId="72A5A9C8" w14:textId="77777777">
      <w:pPr>
        <w:spacing w:after="0"/>
      </w:pPr>
    </w:p>
    <w:p w:rsidR="001A1D5D" w:rsidRDefault="00000000" w14:paraId="586F5577" w14:textId="77777777">
      <w:pPr>
        <w:spacing w:before="120" w:after="80"/>
      </w:pPr>
      <w:r>
        <w:rPr>
          <w:b/>
          <w:color w:val="4472C4"/>
          <w:sz w:val="24"/>
        </w:rPr>
        <w:t>2. ACTIVOS DEVUELTOS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656"/>
        <w:gridCol w:w="1584"/>
        <w:gridCol w:w="1656"/>
        <w:gridCol w:w="1368"/>
        <w:gridCol w:w="1368"/>
        <w:gridCol w:w="2232"/>
      </w:tblGrid>
      <w:tr w:rsidR="001A1D5D" w14:paraId="6B2D8F59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22EA127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No.</w:t>
            </w: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11E936BA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Activo</w:t>
            </w: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3AE54414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Marca / modelo</w:t>
            </w: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08718A30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Serie / inventario</w:t>
            </w: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06CEFB87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Accesorios</w:t>
            </w: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D942456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Estado físico</w:t>
            </w: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4742DD38" w14:textId="7777777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Observaciones</w:t>
            </w:r>
          </w:p>
        </w:tc>
      </w:tr>
      <w:tr w:rsidR="001A1D5D" w14:paraId="4AB6091A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4DE139A6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46D79EF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6EB9D7E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1805B22F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D916C86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EFD140A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DF6A8CA" w14:textId="77777777">
            <w:pPr>
              <w:spacing w:after="0" w:line="240" w:lineRule="auto"/>
            </w:pPr>
          </w:p>
        </w:tc>
      </w:tr>
      <w:tr w:rsidR="001A1D5D" w14:paraId="66EDFCD2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4487FB5E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FC32595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6C859633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BE010E5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DF51076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D854E96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E24DAE2" w14:textId="77777777">
            <w:pPr>
              <w:spacing w:after="0" w:line="240" w:lineRule="auto"/>
            </w:pPr>
          </w:p>
        </w:tc>
      </w:tr>
      <w:tr w:rsidR="001A1D5D" w14:paraId="6FCA1B66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308F3B5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197A446B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29F724D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9F094A4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D8338E9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E2B319E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A1B2E40" w14:textId="77777777">
            <w:pPr>
              <w:spacing w:after="0" w:line="240" w:lineRule="auto"/>
            </w:pPr>
          </w:p>
        </w:tc>
      </w:tr>
      <w:tr w:rsidR="001A1D5D" w14:paraId="4AB539BD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78A0334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44A9B224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D23D729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3020FB2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120E44D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5E32023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554A119" w14:textId="77777777">
            <w:pPr>
              <w:spacing w:after="0" w:line="240" w:lineRule="auto"/>
            </w:pPr>
          </w:p>
        </w:tc>
      </w:tr>
      <w:tr w:rsidR="001A1D5D" w14:paraId="36960E8A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574D2AA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DC296C8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D1F3405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11B9AF4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B14554A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2618B8C6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1D7542F2" w14:textId="77777777">
            <w:pPr>
              <w:spacing w:after="0" w:line="240" w:lineRule="auto"/>
            </w:pPr>
          </w:p>
        </w:tc>
      </w:tr>
      <w:tr w:rsidR="001A1D5D" w14:paraId="52F6E37C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5B888B1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360CFDD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412F16E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5C4DFE0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CCD892F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7414D718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5E8C99D8" w14:textId="77777777">
            <w:pPr>
              <w:spacing w:after="0" w:line="240" w:lineRule="auto"/>
            </w:pPr>
          </w:p>
        </w:tc>
      </w:tr>
      <w:tr w:rsidR="001A1D5D" w14:paraId="26045A83" w14:textId="77777777">
        <w:trPr>
          <w:jc w:val="center"/>
        </w:trPr>
        <w:tc>
          <w:tcPr>
            <w:tcW w:w="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6481FB17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698A8289" w14:textId="77777777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1BEB22B" w14:textId="77777777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0BC5BA6C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B8D6773" w14:textId="77777777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3AC689AD" w14:textId="77777777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1A1D5D" w14:paraId="6D9C7368" w14:textId="77777777">
            <w:pPr>
              <w:spacing w:after="0" w:line="240" w:lineRule="auto"/>
            </w:pPr>
          </w:p>
        </w:tc>
      </w:tr>
    </w:tbl>
    <w:p w:rsidR="001A1D5D" w:rsidRDefault="001A1D5D" w14:paraId="101125A4" w14:textId="77777777">
      <w:pPr>
        <w:spacing w:after="0"/>
      </w:pPr>
    </w:p>
    <w:p w:rsidR="001A1D5D" w:rsidRDefault="00000000" w14:paraId="7CDDB414" w14:textId="77777777">
      <w:pPr>
        <w:spacing w:before="120" w:after="80"/>
      </w:pPr>
      <w:r>
        <w:rPr>
          <w:b/>
          <w:color w:val="4472C4"/>
          <w:sz w:val="24"/>
        </w:rPr>
        <w:t>3. VALIDACIÓN DE ENTREGA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Pr="0037427F" w:rsidR="001A1D5D" w14:paraId="2B0D0900" w14:textId="77777777">
        <w:trPr>
          <w:jc w:val="center"/>
        </w:trPr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6052699C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Los activos fueron devueltos completos</w:t>
            </w:r>
          </w:p>
        </w:tc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54AA79BC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Existen faltantes o accesorios pendientes</w:t>
            </w:r>
          </w:p>
        </w:tc>
      </w:tr>
      <w:tr w:rsidRPr="0037427F" w:rsidR="001A1D5D" w14:paraId="55A070CB" w14:textId="77777777">
        <w:trPr>
          <w:jc w:val="center"/>
        </w:trPr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2E1F0776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Se detectaron daños o anomalías</w:t>
            </w:r>
          </w:p>
        </w:tc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776E1820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Se anexó evidencia fotográfica, si aplica</w:t>
            </w:r>
          </w:p>
        </w:tc>
      </w:tr>
      <w:tr w:rsidRPr="0037427F" w:rsidR="001A1D5D" w14:paraId="29984521" w14:textId="77777777">
        <w:trPr>
          <w:jc w:val="center"/>
        </w:trPr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07140E9D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Se realizó borrado / resguardo previo, si aplica</w:t>
            </w:r>
          </w:p>
        </w:tc>
        <w:tc>
          <w:tcPr>
            <w:tcW w:w="5184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278161F9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8"/>
                <w:lang w:val="es-MX"/>
              </w:rPr>
              <w:t>☐ Se informó cualquier incidencia al área responsable</w:t>
            </w:r>
          </w:p>
        </w:tc>
      </w:tr>
    </w:tbl>
    <w:p w:rsidRPr="0037427F" w:rsidR="001A1D5D" w:rsidRDefault="001A1D5D" w14:paraId="51A0DB41" w14:textId="77777777">
      <w:pPr>
        <w:spacing w:after="0"/>
        <w:rPr>
          <w:lang w:val="es-MX"/>
        </w:rPr>
      </w:pPr>
    </w:p>
    <w:p w:rsidR="001A1D5D" w:rsidRDefault="00000000" w14:paraId="23082568" w14:textId="77777777">
      <w:pPr>
        <w:spacing w:before="120" w:after="80"/>
      </w:pPr>
      <w:r>
        <w:rPr>
          <w:b/>
          <w:color w:val="4472C4"/>
          <w:sz w:val="24"/>
        </w:rPr>
        <w:t>4. OBSERVACIONES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Pr="0037427F" w:rsidR="001A1D5D" w14:paraId="4850977C" w14:textId="77777777">
        <w:trPr>
          <w:jc w:val="center"/>
        </w:trPr>
        <w:tc>
          <w:tcPr>
            <w:tcW w:w="10440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0A8FC3A0" w14:textId="77777777">
            <w:pPr>
              <w:spacing w:after="0" w:line="240" w:lineRule="auto"/>
              <w:rPr>
                <w:lang w:val="es-MX"/>
              </w:rPr>
            </w:pPr>
            <w:r w:rsidRPr="0037427F">
              <w:rPr>
                <w:color w:val="000000"/>
                <w:sz w:val="19"/>
                <w:lang w:val="es-MX"/>
              </w:rPr>
              <w:t>Observaciones sobre el estado y recepción de los activos</w:t>
            </w: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t>______________________________________________________________________________________________________________</w:t>
            </w: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t>______________________________________________________________________________________________________________</w:t>
            </w: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t>______________________________________________________________________________________________________________</w:t>
            </w:r>
          </w:p>
        </w:tc>
      </w:tr>
    </w:tbl>
    <w:p w:rsidRPr="0037427F" w:rsidR="001A1D5D" w:rsidRDefault="001A1D5D" w14:paraId="56D03907" w14:textId="77777777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Pr="0037427F" w:rsidR="001A1D5D" w14:paraId="709DABFF" w14:textId="77777777">
        <w:trPr>
          <w:jc w:val="center"/>
        </w:trPr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7F7F7F" w:sz="10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0D28983D" w14:textId="77777777">
            <w:pPr>
              <w:spacing w:after="0" w:line="240" w:lineRule="auto"/>
              <w:jc w:val="center"/>
              <w:rPr>
                <w:lang w:val="es-MX"/>
              </w:rPr>
            </w:pP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7F7F7F" w:sz="10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696515B4" w14:textId="77777777">
            <w:pPr>
              <w:spacing w:after="0" w:line="240" w:lineRule="auto"/>
              <w:jc w:val="center"/>
              <w:rPr>
                <w:lang w:val="es-MX"/>
              </w:rPr>
            </w:pP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7F7F7F" w:sz="10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37427F" w:rsidR="001A1D5D" w:rsidRDefault="00000000" w14:paraId="65FE8769" w14:textId="77777777">
            <w:pPr>
              <w:spacing w:after="0" w:line="240" w:lineRule="auto"/>
              <w:jc w:val="center"/>
              <w:rPr>
                <w:lang w:val="es-MX"/>
              </w:rPr>
            </w:pPr>
            <w:r w:rsidRPr="0037427F">
              <w:rPr>
                <w:color w:val="000000"/>
                <w:sz w:val="19"/>
                <w:lang w:val="es-MX"/>
              </w:rPr>
              <w:br/>
            </w:r>
            <w:r w:rsidRPr="0037427F">
              <w:rPr>
                <w:color w:val="000000"/>
                <w:sz w:val="19"/>
                <w:lang w:val="es-MX"/>
              </w:rPr>
              <w:br/>
            </w:r>
          </w:p>
        </w:tc>
      </w:tr>
      <w:tr w:rsidR="001A1D5D" w14:paraId="76EF1582" w14:textId="77777777">
        <w:trPr>
          <w:jc w:val="center"/>
        </w:trPr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6BDC4235" w14:textId="77777777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Entrega</w:t>
            </w:r>
          </w:p>
        </w:tc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7BE4CCBB" w14:textId="77777777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Recibe</w:t>
            </w:r>
          </w:p>
        </w:tc>
        <w:tc>
          <w:tcPr>
            <w:tcW w:w="34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A1D5D" w:rsidRDefault="00000000" w14:paraId="138F2E47" w14:textId="77777777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Vo. Bo.</w:t>
            </w:r>
          </w:p>
        </w:tc>
      </w:tr>
    </w:tbl>
    <w:p w:rsidR="009D1379" w:rsidRDefault="009D1379" w14:paraId="4D191383" w14:textId="77777777"/>
    <w:sectPr w:rsidR="009D1379" w:rsidSect="00034616">
      <w:footerReference w:type="default" r:id="rId9"/>
      <w:pgSz w:w="12240" w:h="15840" w:orient="portrait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1379" w:rsidRDefault="009D1379" w14:paraId="3A5DE066" w14:textId="77777777">
      <w:pPr>
        <w:spacing w:after="0" w:line="240" w:lineRule="auto"/>
      </w:pPr>
      <w:r>
        <w:separator/>
      </w:r>
    </w:p>
  </w:endnote>
  <w:endnote w:type="continuationSeparator" w:id="0">
    <w:p w:rsidR="009D1379" w:rsidRDefault="009D1379" w14:paraId="6485517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1D5D" w:rsidRDefault="00000000" w14:paraId="00F62B84" w14:textId="77777777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1379" w:rsidRDefault="009D1379" w14:paraId="33914965" w14:textId="77777777">
      <w:pPr>
        <w:spacing w:after="0" w:line="240" w:lineRule="auto"/>
      </w:pPr>
      <w:r>
        <w:separator/>
      </w:r>
    </w:p>
  </w:footnote>
  <w:footnote w:type="continuationSeparator" w:id="0">
    <w:p w:rsidR="009D1379" w:rsidRDefault="009D1379" w14:paraId="519FBC1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97545603">
    <w:abstractNumId w:val="8"/>
  </w:num>
  <w:num w:numId="2" w16cid:durableId="798648049">
    <w:abstractNumId w:val="6"/>
  </w:num>
  <w:num w:numId="3" w16cid:durableId="373425339">
    <w:abstractNumId w:val="5"/>
  </w:num>
  <w:num w:numId="4" w16cid:durableId="438834225">
    <w:abstractNumId w:val="4"/>
  </w:num>
  <w:num w:numId="5" w16cid:durableId="1165585835">
    <w:abstractNumId w:val="7"/>
  </w:num>
  <w:num w:numId="6" w16cid:durableId="1438141599">
    <w:abstractNumId w:val="3"/>
  </w:num>
  <w:num w:numId="7" w16cid:durableId="539322920">
    <w:abstractNumId w:val="2"/>
  </w:num>
  <w:num w:numId="8" w16cid:durableId="787891436">
    <w:abstractNumId w:val="1"/>
  </w:num>
  <w:num w:numId="9" w16cid:durableId="156883240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15074B"/>
    <w:rsid w:val="001A1D5D"/>
    <w:rsid w:val="0029639D"/>
    <w:rsid w:val="00326F90"/>
    <w:rsid w:val="0037427F"/>
    <w:rsid w:val="009D1379"/>
    <w:rsid w:val="00AA1D8D"/>
    <w:rsid w:val="00B47730"/>
    <w:rsid w:val="00BB63EB"/>
    <w:rsid w:val="00CB0664"/>
    <w:rsid w:val="00FC693F"/>
    <w:rsid w:val="6794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E91744"/>
  <w14:defaultImageDpi w14:val="300"/>
  <w15:docId w15:val="{EF522179-0B5E-4D55-B50C-8B3769314A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 w:eastAsia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Jacksive Leon Zavala</lastModifiedBy>
  <revision>3</revision>
  <dcterms:created xsi:type="dcterms:W3CDTF">2013-12-23T23:15:00.0000000Z</dcterms:created>
  <dcterms:modified xsi:type="dcterms:W3CDTF">2026-05-13T19:33:51.0120955Z</dcterms:modified>
  <category/>
</coreProperties>
</file>