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FA2D47" w14:paraId="09BA1244" w14:textId="77777777" w:rsidTr="00FA2D47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6BE7DF" w14:textId="77777777" w:rsidR="00FA2D47" w:rsidRDefault="00FA2D47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FO-SF-0036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AB1D31" w14:textId="77777777" w:rsidR="00FA2D47" w:rsidRPr="00FA2D47" w:rsidRDefault="00FA2D47">
            <w:pPr>
              <w:jc w:val="center"/>
              <w:rPr>
                <w:lang w:val="es-MX"/>
              </w:rPr>
            </w:pPr>
            <w:r w:rsidRPr="00FA2D47">
              <w:rPr>
                <w:rFonts w:ascii="Calibri" w:hAnsi="Calibri"/>
                <w:b/>
                <w:color w:val="222222"/>
                <w:sz w:val="24"/>
                <w:lang w:val="es-MX"/>
              </w:rPr>
              <w:t>Acta de entrega-recepción de funciones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19B084" w14:textId="77777777" w:rsidR="00FA2D47" w:rsidRDefault="00FA2D4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ED8E1C" wp14:editId="6671BA6F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8BD012" w14:textId="2D957D1D" w:rsidR="00FA2D47" w:rsidRDefault="00FA2D47" w:rsidP="00647C3E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FA2D47" w14:paraId="39323FBF" w14:textId="77777777" w:rsidTr="00FA2D47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5B785F" w14:textId="77777777" w:rsidR="00FA2D47" w:rsidRDefault="00FA2D47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259ACB" w14:textId="77777777" w:rsidR="00FA2D47" w:rsidRDefault="00FA2D47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B04620" w14:textId="77777777" w:rsidR="00FA2D47" w:rsidRDefault="00FA2D47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7EEE13" w14:textId="77777777" w:rsidR="00FA2D47" w:rsidRDefault="00FA2D47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8248DD" w14:textId="6D23AFBC" w:rsidR="00FA2D47" w:rsidRDefault="00FA2D47">
            <w:pPr>
              <w:jc w:val="center"/>
            </w:pPr>
          </w:p>
        </w:tc>
      </w:tr>
      <w:tr w:rsidR="00FA2D47" w14:paraId="75B37BAE" w14:textId="77777777" w:rsidTr="00FA2D47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C446CC" w14:textId="77777777" w:rsidR="00FA2D47" w:rsidRDefault="00FA2D47">
            <w:r>
              <w:rPr>
                <w:rFonts w:ascii="Calibri" w:hAnsi="Calibri"/>
                <w:color w:val="222222"/>
                <w:sz w:val="21"/>
              </w:rPr>
              <w:t>Área: ÁREA RESPONSABLE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DCD3BB" w14:textId="77777777" w:rsidR="00FA2D47" w:rsidRDefault="00FA2D47"/>
        </w:tc>
      </w:tr>
    </w:tbl>
    <w:p w14:paraId="019CBEBF" w14:textId="77777777" w:rsidR="00534E14" w:rsidRDefault="00534E14">
      <w:pPr>
        <w:spacing w:after="0"/>
      </w:pPr>
    </w:p>
    <w:p w14:paraId="754E54AA" w14:textId="77777777" w:rsidR="00534E14" w:rsidRDefault="00534E14">
      <w:pPr>
        <w:pBdr>
          <w:bottom w:val="single" w:sz="8" w:space="1" w:color="B4C7E7"/>
        </w:pBdr>
        <w:spacing w:after="40"/>
      </w:pPr>
    </w:p>
    <w:p w14:paraId="5912EF33" w14:textId="77777777" w:rsidR="00534E14" w:rsidRDefault="00534E14">
      <w:pPr>
        <w:pBdr>
          <w:bottom w:val="single" w:sz="8" w:space="1" w:color="B4C7E7"/>
        </w:pBdr>
        <w:spacing w:after="40"/>
      </w:pPr>
    </w:p>
    <w:p w14:paraId="466F5D0E" w14:textId="77777777" w:rsidR="00534E14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534E14" w14:paraId="28E6221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51C0A5" w14:textId="77777777" w:rsidR="00534E14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585CA0" w14:textId="77777777" w:rsidR="00534E14" w:rsidRDefault="00534E14"/>
        </w:tc>
      </w:tr>
      <w:tr w:rsidR="00534E14" w:rsidRPr="00FA2D47" w14:paraId="2D49728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B5CC01" w14:textId="77777777" w:rsidR="00534E14" w:rsidRDefault="00000000">
            <w:r>
              <w:rPr>
                <w:rFonts w:ascii="Calibri" w:hAnsi="Calibri"/>
                <w:color w:val="222222"/>
              </w:rPr>
              <w:t>Tipo de evento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60166F" w14:textId="77777777" w:rsidR="00534E14" w:rsidRPr="00FA2D47" w:rsidRDefault="00000000">
            <w:pPr>
              <w:rPr>
                <w:lang w:val="es-MX"/>
              </w:rPr>
            </w:pPr>
            <w:r w:rsidRPr="00FA2D47">
              <w:rPr>
                <w:rFonts w:ascii="Calibri" w:hAnsi="Calibri"/>
                <w:color w:val="222222"/>
                <w:lang w:val="es-MX"/>
              </w:rPr>
              <w:t>☐ Baja definitiva   ☐ Cambio de puesto / funciones</w:t>
            </w:r>
          </w:p>
        </w:tc>
      </w:tr>
      <w:tr w:rsidR="00534E14" w14:paraId="784379CF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BB3C1E" w14:textId="77777777" w:rsidR="00534E14" w:rsidRDefault="00000000">
            <w:r>
              <w:rPr>
                <w:rFonts w:ascii="Calibri" w:hAnsi="Calibri"/>
                <w:color w:val="222222"/>
              </w:rPr>
              <w:t>Fecha del acto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FE4901" w14:textId="77777777" w:rsidR="00534E14" w:rsidRDefault="00534E14"/>
        </w:tc>
      </w:tr>
      <w:tr w:rsidR="00534E14" w14:paraId="3421968A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A50138" w14:textId="77777777" w:rsidR="00534E14" w:rsidRDefault="00000000">
            <w:r>
              <w:rPr>
                <w:rFonts w:ascii="Calibri" w:hAnsi="Calibri"/>
                <w:color w:val="222222"/>
              </w:rPr>
              <w:t>Área / proceso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2CA77A" w14:textId="77777777" w:rsidR="00534E14" w:rsidRDefault="00534E14"/>
        </w:tc>
      </w:tr>
      <w:tr w:rsidR="00534E14" w14:paraId="6398E19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98EDD9" w14:textId="77777777" w:rsidR="00534E14" w:rsidRDefault="00000000">
            <w:r>
              <w:rPr>
                <w:rFonts w:ascii="Calibri" w:hAnsi="Calibri"/>
                <w:color w:val="222222"/>
              </w:rPr>
              <w:t>Persona que entrega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E95CC6" w14:textId="77777777" w:rsidR="00534E14" w:rsidRDefault="00534E14"/>
        </w:tc>
      </w:tr>
      <w:tr w:rsidR="00534E14" w14:paraId="7E0730B9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13002B" w14:textId="77777777" w:rsidR="00534E14" w:rsidRDefault="00000000">
            <w:r>
              <w:rPr>
                <w:rFonts w:ascii="Calibri" w:hAnsi="Calibri"/>
                <w:color w:val="222222"/>
              </w:rPr>
              <w:t>Persona que recibe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FA792B" w14:textId="77777777" w:rsidR="00534E14" w:rsidRDefault="00534E14"/>
        </w:tc>
      </w:tr>
      <w:tr w:rsidR="00534E14" w14:paraId="6B55E36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E51BB2" w14:textId="77777777" w:rsidR="00534E14" w:rsidRDefault="00000000">
            <w:r>
              <w:rPr>
                <w:rFonts w:ascii="Calibri" w:hAnsi="Calibri"/>
                <w:color w:val="222222"/>
              </w:rPr>
              <w:t>Puesto que entrega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646A7C" w14:textId="77777777" w:rsidR="00534E14" w:rsidRDefault="00534E14"/>
        </w:tc>
      </w:tr>
      <w:tr w:rsidR="00534E14" w14:paraId="7082A34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019D6A" w14:textId="77777777" w:rsidR="00534E14" w:rsidRDefault="00000000">
            <w:r>
              <w:rPr>
                <w:rFonts w:ascii="Calibri" w:hAnsi="Calibri"/>
                <w:color w:val="222222"/>
              </w:rPr>
              <w:t>Puesto que recibe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00D1F0" w14:textId="77777777" w:rsidR="00534E14" w:rsidRDefault="00534E14"/>
        </w:tc>
      </w:tr>
    </w:tbl>
    <w:p w14:paraId="5EBEB262" w14:textId="77777777" w:rsidR="00534E14" w:rsidRPr="00FA2D47" w:rsidRDefault="00000000">
      <w:pPr>
        <w:spacing w:before="160" w:after="120"/>
        <w:rPr>
          <w:lang w:val="es-MX"/>
        </w:rPr>
      </w:pPr>
      <w:r w:rsidRPr="00FA2D47">
        <w:rPr>
          <w:rFonts w:ascii="Calibri" w:hAnsi="Calibri"/>
          <w:b/>
          <w:color w:val="4472C4"/>
          <w:sz w:val="27"/>
          <w:lang w:val="es-MX"/>
        </w:rPr>
        <w:t>2. PENDIENTES, ACTIVIDADES Y TRANSFERENCIA DE CONOCIMIENTO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84"/>
        <w:gridCol w:w="1355"/>
        <w:gridCol w:w="1544"/>
        <w:gridCol w:w="2162"/>
        <w:gridCol w:w="2187"/>
      </w:tblGrid>
      <w:tr w:rsidR="00534E14" w14:paraId="2B580A57" w14:textId="77777777">
        <w:trPr>
          <w:tblHeader/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CE407A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Tema / actividad / pendiente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8C7139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Estatus</w:t>
            </w:r>
          </w:p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E05693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Fecha compromiso</w:t>
            </w:r>
          </w:p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660818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Responsable receptor</w:t>
            </w:r>
          </w:p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512729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534E14" w14:paraId="1BA5FB4C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917927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E1CD4C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8DA776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5E4550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95FA09" w14:textId="77777777" w:rsidR="00534E14" w:rsidRDefault="00534E14"/>
        </w:tc>
      </w:tr>
      <w:tr w:rsidR="00534E14" w14:paraId="3F1DF3D2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A645C9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D00C2F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02A95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1E8937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83032E" w14:textId="77777777" w:rsidR="00534E14" w:rsidRDefault="00534E14"/>
        </w:tc>
      </w:tr>
      <w:tr w:rsidR="00534E14" w14:paraId="218C019F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1F9FA5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3C6D6A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3E2159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9222C1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4C34A2" w14:textId="77777777" w:rsidR="00534E14" w:rsidRDefault="00534E14"/>
        </w:tc>
      </w:tr>
      <w:tr w:rsidR="00534E14" w14:paraId="7BF18732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26F147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02F354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3DC2BF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64DC12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5B91B4" w14:textId="77777777" w:rsidR="00534E14" w:rsidRDefault="00534E14"/>
        </w:tc>
      </w:tr>
      <w:tr w:rsidR="00534E14" w14:paraId="61B67404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DC7D13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B7421B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6FD78F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AD42F1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EE0804" w14:textId="77777777" w:rsidR="00534E14" w:rsidRDefault="00534E14"/>
        </w:tc>
      </w:tr>
      <w:tr w:rsidR="00534E14" w14:paraId="3B85958B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8DB33E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2219AD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3FFEFB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25A3B2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05CC91" w14:textId="77777777" w:rsidR="00534E14" w:rsidRDefault="00534E14"/>
        </w:tc>
      </w:tr>
      <w:tr w:rsidR="00534E14" w14:paraId="6AB52D66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C6B830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94AFDF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2C052E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CFA9A0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AB38F7" w14:textId="77777777" w:rsidR="00534E14" w:rsidRDefault="00534E14"/>
        </w:tc>
      </w:tr>
      <w:tr w:rsidR="00534E14" w14:paraId="181012BF" w14:textId="77777777">
        <w:trPr>
          <w:jc w:val="center"/>
        </w:trPr>
        <w:tc>
          <w:tcPr>
            <w:tcW w:w="388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9BA1CF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9B506D" w14:textId="77777777" w:rsidR="00534E14" w:rsidRDefault="00534E14"/>
        </w:tc>
        <w:tc>
          <w:tcPr>
            <w:tcW w:w="158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69315A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9715AB" w14:textId="77777777" w:rsidR="00534E14" w:rsidRDefault="00534E14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27485D" w14:textId="77777777" w:rsidR="00534E14" w:rsidRDefault="00534E14"/>
        </w:tc>
      </w:tr>
    </w:tbl>
    <w:p w14:paraId="3BABDFA3" w14:textId="77777777" w:rsidR="00534E14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3. DOCUMENTOS, CREDENCIALES Y ENTREGABLES ASOCIADOS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10"/>
        <w:gridCol w:w="1429"/>
        <w:gridCol w:w="2120"/>
        <w:gridCol w:w="2973"/>
      </w:tblGrid>
      <w:tr w:rsidR="00534E14" w14:paraId="03A76525" w14:textId="77777777">
        <w:trPr>
          <w:tblHeader/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F372C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Elemento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E46D5A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Entregado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43CB6C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Recibido por</w:t>
            </w:r>
          </w:p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DFAAC7" w14:textId="77777777" w:rsidR="00534E14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534E14" w14:paraId="416A85B5" w14:textId="77777777">
        <w:trPr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DFEF8B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F57CB0" w14:textId="77777777" w:rsidR="00534E14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BD59F0" w14:textId="77777777" w:rsidR="00534E14" w:rsidRDefault="00534E14"/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2FF22D" w14:textId="77777777" w:rsidR="00534E14" w:rsidRDefault="00534E14"/>
        </w:tc>
      </w:tr>
      <w:tr w:rsidR="00534E14" w14:paraId="1BF80432" w14:textId="77777777">
        <w:trPr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985708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4FA56D" w14:textId="77777777" w:rsidR="00534E14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8A0010" w14:textId="77777777" w:rsidR="00534E14" w:rsidRDefault="00534E14"/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31723A" w14:textId="77777777" w:rsidR="00534E14" w:rsidRDefault="00534E14"/>
        </w:tc>
      </w:tr>
      <w:tr w:rsidR="00534E14" w14:paraId="31410C13" w14:textId="77777777">
        <w:trPr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C5C603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4A1E63" w14:textId="77777777" w:rsidR="00534E14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7C5F67" w14:textId="77777777" w:rsidR="00534E14" w:rsidRDefault="00534E14"/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64EF66" w14:textId="77777777" w:rsidR="00534E14" w:rsidRDefault="00534E14"/>
        </w:tc>
      </w:tr>
      <w:tr w:rsidR="00534E14" w14:paraId="2E97F9AF" w14:textId="77777777">
        <w:trPr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78FDA9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A7FE2E" w14:textId="77777777" w:rsidR="00534E14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CF16FC" w14:textId="77777777" w:rsidR="00534E14" w:rsidRDefault="00534E14"/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B18714" w14:textId="77777777" w:rsidR="00534E14" w:rsidRDefault="00534E14"/>
        </w:tc>
      </w:tr>
      <w:tr w:rsidR="00534E14" w14:paraId="63E33B0E" w14:textId="77777777">
        <w:trPr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528C3D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DAB595" w14:textId="77777777" w:rsidR="00534E14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750286" w14:textId="77777777" w:rsidR="00534E14" w:rsidRDefault="00534E14"/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EEB003" w14:textId="77777777" w:rsidR="00534E14" w:rsidRDefault="00534E14"/>
        </w:tc>
      </w:tr>
      <w:tr w:rsidR="00534E14" w14:paraId="7D419CAD" w14:textId="77777777">
        <w:trPr>
          <w:jc w:val="center"/>
        </w:trPr>
        <w:tc>
          <w:tcPr>
            <w:tcW w:w="432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5D6B5E" w14:textId="77777777" w:rsidR="00534E14" w:rsidRDefault="00534E14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ECC279" w14:textId="77777777" w:rsidR="00534E14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ED872E" w14:textId="77777777" w:rsidR="00534E14" w:rsidRDefault="00534E14"/>
        </w:tc>
        <w:tc>
          <w:tcPr>
            <w:tcW w:w="302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67C6C7" w14:textId="77777777" w:rsidR="00534E14" w:rsidRDefault="00534E14"/>
        </w:tc>
      </w:tr>
    </w:tbl>
    <w:p w14:paraId="592497A0" w14:textId="77777777" w:rsidR="00534E14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4. OBSERVACIONES FINALES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534E14" w14:paraId="156F0E9A" w14:textId="77777777">
        <w:trPr>
          <w:jc w:val="center"/>
        </w:trPr>
        <w:tc>
          <w:tcPr>
            <w:tcW w:w="1051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D9BBD9" w14:textId="77777777" w:rsidR="00534E14" w:rsidRPr="00FA2D47" w:rsidRDefault="00000000">
            <w:pPr>
              <w:rPr>
                <w:lang w:val="es-MX"/>
              </w:rPr>
            </w:pPr>
            <w:r w:rsidRPr="00FA2D47">
              <w:rPr>
                <w:rFonts w:ascii="Calibri" w:hAnsi="Calibri"/>
                <w:color w:val="222222"/>
                <w:lang w:val="es-MX"/>
              </w:rPr>
              <w:t>Comentarios finales de la entrega-recepción</w:t>
            </w:r>
          </w:p>
          <w:p w14:paraId="1B087529" w14:textId="77777777" w:rsidR="00534E14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2E836D27" w14:textId="77777777" w:rsidR="00534E14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02FF410C" w14:textId="77777777" w:rsidR="00534E14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</w:tc>
      </w:tr>
    </w:tbl>
    <w:p w14:paraId="608FE7FD" w14:textId="77777777" w:rsidR="00534E14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5. FIRMAS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534E14" w14:paraId="76795525" w14:textId="77777777">
        <w:trPr>
          <w:jc w:val="center"/>
        </w:trPr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3AEAE" w14:textId="77777777" w:rsidR="00534E14" w:rsidRDefault="00534E14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0ED8C" w14:textId="77777777" w:rsidR="00534E14" w:rsidRDefault="00534E14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617BC" w14:textId="77777777" w:rsidR="00534E14" w:rsidRDefault="00534E14">
            <w:pPr>
              <w:spacing w:after="0"/>
              <w:jc w:val="center"/>
            </w:pPr>
          </w:p>
        </w:tc>
      </w:tr>
      <w:tr w:rsidR="00534E14" w14:paraId="6567EA03" w14:textId="77777777">
        <w:trPr>
          <w:jc w:val="center"/>
        </w:trPr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46215" w14:textId="77777777" w:rsidR="00534E14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Entrega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37A00" w14:textId="77777777" w:rsidR="00534E14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Recibe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C1896" w14:textId="77777777" w:rsidR="00534E14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Jefe inmediato / testigo</w:t>
            </w:r>
          </w:p>
        </w:tc>
      </w:tr>
    </w:tbl>
    <w:p w14:paraId="5E8965C8" w14:textId="77777777" w:rsidR="000B207B" w:rsidRDefault="000B207B"/>
    <w:sectPr w:rsidR="000B207B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402E0" w14:textId="77777777" w:rsidR="000B207B" w:rsidRDefault="000B207B">
      <w:pPr>
        <w:spacing w:after="0" w:line="240" w:lineRule="auto"/>
      </w:pPr>
      <w:r>
        <w:separator/>
      </w:r>
    </w:p>
  </w:endnote>
  <w:endnote w:type="continuationSeparator" w:id="0">
    <w:p w14:paraId="27113E45" w14:textId="77777777" w:rsidR="000B207B" w:rsidRDefault="000B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D02A" w14:textId="77777777" w:rsidR="00534E14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70A3" w14:textId="77777777" w:rsidR="000B207B" w:rsidRDefault="000B207B">
      <w:pPr>
        <w:spacing w:after="0" w:line="240" w:lineRule="auto"/>
      </w:pPr>
      <w:r>
        <w:separator/>
      </w:r>
    </w:p>
  </w:footnote>
  <w:footnote w:type="continuationSeparator" w:id="0">
    <w:p w14:paraId="6D9FE1D2" w14:textId="77777777" w:rsidR="000B207B" w:rsidRDefault="000B2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5148044">
    <w:abstractNumId w:val="8"/>
  </w:num>
  <w:num w:numId="2" w16cid:durableId="1643189185">
    <w:abstractNumId w:val="6"/>
  </w:num>
  <w:num w:numId="3" w16cid:durableId="1800299496">
    <w:abstractNumId w:val="5"/>
  </w:num>
  <w:num w:numId="4" w16cid:durableId="1686010454">
    <w:abstractNumId w:val="4"/>
  </w:num>
  <w:num w:numId="5" w16cid:durableId="1144276148">
    <w:abstractNumId w:val="7"/>
  </w:num>
  <w:num w:numId="6" w16cid:durableId="2127457836">
    <w:abstractNumId w:val="3"/>
  </w:num>
  <w:num w:numId="7" w16cid:durableId="868180749">
    <w:abstractNumId w:val="2"/>
  </w:num>
  <w:num w:numId="8" w16cid:durableId="218321555">
    <w:abstractNumId w:val="1"/>
  </w:num>
  <w:num w:numId="9" w16cid:durableId="193705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07B"/>
    <w:rsid w:val="0015074B"/>
    <w:rsid w:val="0029639D"/>
    <w:rsid w:val="00326F90"/>
    <w:rsid w:val="00534E14"/>
    <w:rsid w:val="00AA1D8D"/>
    <w:rsid w:val="00B47730"/>
    <w:rsid w:val="00BB63EB"/>
    <w:rsid w:val="00CB0664"/>
    <w:rsid w:val="00FA2D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82C8C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2026-04-07T18:28:00Z</dcterms:modified>
  <cp:category/>
</cp:coreProperties>
</file>