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61"/>
        <w:gridCol w:w="2199"/>
        <w:gridCol w:w="2255"/>
        <w:gridCol w:w="2082"/>
        <w:gridCol w:w="2135"/>
      </w:tblGrid>
      <w:tr w:rsidR="003D377E" w14:paraId="03744659" w14:textId="77777777" w:rsidTr="003D377E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BCB0B0" w14:textId="77777777" w:rsidR="003D377E" w:rsidRDefault="003D377E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4"/>
              </w:rPr>
              <w:t>FO-SF-0035</w:t>
            </w:r>
          </w:p>
        </w:tc>
        <w:tc>
          <w:tcPr>
            <w:tcW w:w="6536" w:type="dxa"/>
            <w:gridSpan w:val="3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D3171F" w14:textId="77777777" w:rsidR="003D377E" w:rsidRPr="003D377E" w:rsidRDefault="003D377E">
            <w:pPr>
              <w:jc w:val="center"/>
              <w:rPr>
                <w:lang w:val="es-MX"/>
              </w:rPr>
            </w:pPr>
            <w:r w:rsidRPr="003D377E">
              <w:rPr>
                <w:rFonts w:ascii="Calibri" w:hAnsi="Calibri"/>
                <w:b/>
                <w:color w:val="222222"/>
                <w:sz w:val="24"/>
                <w:lang w:val="es-MX"/>
              </w:rPr>
              <w:t>Solicitud de revocación o modificación de accesos</w:t>
            </w:r>
          </w:p>
        </w:tc>
        <w:tc>
          <w:tcPr>
            <w:tcW w:w="2135" w:type="dxa"/>
            <w:vMerge w:val="restart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B53454" w14:textId="77777777" w:rsidR="003D377E" w:rsidRDefault="003D377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A8A5E9" wp14:editId="61F1E0CA">
                  <wp:extent cx="502920" cy="14195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141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2AC92C" w14:textId="45A5688C" w:rsidR="003D377E" w:rsidRDefault="003D377E" w:rsidP="00AE1B75">
            <w:pPr>
              <w:jc w:val="center"/>
            </w:pPr>
            <w:r>
              <w:rPr>
                <w:rFonts w:ascii="Calibri" w:hAnsi="Calibri"/>
                <w:b/>
                <w:color w:val="222222"/>
              </w:rPr>
              <w:t>SENDERO FUEL</w:t>
            </w:r>
          </w:p>
        </w:tc>
      </w:tr>
      <w:tr w:rsidR="003D377E" w14:paraId="130B009F" w14:textId="77777777" w:rsidTr="003D377E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BB8200" w14:textId="77777777" w:rsidR="003D377E" w:rsidRDefault="003D377E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Emisión: 7/4/2026</w:t>
            </w:r>
          </w:p>
        </w:tc>
        <w:tc>
          <w:tcPr>
            <w:tcW w:w="219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770049" w14:textId="77777777" w:rsidR="003D377E" w:rsidRDefault="003D377E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Revisión: 7/4/2026</w:t>
            </w:r>
          </w:p>
        </w:tc>
        <w:tc>
          <w:tcPr>
            <w:tcW w:w="225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52B288" w14:textId="77777777" w:rsidR="003D377E" w:rsidRDefault="003D377E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Versión: 1</w:t>
            </w:r>
          </w:p>
        </w:tc>
        <w:tc>
          <w:tcPr>
            <w:tcW w:w="20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97E639" w14:textId="77777777" w:rsidR="003D377E" w:rsidRDefault="003D377E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Formato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EB6EEA" w14:textId="179C3BF7" w:rsidR="003D377E" w:rsidRDefault="003D377E">
            <w:pPr>
              <w:jc w:val="center"/>
            </w:pPr>
          </w:p>
        </w:tc>
      </w:tr>
      <w:tr w:rsidR="003D377E" w:rsidRPr="003D377E" w14:paraId="189367B4" w14:textId="77777777" w:rsidTr="003D377E">
        <w:trPr>
          <w:jc w:val="center"/>
        </w:trPr>
        <w:tc>
          <w:tcPr>
            <w:tcW w:w="8597" w:type="dxa"/>
            <w:gridSpan w:val="4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237FBF" w14:textId="77777777" w:rsidR="003D377E" w:rsidRPr="003D377E" w:rsidRDefault="003D377E">
            <w:pPr>
              <w:rPr>
                <w:lang w:val="es-MX"/>
              </w:rPr>
            </w:pPr>
            <w:r w:rsidRPr="003D377E">
              <w:rPr>
                <w:rFonts w:ascii="Calibri" w:hAnsi="Calibri"/>
                <w:color w:val="222222"/>
                <w:sz w:val="21"/>
                <w:lang w:val="es-MX"/>
              </w:rPr>
              <w:t>Área: TI / SEGURIDAD DE LA INFORMACIÓN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E88DC3" w14:textId="77777777" w:rsidR="003D377E" w:rsidRPr="003D377E" w:rsidRDefault="003D377E">
            <w:pPr>
              <w:rPr>
                <w:lang w:val="es-MX"/>
              </w:rPr>
            </w:pPr>
          </w:p>
        </w:tc>
      </w:tr>
    </w:tbl>
    <w:p w14:paraId="69FE3396" w14:textId="77777777" w:rsidR="0029285E" w:rsidRPr="003D377E" w:rsidRDefault="0029285E">
      <w:pPr>
        <w:spacing w:after="0"/>
        <w:rPr>
          <w:lang w:val="es-MX"/>
        </w:rPr>
      </w:pPr>
    </w:p>
    <w:p w14:paraId="580E0178" w14:textId="77777777" w:rsidR="0029285E" w:rsidRPr="003D377E" w:rsidRDefault="0029285E">
      <w:pPr>
        <w:pBdr>
          <w:bottom w:val="single" w:sz="8" w:space="1" w:color="B4C7E7"/>
        </w:pBdr>
        <w:spacing w:after="40"/>
        <w:rPr>
          <w:lang w:val="es-MX"/>
        </w:rPr>
      </w:pPr>
    </w:p>
    <w:p w14:paraId="2C5B3BBA" w14:textId="77777777" w:rsidR="0029285E" w:rsidRPr="003D377E" w:rsidRDefault="0029285E">
      <w:pPr>
        <w:pBdr>
          <w:bottom w:val="single" w:sz="8" w:space="1" w:color="B4C7E7"/>
        </w:pBdr>
        <w:spacing w:after="40"/>
        <w:rPr>
          <w:lang w:val="es-MX"/>
        </w:rPr>
      </w:pPr>
    </w:p>
    <w:p w14:paraId="430F0DF6" w14:textId="77777777" w:rsidR="0029285E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1. DATOS GENERALES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29285E" w14:paraId="2B5B7613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976378" w14:textId="77777777" w:rsidR="0029285E" w:rsidRDefault="00000000">
            <w:r>
              <w:rPr>
                <w:rFonts w:ascii="Calibri" w:hAnsi="Calibri"/>
                <w:color w:val="222222"/>
              </w:rPr>
              <w:t>Folio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CFC8E9" w14:textId="77777777" w:rsidR="0029285E" w:rsidRDefault="0029285E"/>
        </w:tc>
      </w:tr>
      <w:tr w:rsidR="0029285E" w14:paraId="7C13540C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CD922A" w14:textId="77777777" w:rsidR="0029285E" w:rsidRDefault="00000000">
            <w:r>
              <w:rPr>
                <w:rFonts w:ascii="Calibri" w:hAnsi="Calibri"/>
                <w:color w:val="222222"/>
              </w:rPr>
              <w:t>Fecha de solicitud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6D383D" w14:textId="77777777" w:rsidR="0029285E" w:rsidRDefault="0029285E"/>
        </w:tc>
      </w:tr>
      <w:tr w:rsidR="0029285E" w:rsidRPr="003D377E" w14:paraId="69FDC453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8C530A" w14:textId="77777777" w:rsidR="0029285E" w:rsidRDefault="00000000">
            <w:r>
              <w:rPr>
                <w:rFonts w:ascii="Calibri" w:hAnsi="Calibri"/>
                <w:color w:val="222222"/>
              </w:rPr>
              <w:t>Tipo de solicitud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5A51B7" w14:textId="77777777" w:rsidR="0029285E" w:rsidRPr="003D377E" w:rsidRDefault="00000000">
            <w:pPr>
              <w:rPr>
                <w:lang w:val="es-MX"/>
              </w:rPr>
            </w:pPr>
            <w:r w:rsidRPr="003D377E">
              <w:rPr>
                <w:rFonts w:ascii="Calibri" w:hAnsi="Calibri"/>
                <w:color w:val="222222"/>
                <w:lang w:val="es-MX"/>
              </w:rPr>
              <w:t>☐ Revocación   ☐ Modificación   ☐ Limitación temporal   ☐ Reasignación de perfil</w:t>
            </w:r>
          </w:p>
        </w:tc>
      </w:tr>
      <w:tr w:rsidR="0029285E" w:rsidRPr="003D377E" w14:paraId="0A07BE04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61A541" w14:textId="77777777" w:rsidR="0029285E" w:rsidRPr="003D377E" w:rsidRDefault="00000000">
            <w:pPr>
              <w:rPr>
                <w:lang w:val="es-MX"/>
              </w:rPr>
            </w:pPr>
            <w:r w:rsidRPr="003D377E">
              <w:rPr>
                <w:rFonts w:ascii="Calibri" w:hAnsi="Calibri"/>
                <w:color w:val="222222"/>
                <w:lang w:val="es-MX"/>
              </w:rPr>
              <w:t>Fecha y hora requerida de ejecución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0D872F" w14:textId="77777777" w:rsidR="0029285E" w:rsidRPr="003D377E" w:rsidRDefault="0029285E">
            <w:pPr>
              <w:rPr>
                <w:lang w:val="es-MX"/>
              </w:rPr>
            </w:pPr>
          </w:p>
        </w:tc>
      </w:tr>
      <w:tr w:rsidR="0029285E" w:rsidRPr="003D377E" w14:paraId="5D191420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114BCF" w14:textId="77777777" w:rsidR="0029285E" w:rsidRDefault="00000000">
            <w:proofErr w:type="spellStart"/>
            <w:r>
              <w:rPr>
                <w:rFonts w:ascii="Calibri" w:hAnsi="Calibri"/>
                <w:color w:val="222222"/>
              </w:rPr>
              <w:t>Motivo</w:t>
            </w:r>
            <w:proofErr w:type="spellEnd"/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96326B" w14:textId="77777777" w:rsidR="0029285E" w:rsidRPr="003D377E" w:rsidRDefault="00000000">
            <w:pPr>
              <w:rPr>
                <w:lang w:val="es-MX"/>
              </w:rPr>
            </w:pPr>
            <w:r w:rsidRPr="003D377E">
              <w:rPr>
                <w:rFonts w:ascii="Calibri" w:hAnsi="Calibri"/>
                <w:color w:val="222222"/>
                <w:lang w:val="es-MX"/>
              </w:rPr>
              <w:t>☐ Baja definitiva   ☐ Cambio de puesto / funciones   ☐ Riesgo de seguridad   ☐ Otro: __________</w:t>
            </w:r>
          </w:p>
        </w:tc>
      </w:tr>
    </w:tbl>
    <w:p w14:paraId="262606FD" w14:textId="77777777" w:rsidR="0029285E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2. DATOS DEL USUARIO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29285E" w14:paraId="47D832D0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E6D8F3" w14:textId="77777777" w:rsidR="0029285E" w:rsidRDefault="00000000">
            <w:r>
              <w:rPr>
                <w:rFonts w:ascii="Calibri" w:hAnsi="Calibri"/>
                <w:color w:val="222222"/>
              </w:rPr>
              <w:t>Nombre completo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1DAF3C" w14:textId="77777777" w:rsidR="0029285E" w:rsidRDefault="0029285E"/>
        </w:tc>
      </w:tr>
      <w:tr w:rsidR="0029285E" w14:paraId="436CBA05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22413D" w14:textId="77777777" w:rsidR="0029285E" w:rsidRDefault="00000000">
            <w:r>
              <w:rPr>
                <w:rFonts w:ascii="Calibri" w:hAnsi="Calibri"/>
                <w:color w:val="222222"/>
              </w:rPr>
              <w:t>Número de empleado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2D8C50" w14:textId="77777777" w:rsidR="0029285E" w:rsidRDefault="0029285E"/>
        </w:tc>
      </w:tr>
      <w:tr w:rsidR="0029285E" w14:paraId="14C7F561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292D4E" w14:textId="77777777" w:rsidR="0029285E" w:rsidRDefault="00000000">
            <w:r>
              <w:rPr>
                <w:rFonts w:ascii="Calibri" w:hAnsi="Calibri"/>
                <w:color w:val="222222"/>
              </w:rPr>
              <w:t>Área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BBDADB" w14:textId="77777777" w:rsidR="0029285E" w:rsidRDefault="0029285E"/>
        </w:tc>
      </w:tr>
      <w:tr w:rsidR="0029285E" w14:paraId="33C8E95F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1D3A6B" w14:textId="77777777" w:rsidR="0029285E" w:rsidRDefault="00000000">
            <w:r>
              <w:rPr>
                <w:rFonts w:ascii="Calibri" w:hAnsi="Calibri"/>
                <w:color w:val="222222"/>
              </w:rPr>
              <w:t>Puesto actual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56ECD8" w14:textId="77777777" w:rsidR="0029285E" w:rsidRDefault="0029285E"/>
        </w:tc>
      </w:tr>
      <w:tr w:rsidR="0029285E" w14:paraId="078EFB8B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AD9F41" w14:textId="77777777" w:rsidR="0029285E" w:rsidRDefault="00000000">
            <w:r>
              <w:rPr>
                <w:rFonts w:ascii="Calibri" w:hAnsi="Calibri"/>
                <w:color w:val="222222"/>
              </w:rPr>
              <w:t>Correo / usuario principal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C34DDD" w14:textId="77777777" w:rsidR="0029285E" w:rsidRDefault="0029285E"/>
        </w:tc>
      </w:tr>
      <w:tr w:rsidR="0029285E" w14:paraId="30287D69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54B853" w14:textId="77777777" w:rsidR="0029285E" w:rsidRDefault="00000000">
            <w:r>
              <w:rPr>
                <w:rFonts w:ascii="Calibri" w:hAnsi="Calibri"/>
                <w:color w:val="222222"/>
              </w:rPr>
              <w:t>Jefe inmediato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2FFDCD" w14:textId="77777777" w:rsidR="0029285E" w:rsidRDefault="0029285E"/>
        </w:tc>
      </w:tr>
    </w:tbl>
    <w:p w14:paraId="1C5FFA1E" w14:textId="77777777" w:rsidR="0029285E" w:rsidRPr="003D377E" w:rsidRDefault="00000000">
      <w:pPr>
        <w:spacing w:before="160" w:after="120"/>
        <w:rPr>
          <w:lang w:val="es-MX"/>
        </w:rPr>
      </w:pPr>
      <w:r w:rsidRPr="003D377E">
        <w:rPr>
          <w:rFonts w:ascii="Calibri" w:hAnsi="Calibri"/>
          <w:b/>
          <w:color w:val="4472C4"/>
          <w:sz w:val="27"/>
          <w:lang w:val="es-MX"/>
        </w:rPr>
        <w:t>3. SISTEMAS, REDES Y SERVICIOS A AFECTAR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767"/>
        <w:gridCol w:w="2133"/>
        <w:gridCol w:w="2156"/>
        <w:gridCol w:w="1217"/>
        <w:gridCol w:w="2459"/>
      </w:tblGrid>
      <w:tr w:rsidR="0029285E" w14:paraId="7906E4D0" w14:textId="77777777" w:rsidTr="003D377E">
        <w:trPr>
          <w:tblHeader/>
          <w:jc w:val="center"/>
        </w:trPr>
        <w:tc>
          <w:tcPr>
            <w:tcW w:w="276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0B03A0" w14:textId="77777777" w:rsidR="0029285E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 xml:space="preserve">Sistema / </w:t>
            </w:r>
            <w:proofErr w:type="spellStart"/>
            <w:r>
              <w:rPr>
                <w:rFonts w:ascii="Calibri" w:hAnsi="Calibri"/>
                <w:b/>
                <w:color w:val="222222"/>
                <w:sz w:val="21"/>
              </w:rPr>
              <w:t>servicio</w:t>
            </w:r>
            <w:proofErr w:type="spellEnd"/>
          </w:p>
        </w:tc>
        <w:tc>
          <w:tcPr>
            <w:tcW w:w="213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96E9D8" w14:textId="77777777" w:rsidR="0029285E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Usuario / cuenta</w:t>
            </w:r>
          </w:p>
        </w:tc>
        <w:tc>
          <w:tcPr>
            <w:tcW w:w="21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95B959" w14:textId="77777777" w:rsidR="0029285E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Acción solicitada</w:t>
            </w:r>
          </w:p>
        </w:tc>
        <w:tc>
          <w:tcPr>
            <w:tcW w:w="121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F42F73" w14:textId="77777777" w:rsidR="0029285E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Perfil / nivel</w:t>
            </w:r>
          </w:p>
        </w:tc>
        <w:tc>
          <w:tcPr>
            <w:tcW w:w="245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CD1763" w14:textId="77777777" w:rsidR="0029285E" w:rsidRDefault="0000000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1"/>
              </w:rPr>
              <w:t>Observaciones</w:t>
            </w:r>
          </w:p>
        </w:tc>
      </w:tr>
      <w:tr w:rsidR="0029285E" w14:paraId="3FD8BF6C" w14:textId="77777777" w:rsidTr="003D377E">
        <w:trPr>
          <w:jc w:val="center"/>
        </w:trPr>
        <w:tc>
          <w:tcPr>
            <w:tcW w:w="276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84F414" w14:textId="77777777" w:rsidR="0029285E" w:rsidRDefault="0029285E"/>
        </w:tc>
        <w:tc>
          <w:tcPr>
            <w:tcW w:w="213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946820" w14:textId="77777777" w:rsidR="0029285E" w:rsidRDefault="0029285E"/>
        </w:tc>
        <w:tc>
          <w:tcPr>
            <w:tcW w:w="21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6B6AB1" w14:textId="77777777" w:rsidR="0029285E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19"/>
              </w:rPr>
              <w:t>☐ Revocar  ☐ Modificar</w:t>
            </w:r>
          </w:p>
        </w:tc>
        <w:tc>
          <w:tcPr>
            <w:tcW w:w="121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E8E4B1" w14:textId="77777777" w:rsidR="0029285E" w:rsidRDefault="0029285E"/>
        </w:tc>
        <w:tc>
          <w:tcPr>
            <w:tcW w:w="245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9A0C5A" w14:textId="77777777" w:rsidR="0029285E" w:rsidRDefault="0029285E"/>
        </w:tc>
      </w:tr>
      <w:tr w:rsidR="0029285E" w14:paraId="09BC9C4A" w14:textId="77777777" w:rsidTr="003D377E">
        <w:trPr>
          <w:jc w:val="center"/>
        </w:trPr>
        <w:tc>
          <w:tcPr>
            <w:tcW w:w="276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346D32" w14:textId="77777777" w:rsidR="0029285E" w:rsidRDefault="0029285E"/>
        </w:tc>
        <w:tc>
          <w:tcPr>
            <w:tcW w:w="213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4E04A2" w14:textId="77777777" w:rsidR="0029285E" w:rsidRDefault="0029285E"/>
        </w:tc>
        <w:tc>
          <w:tcPr>
            <w:tcW w:w="21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14A33A" w14:textId="77777777" w:rsidR="0029285E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19"/>
              </w:rPr>
              <w:t>☐ Revocar  ☐ Modificar</w:t>
            </w:r>
          </w:p>
        </w:tc>
        <w:tc>
          <w:tcPr>
            <w:tcW w:w="121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C6C2F5" w14:textId="77777777" w:rsidR="0029285E" w:rsidRDefault="0029285E"/>
        </w:tc>
        <w:tc>
          <w:tcPr>
            <w:tcW w:w="245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321781" w14:textId="77777777" w:rsidR="0029285E" w:rsidRDefault="0029285E"/>
        </w:tc>
      </w:tr>
      <w:tr w:rsidR="0029285E" w14:paraId="05BFC101" w14:textId="77777777" w:rsidTr="003D377E">
        <w:trPr>
          <w:jc w:val="center"/>
        </w:trPr>
        <w:tc>
          <w:tcPr>
            <w:tcW w:w="276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C46FFE" w14:textId="77777777" w:rsidR="0029285E" w:rsidRDefault="0029285E"/>
        </w:tc>
        <w:tc>
          <w:tcPr>
            <w:tcW w:w="213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092416" w14:textId="77777777" w:rsidR="0029285E" w:rsidRDefault="0029285E"/>
        </w:tc>
        <w:tc>
          <w:tcPr>
            <w:tcW w:w="21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BA3E66" w14:textId="77777777" w:rsidR="0029285E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19"/>
              </w:rPr>
              <w:t>☐ Revocar  ☐ Modificar</w:t>
            </w:r>
          </w:p>
        </w:tc>
        <w:tc>
          <w:tcPr>
            <w:tcW w:w="121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F8CA29" w14:textId="77777777" w:rsidR="0029285E" w:rsidRDefault="0029285E"/>
        </w:tc>
        <w:tc>
          <w:tcPr>
            <w:tcW w:w="245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707184" w14:textId="77777777" w:rsidR="0029285E" w:rsidRDefault="0029285E"/>
        </w:tc>
      </w:tr>
      <w:tr w:rsidR="0029285E" w14:paraId="61B96F9A" w14:textId="77777777" w:rsidTr="003D377E">
        <w:trPr>
          <w:jc w:val="center"/>
        </w:trPr>
        <w:tc>
          <w:tcPr>
            <w:tcW w:w="276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5BF3FE" w14:textId="77777777" w:rsidR="0029285E" w:rsidRDefault="0029285E"/>
        </w:tc>
        <w:tc>
          <w:tcPr>
            <w:tcW w:w="213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AC2CB0" w14:textId="77777777" w:rsidR="0029285E" w:rsidRDefault="0029285E"/>
        </w:tc>
        <w:tc>
          <w:tcPr>
            <w:tcW w:w="21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3B5ED6" w14:textId="77777777" w:rsidR="0029285E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19"/>
              </w:rPr>
              <w:t>☐ Revocar  ☐ Modificar</w:t>
            </w:r>
          </w:p>
        </w:tc>
        <w:tc>
          <w:tcPr>
            <w:tcW w:w="121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B21E19" w14:textId="77777777" w:rsidR="0029285E" w:rsidRDefault="0029285E"/>
        </w:tc>
        <w:tc>
          <w:tcPr>
            <w:tcW w:w="245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395D35" w14:textId="77777777" w:rsidR="0029285E" w:rsidRDefault="0029285E"/>
        </w:tc>
      </w:tr>
      <w:tr w:rsidR="0029285E" w14:paraId="725D9684" w14:textId="77777777" w:rsidTr="003D377E">
        <w:trPr>
          <w:jc w:val="center"/>
        </w:trPr>
        <w:tc>
          <w:tcPr>
            <w:tcW w:w="276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FB645E" w14:textId="77777777" w:rsidR="0029285E" w:rsidRDefault="0029285E"/>
        </w:tc>
        <w:tc>
          <w:tcPr>
            <w:tcW w:w="213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463740" w14:textId="77777777" w:rsidR="0029285E" w:rsidRDefault="0029285E"/>
        </w:tc>
        <w:tc>
          <w:tcPr>
            <w:tcW w:w="21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C26891" w14:textId="77777777" w:rsidR="0029285E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19"/>
              </w:rPr>
              <w:t>☐ Revocar  ☐ Modificar</w:t>
            </w:r>
          </w:p>
        </w:tc>
        <w:tc>
          <w:tcPr>
            <w:tcW w:w="121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32661B" w14:textId="77777777" w:rsidR="0029285E" w:rsidRDefault="0029285E"/>
        </w:tc>
        <w:tc>
          <w:tcPr>
            <w:tcW w:w="245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83F512" w14:textId="77777777" w:rsidR="0029285E" w:rsidRDefault="0029285E"/>
        </w:tc>
      </w:tr>
      <w:tr w:rsidR="0029285E" w14:paraId="411D3990" w14:textId="77777777" w:rsidTr="003D377E">
        <w:trPr>
          <w:jc w:val="center"/>
        </w:trPr>
        <w:tc>
          <w:tcPr>
            <w:tcW w:w="276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644423" w14:textId="77777777" w:rsidR="0029285E" w:rsidRDefault="0029285E"/>
        </w:tc>
        <w:tc>
          <w:tcPr>
            <w:tcW w:w="213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96A1B2" w14:textId="77777777" w:rsidR="0029285E" w:rsidRDefault="0029285E"/>
        </w:tc>
        <w:tc>
          <w:tcPr>
            <w:tcW w:w="21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C5FF3B" w14:textId="77777777" w:rsidR="0029285E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19"/>
              </w:rPr>
              <w:t>☐ Revocar  ☐ Modificar</w:t>
            </w:r>
          </w:p>
        </w:tc>
        <w:tc>
          <w:tcPr>
            <w:tcW w:w="121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DD64E8" w14:textId="77777777" w:rsidR="0029285E" w:rsidRDefault="0029285E"/>
        </w:tc>
        <w:tc>
          <w:tcPr>
            <w:tcW w:w="245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74F665" w14:textId="77777777" w:rsidR="0029285E" w:rsidRDefault="0029285E"/>
        </w:tc>
      </w:tr>
      <w:tr w:rsidR="0029285E" w14:paraId="3E3D1B91" w14:textId="77777777" w:rsidTr="003D377E">
        <w:trPr>
          <w:jc w:val="center"/>
        </w:trPr>
        <w:tc>
          <w:tcPr>
            <w:tcW w:w="276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361DFC" w14:textId="77777777" w:rsidR="0029285E" w:rsidRDefault="0029285E"/>
        </w:tc>
        <w:tc>
          <w:tcPr>
            <w:tcW w:w="213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2909C3" w14:textId="77777777" w:rsidR="0029285E" w:rsidRDefault="0029285E"/>
        </w:tc>
        <w:tc>
          <w:tcPr>
            <w:tcW w:w="21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68670A" w14:textId="77777777" w:rsidR="0029285E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19"/>
              </w:rPr>
              <w:t>☐ Revocar  ☐ Modificar</w:t>
            </w:r>
          </w:p>
        </w:tc>
        <w:tc>
          <w:tcPr>
            <w:tcW w:w="121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45C560" w14:textId="77777777" w:rsidR="0029285E" w:rsidRDefault="0029285E"/>
        </w:tc>
        <w:tc>
          <w:tcPr>
            <w:tcW w:w="245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B1A613" w14:textId="77777777" w:rsidR="0029285E" w:rsidRDefault="0029285E"/>
        </w:tc>
      </w:tr>
      <w:tr w:rsidR="0029285E" w14:paraId="3A1D3219" w14:textId="77777777" w:rsidTr="003D377E">
        <w:trPr>
          <w:jc w:val="center"/>
        </w:trPr>
        <w:tc>
          <w:tcPr>
            <w:tcW w:w="276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575C65" w14:textId="77777777" w:rsidR="0029285E" w:rsidRDefault="0029285E"/>
        </w:tc>
        <w:tc>
          <w:tcPr>
            <w:tcW w:w="213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807CE9" w14:textId="77777777" w:rsidR="0029285E" w:rsidRDefault="0029285E"/>
        </w:tc>
        <w:tc>
          <w:tcPr>
            <w:tcW w:w="21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44D7E6" w14:textId="77777777" w:rsidR="0029285E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19"/>
              </w:rPr>
              <w:t>☐ Revocar  ☐ Modificar</w:t>
            </w:r>
          </w:p>
        </w:tc>
        <w:tc>
          <w:tcPr>
            <w:tcW w:w="121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1B89EB" w14:textId="77777777" w:rsidR="0029285E" w:rsidRDefault="0029285E"/>
        </w:tc>
        <w:tc>
          <w:tcPr>
            <w:tcW w:w="245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86BD69" w14:textId="77777777" w:rsidR="0029285E" w:rsidRDefault="0029285E"/>
        </w:tc>
      </w:tr>
      <w:tr w:rsidR="0029285E" w14:paraId="72D5D449" w14:textId="77777777" w:rsidTr="003D377E">
        <w:trPr>
          <w:jc w:val="center"/>
        </w:trPr>
        <w:tc>
          <w:tcPr>
            <w:tcW w:w="276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17B177" w14:textId="77777777" w:rsidR="0029285E" w:rsidRDefault="0029285E"/>
        </w:tc>
        <w:tc>
          <w:tcPr>
            <w:tcW w:w="213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FFE78A" w14:textId="77777777" w:rsidR="0029285E" w:rsidRDefault="0029285E"/>
        </w:tc>
        <w:tc>
          <w:tcPr>
            <w:tcW w:w="21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6273A5" w14:textId="77777777" w:rsidR="0029285E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19"/>
              </w:rPr>
              <w:t>☐ Revocar  ☐ Modificar</w:t>
            </w:r>
          </w:p>
        </w:tc>
        <w:tc>
          <w:tcPr>
            <w:tcW w:w="121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FB6AF7" w14:textId="77777777" w:rsidR="0029285E" w:rsidRDefault="0029285E"/>
        </w:tc>
        <w:tc>
          <w:tcPr>
            <w:tcW w:w="245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436065" w14:textId="77777777" w:rsidR="0029285E" w:rsidRDefault="0029285E"/>
        </w:tc>
      </w:tr>
      <w:tr w:rsidR="0029285E" w14:paraId="35A1808A" w14:textId="77777777" w:rsidTr="003D377E">
        <w:trPr>
          <w:jc w:val="center"/>
        </w:trPr>
        <w:tc>
          <w:tcPr>
            <w:tcW w:w="276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3DED4F" w14:textId="77777777" w:rsidR="0029285E" w:rsidRDefault="0029285E"/>
        </w:tc>
        <w:tc>
          <w:tcPr>
            <w:tcW w:w="2133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C59BAF" w14:textId="77777777" w:rsidR="0029285E" w:rsidRDefault="0029285E"/>
        </w:tc>
        <w:tc>
          <w:tcPr>
            <w:tcW w:w="21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F253F3" w14:textId="77777777" w:rsidR="0029285E" w:rsidRDefault="00000000">
            <w:pPr>
              <w:jc w:val="center"/>
            </w:pPr>
            <w:r>
              <w:rPr>
                <w:rFonts w:ascii="Calibri" w:hAnsi="Calibri"/>
                <w:color w:val="222222"/>
                <w:sz w:val="19"/>
              </w:rPr>
              <w:t>☐ Revocar  ☐ Modificar</w:t>
            </w:r>
          </w:p>
        </w:tc>
        <w:tc>
          <w:tcPr>
            <w:tcW w:w="1217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8B8724" w14:textId="77777777" w:rsidR="0029285E" w:rsidRDefault="0029285E"/>
        </w:tc>
        <w:tc>
          <w:tcPr>
            <w:tcW w:w="2459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CC3F35" w14:textId="77777777" w:rsidR="0029285E" w:rsidRDefault="0029285E"/>
        </w:tc>
      </w:tr>
    </w:tbl>
    <w:p w14:paraId="0FCCEF06" w14:textId="77777777" w:rsidR="0029285E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4. AUTORIZACIONES Y EJECUCIÓN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29285E" w14:paraId="07430A8E" w14:textId="77777777">
        <w:trPr>
          <w:jc w:val="center"/>
        </w:trPr>
        <w:tc>
          <w:tcPr>
            <w:tcW w:w="2448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A7832" w14:textId="77777777" w:rsidR="0029285E" w:rsidRDefault="0029285E">
            <w:pPr>
              <w:spacing w:after="0"/>
              <w:jc w:val="center"/>
            </w:pPr>
          </w:p>
        </w:tc>
        <w:tc>
          <w:tcPr>
            <w:tcW w:w="2448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1E6C9" w14:textId="77777777" w:rsidR="0029285E" w:rsidRDefault="0029285E">
            <w:pPr>
              <w:spacing w:after="0"/>
              <w:jc w:val="center"/>
            </w:pPr>
          </w:p>
        </w:tc>
        <w:tc>
          <w:tcPr>
            <w:tcW w:w="2448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5F97F1" w14:textId="77777777" w:rsidR="0029285E" w:rsidRDefault="0029285E">
            <w:pPr>
              <w:spacing w:after="0"/>
              <w:jc w:val="center"/>
            </w:pPr>
          </w:p>
        </w:tc>
        <w:tc>
          <w:tcPr>
            <w:tcW w:w="2448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4DA2F" w14:textId="77777777" w:rsidR="0029285E" w:rsidRDefault="0029285E">
            <w:pPr>
              <w:spacing w:after="0"/>
              <w:jc w:val="center"/>
            </w:pPr>
          </w:p>
        </w:tc>
      </w:tr>
      <w:tr w:rsidR="0029285E" w14:paraId="2E6EE413" w14:textId="77777777">
        <w:trPr>
          <w:jc w:val="center"/>
        </w:trPr>
        <w:tc>
          <w:tcPr>
            <w:tcW w:w="244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89605" w14:textId="77777777" w:rsidR="0029285E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Solicita</w:t>
            </w:r>
          </w:p>
        </w:tc>
        <w:tc>
          <w:tcPr>
            <w:tcW w:w="244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00CA5" w14:textId="77777777" w:rsidR="0029285E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Vo.Bo. Seguridad</w:t>
            </w:r>
          </w:p>
        </w:tc>
        <w:tc>
          <w:tcPr>
            <w:tcW w:w="244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1CCB7" w14:textId="77777777" w:rsidR="0029285E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Ejecuta TI</w:t>
            </w:r>
          </w:p>
        </w:tc>
        <w:tc>
          <w:tcPr>
            <w:tcW w:w="244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759DB" w14:textId="77777777" w:rsidR="0029285E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Confirma cierre</w:t>
            </w:r>
          </w:p>
        </w:tc>
      </w:tr>
    </w:tbl>
    <w:p w14:paraId="6F308B9C" w14:textId="77777777" w:rsidR="000C400A" w:rsidRDefault="000C400A"/>
    <w:sectPr w:rsidR="000C400A" w:rsidSect="00034616">
      <w:footerReference w:type="default" r:id="rId9"/>
      <w:pgSz w:w="12240" w:h="15840"/>
      <w:pgMar w:top="648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0A318" w14:textId="77777777" w:rsidR="000C400A" w:rsidRDefault="000C400A">
      <w:pPr>
        <w:spacing w:after="0" w:line="240" w:lineRule="auto"/>
      </w:pPr>
      <w:r>
        <w:separator/>
      </w:r>
    </w:p>
  </w:endnote>
  <w:endnote w:type="continuationSeparator" w:id="0">
    <w:p w14:paraId="193D4C58" w14:textId="77777777" w:rsidR="000C400A" w:rsidRDefault="000C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015BD" w14:textId="77777777" w:rsidR="0029285E" w:rsidRDefault="00000000">
    <w:pPr>
      <w:pStyle w:val="Piedepgina"/>
      <w:jc w:val="center"/>
    </w:pPr>
    <w:r>
      <w:rPr>
        <w:rFonts w:ascii="Calibri" w:hAnsi="Calibri"/>
        <w:color w:val="666666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E3D08" w14:textId="77777777" w:rsidR="000C400A" w:rsidRDefault="000C400A">
      <w:pPr>
        <w:spacing w:after="0" w:line="240" w:lineRule="auto"/>
      </w:pPr>
      <w:r>
        <w:separator/>
      </w:r>
    </w:p>
  </w:footnote>
  <w:footnote w:type="continuationSeparator" w:id="0">
    <w:p w14:paraId="083F244D" w14:textId="77777777" w:rsidR="000C400A" w:rsidRDefault="000C40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23608">
    <w:abstractNumId w:val="8"/>
  </w:num>
  <w:num w:numId="2" w16cid:durableId="1572809937">
    <w:abstractNumId w:val="6"/>
  </w:num>
  <w:num w:numId="3" w16cid:durableId="1562980974">
    <w:abstractNumId w:val="5"/>
  </w:num>
  <w:num w:numId="4" w16cid:durableId="1123308623">
    <w:abstractNumId w:val="4"/>
  </w:num>
  <w:num w:numId="5" w16cid:durableId="902955197">
    <w:abstractNumId w:val="7"/>
  </w:num>
  <w:num w:numId="6" w16cid:durableId="1288513268">
    <w:abstractNumId w:val="3"/>
  </w:num>
  <w:num w:numId="7" w16cid:durableId="2059742552">
    <w:abstractNumId w:val="2"/>
  </w:num>
  <w:num w:numId="8" w16cid:durableId="1096749020">
    <w:abstractNumId w:val="1"/>
  </w:num>
  <w:num w:numId="9" w16cid:durableId="60256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00A"/>
    <w:rsid w:val="0015074B"/>
    <w:rsid w:val="0029285E"/>
    <w:rsid w:val="0029639D"/>
    <w:rsid w:val="00326F90"/>
    <w:rsid w:val="003D377E"/>
    <w:rsid w:val="00AA1D8D"/>
    <w:rsid w:val="00B47730"/>
    <w:rsid w:val="00BB63E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05BCB9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2026-04-07T18:26:00Z</dcterms:modified>
  <cp:category/>
</cp:coreProperties>
</file>