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061"/>
        <w:gridCol w:w="2199"/>
        <w:gridCol w:w="2255"/>
        <w:gridCol w:w="2082"/>
        <w:gridCol w:w="2135"/>
      </w:tblGrid>
      <w:tr w:rsidR="00AE6590" w14:paraId="648AE3A9" w14:textId="77777777" w:rsidTr="00AE6590">
        <w:trPr>
          <w:jc w:val="center"/>
        </w:trPr>
        <w:tc>
          <w:tcPr>
            <w:tcW w:w="2061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4EBA5C7" w14:textId="77777777" w:rsidR="00AE6590" w:rsidRDefault="00AE6590">
            <w:pPr>
              <w:jc w:val="center"/>
            </w:pPr>
            <w:r>
              <w:rPr>
                <w:rFonts w:ascii="Calibri" w:hAnsi="Calibri"/>
                <w:b/>
                <w:color w:val="222222"/>
                <w:sz w:val="24"/>
              </w:rPr>
              <w:t>FO-SF-0033</w:t>
            </w:r>
          </w:p>
        </w:tc>
        <w:tc>
          <w:tcPr>
            <w:tcW w:w="6536" w:type="dxa"/>
            <w:gridSpan w:val="3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F439C63" w14:textId="77777777" w:rsidR="00AE6590" w:rsidRPr="00AE6590" w:rsidRDefault="00AE6590">
            <w:pPr>
              <w:jc w:val="center"/>
              <w:rPr>
                <w:lang w:val="es-MX"/>
              </w:rPr>
            </w:pPr>
            <w:r w:rsidRPr="00AE6590">
              <w:rPr>
                <w:rFonts w:ascii="Calibri" w:hAnsi="Calibri"/>
                <w:b/>
                <w:color w:val="222222"/>
                <w:sz w:val="24"/>
                <w:lang w:val="es-MX"/>
              </w:rPr>
              <w:t>Notificación de cambio de actividades, roles y responsabilidades</w:t>
            </w:r>
          </w:p>
        </w:tc>
        <w:tc>
          <w:tcPr>
            <w:tcW w:w="2135" w:type="dxa"/>
            <w:vMerge w:val="restart"/>
            <w:tcBorders>
              <w:top w:val="single" w:sz="8" w:space="0" w:color="666666"/>
              <w:left w:val="single" w:sz="8" w:space="0" w:color="666666"/>
              <w:right w:val="single" w:sz="8" w:space="0" w:color="666666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D793136" w14:textId="77777777" w:rsidR="00AE6590" w:rsidRDefault="00AE659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8A96DA0" wp14:editId="76DF7341">
                  <wp:extent cx="502920" cy="141953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978d660-057b-4c91-a087-7b87bb20a4cd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920" cy="1419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FD33450" w14:textId="6D61B6A9" w:rsidR="00AE6590" w:rsidRDefault="00AE6590" w:rsidP="006E1F18">
            <w:pPr>
              <w:jc w:val="center"/>
            </w:pPr>
            <w:r>
              <w:rPr>
                <w:rFonts w:ascii="Calibri" w:hAnsi="Calibri"/>
                <w:b/>
                <w:color w:val="222222"/>
              </w:rPr>
              <w:t>SENDERO FUEL</w:t>
            </w:r>
          </w:p>
        </w:tc>
      </w:tr>
      <w:tr w:rsidR="00AE6590" w14:paraId="4975BBC5" w14:textId="77777777" w:rsidTr="00AE6590">
        <w:trPr>
          <w:jc w:val="center"/>
        </w:trPr>
        <w:tc>
          <w:tcPr>
            <w:tcW w:w="2061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F4CBB50" w14:textId="77777777" w:rsidR="00AE6590" w:rsidRDefault="00AE6590">
            <w:pPr>
              <w:jc w:val="center"/>
            </w:pPr>
            <w:r>
              <w:rPr>
                <w:rFonts w:ascii="Calibri" w:hAnsi="Calibri"/>
                <w:color w:val="222222"/>
                <w:sz w:val="21"/>
              </w:rPr>
              <w:t>Emisión: 7/4/2026</w:t>
            </w:r>
          </w:p>
        </w:tc>
        <w:tc>
          <w:tcPr>
            <w:tcW w:w="2199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DBABBA2" w14:textId="77777777" w:rsidR="00AE6590" w:rsidRDefault="00AE6590">
            <w:pPr>
              <w:jc w:val="center"/>
            </w:pPr>
            <w:r>
              <w:rPr>
                <w:rFonts w:ascii="Calibri" w:hAnsi="Calibri"/>
                <w:color w:val="222222"/>
                <w:sz w:val="21"/>
              </w:rPr>
              <w:t>Revisión: 7/4/2026</w:t>
            </w:r>
          </w:p>
        </w:tc>
        <w:tc>
          <w:tcPr>
            <w:tcW w:w="2255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FBD324E" w14:textId="77777777" w:rsidR="00AE6590" w:rsidRDefault="00AE6590">
            <w:pPr>
              <w:jc w:val="center"/>
            </w:pPr>
            <w:r>
              <w:rPr>
                <w:rFonts w:ascii="Calibri" w:hAnsi="Calibri"/>
                <w:color w:val="222222"/>
                <w:sz w:val="21"/>
              </w:rPr>
              <w:t>Versión: 1</w:t>
            </w:r>
          </w:p>
        </w:tc>
        <w:tc>
          <w:tcPr>
            <w:tcW w:w="2082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83FCF4D" w14:textId="77777777" w:rsidR="00AE6590" w:rsidRDefault="00AE6590">
            <w:pPr>
              <w:jc w:val="center"/>
            </w:pPr>
            <w:r>
              <w:rPr>
                <w:rFonts w:ascii="Calibri" w:hAnsi="Calibri"/>
                <w:color w:val="222222"/>
                <w:sz w:val="21"/>
              </w:rPr>
              <w:t>Formato</w:t>
            </w:r>
          </w:p>
        </w:tc>
        <w:tc>
          <w:tcPr>
            <w:tcW w:w="2135" w:type="dxa"/>
            <w:vMerge/>
            <w:tcBorders>
              <w:left w:val="single" w:sz="8" w:space="0" w:color="666666"/>
              <w:right w:val="single" w:sz="8" w:space="0" w:color="666666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605D980" w14:textId="406D5596" w:rsidR="00AE6590" w:rsidRDefault="00AE6590">
            <w:pPr>
              <w:jc w:val="center"/>
            </w:pPr>
          </w:p>
        </w:tc>
      </w:tr>
      <w:tr w:rsidR="00AE6590" w14:paraId="178F2B76" w14:textId="77777777" w:rsidTr="00AE6590">
        <w:trPr>
          <w:jc w:val="center"/>
        </w:trPr>
        <w:tc>
          <w:tcPr>
            <w:tcW w:w="8597" w:type="dxa"/>
            <w:gridSpan w:val="4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4B15E37" w14:textId="77777777" w:rsidR="00AE6590" w:rsidRDefault="00AE6590">
            <w:r>
              <w:rPr>
                <w:rFonts w:ascii="Calibri" w:hAnsi="Calibri"/>
                <w:color w:val="222222"/>
                <w:sz w:val="21"/>
              </w:rPr>
              <w:t>Área: RECURSOS HUMANOS</w:t>
            </w:r>
          </w:p>
        </w:tc>
        <w:tc>
          <w:tcPr>
            <w:tcW w:w="2135" w:type="dxa"/>
            <w:vMerge/>
            <w:tcBorders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378422A" w14:textId="77777777" w:rsidR="00AE6590" w:rsidRDefault="00AE6590"/>
        </w:tc>
      </w:tr>
    </w:tbl>
    <w:p w14:paraId="6A831E6A" w14:textId="77777777" w:rsidR="00F31448" w:rsidRDefault="00F31448">
      <w:pPr>
        <w:spacing w:after="0"/>
      </w:pPr>
    </w:p>
    <w:p w14:paraId="4332AC76" w14:textId="77777777" w:rsidR="00F31448" w:rsidRDefault="00F31448">
      <w:pPr>
        <w:pBdr>
          <w:bottom w:val="single" w:sz="8" w:space="1" w:color="B4C7E7"/>
        </w:pBdr>
        <w:spacing w:after="40"/>
      </w:pPr>
    </w:p>
    <w:p w14:paraId="0A0F108C" w14:textId="77777777" w:rsidR="00F31448" w:rsidRDefault="00F31448">
      <w:pPr>
        <w:pBdr>
          <w:bottom w:val="single" w:sz="8" w:space="1" w:color="B4C7E7"/>
        </w:pBdr>
        <w:spacing w:after="40"/>
      </w:pPr>
    </w:p>
    <w:p w14:paraId="7EFA90FD" w14:textId="77777777" w:rsidR="00F31448" w:rsidRDefault="00000000">
      <w:pPr>
        <w:spacing w:before="160" w:after="120"/>
      </w:pPr>
      <w:r>
        <w:rPr>
          <w:rFonts w:ascii="Calibri" w:hAnsi="Calibri"/>
          <w:b/>
          <w:color w:val="4472C4"/>
          <w:sz w:val="27"/>
        </w:rPr>
        <w:t>1. DATOS GENERALES DEL MOVIMIENTO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256"/>
        <w:gridCol w:w="5256"/>
      </w:tblGrid>
      <w:tr w:rsidR="00F31448" w14:paraId="61E3C5B6" w14:textId="77777777">
        <w:trPr>
          <w:jc w:val="center"/>
        </w:trPr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D993AB6" w14:textId="77777777" w:rsidR="00F31448" w:rsidRDefault="00000000">
            <w:r>
              <w:rPr>
                <w:rFonts w:ascii="Calibri" w:hAnsi="Calibri"/>
                <w:color w:val="222222"/>
              </w:rPr>
              <w:t>Folio</w:t>
            </w:r>
          </w:p>
        </w:tc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A6E3B40" w14:textId="77777777" w:rsidR="00F31448" w:rsidRDefault="00F31448"/>
        </w:tc>
      </w:tr>
      <w:tr w:rsidR="00F31448" w14:paraId="04B94CC1" w14:textId="77777777">
        <w:trPr>
          <w:jc w:val="center"/>
        </w:trPr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A24D18C" w14:textId="77777777" w:rsidR="00F31448" w:rsidRDefault="00000000">
            <w:r>
              <w:rPr>
                <w:rFonts w:ascii="Calibri" w:hAnsi="Calibri"/>
                <w:color w:val="222222"/>
              </w:rPr>
              <w:t>Fecha de solicitud</w:t>
            </w:r>
          </w:p>
        </w:tc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187E06B" w14:textId="77777777" w:rsidR="00F31448" w:rsidRDefault="00F31448"/>
        </w:tc>
      </w:tr>
      <w:tr w:rsidR="00F31448" w:rsidRPr="00AE6590" w14:paraId="56241E37" w14:textId="77777777">
        <w:trPr>
          <w:jc w:val="center"/>
        </w:trPr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3C24089" w14:textId="77777777" w:rsidR="00F31448" w:rsidRDefault="00000000">
            <w:r>
              <w:rPr>
                <w:rFonts w:ascii="Calibri" w:hAnsi="Calibri"/>
                <w:color w:val="222222"/>
              </w:rPr>
              <w:t>Tipo de cambio</w:t>
            </w:r>
          </w:p>
        </w:tc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E3298FE" w14:textId="77777777" w:rsidR="00F31448" w:rsidRPr="00AE6590" w:rsidRDefault="00000000">
            <w:pPr>
              <w:rPr>
                <w:lang w:val="es-MX"/>
              </w:rPr>
            </w:pPr>
            <w:r w:rsidRPr="00AE6590">
              <w:rPr>
                <w:rFonts w:ascii="Calibri" w:hAnsi="Calibri"/>
                <w:color w:val="222222"/>
                <w:lang w:val="es-MX"/>
              </w:rPr>
              <w:t>☐ Cambio de puesto   ☐ Cambio de área   ☐ Promoción   ☐ Democión   ☐ Ajuste de funciones   ☐ Otro: _________</w:t>
            </w:r>
          </w:p>
        </w:tc>
      </w:tr>
      <w:tr w:rsidR="00F31448" w14:paraId="0DEF43A0" w14:textId="77777777">
        <w:trPr>
          <w:jc w:val="center"/>
        </w:trPr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2A80AEF" w14:textId="77777777" w:rsidR="00F31448" w:rsidRDefault="00000000">
            <w:r>
              <w:rPr>
                <w:rFonts w:ascii="Calibri" w:hAnsi="Calibri"/>
                <w:color w:val="222222"/>
              </w:rPr>
              <w:t>Fecha efectiva del cambio</w:t>
            </w:r>
          </w:p>
        </w:tc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3B83C54" w14:textId="77777777" w:rsidR="00F31448" w:rsidRDefault="00F31448"/>
        </w:tc>
      </w:tr>
      <w:tr w:rsidR="00F31448" w14:paraId="45EBE50C" w14:textId="77777777">
        <w:trPr>
          <w:jc w:val="center"/>
        </w:trPr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F021430" w14:textId="77777777" w:rsidR="00F31448" w:rsidRDefault="00000000">
            <w:r>
              <w:rPr>
                <w:rFonts w:ascii="Calibri" w:hAnsi="Calibri"/>
                <w:color w:val="222222"/>
              </w:rPr>
              <w:t>Área actual</w:t>
            </w:r>
          </w:p>
        </w:tc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DCD3EB7" w14:textId="77777777" w:rsidR="00F31448" w:rsidRDefault="00F31448"/>
        </w:tc>
      </w:tr>
      <w:tr w:rsidR="00F31448" w14:paraId="59A41601" w14:textId="77777777">
        <w:trPr>
          <w:jc w:val="center"/>
        </w:trPr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5BECCDD" w14:textId="77777777" w:rsidR="00F31448" w:rsidRDefault="00000000">
            <w:r>
              <w:rPr>
                <w:rFonts w:ascii="Calibri" w:hAnsi="Calibri"/>
                <w:color w:val="222222"/>
              </w:rPr>
              <w:t>Área nueva</w:t>
            </w:r>
          </w:p>
        </w:tc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3C5E30D" w14:textId="77777777" w:rsidR="00F31448" w:rsidRDefault="00F31448"/>
        </w:tc>
      </w:tr>
      <w:tr w:rsidR="00F31448" w14:paraId="059C9222" w14:textId="77777777">
        <w:trPr>
          <w:jc w:val="center"/>
        </w:trPr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6ED0B9E" w14:textId="77777777" w:rsidR="00F31448" w:rsidRDefault="00000000">
            <w:r>
              <w:rPr>
                <w:rFonts w:ascii="Calibri" w:hAnsi="Calibri"/>
                <w:color w:val="222222"/>
              </w:rPr>
              <w:t>Jefe inmediato actual</w:t>
            </w:r>
          </w:p>
        </w:tc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EE36B6A" w14:textId="77777777" w:rsidR="00F31448" w:rsidRDefault="00F31448"/>
        </w:tc>
      </w:tr>
      <w:tr w:rsidR="00F31448" w14:paraId="6C4A4365" w14:textId="77777777">
        <w:trPr>
          <w:jc w:val="center"/>
        </w:trPr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29EE6E9" w14:textId="77777777" w:rsidR="00F31448" w:rsidRDefault="00000000">
            <w:r>
              <w:rPr>
                <w:rFonts w:ascii="Calibri" w:hAnsi="Calibri"/>
                <w:color w:val="222222"/>
              </w:rPr>
              <w:t>Jefe inmediato nuevo</w:t>
            </w:r>
          </w:p>
        </w:tc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50D5A35" w14:textId="77777777" w:rsidR="00F31448" w:rsidRDefault="00F31448"/>
        </w:tc>
      </w:tr>
    </w:tbl>
    <w:p w14:paraId="780876F8" w14:textId="77777777" w:rsidR="00F31448" w:rsidRDefault="00000000">
      <w:pPr>
        <w:spacing w:before="160" w:after="120"/>
      </w:pPr>
      <w:r>
        <w:rPr>
          <w:rFonts w:ascii="Calibri" w:hAnsi="Calibri"/>
          <w:b/>
          <w:color w:val="4472C4"/>
          <w:sz w:val="27"/>
        </w:rPr>
        <w:t>2. DATOS DEL COLABORADOR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256"/>
        <w:gridCol w:w="5256"/>
      </w:tblGrid>
      <w:tr w:rsidR="00F31448" w14:paraId="00B42D1D" w14:textId="77777777">
        <w:trPr>
          <w:jc w:val="center"/>
        </w:trPr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7C8FCE7" w14:textId="77777777" w:rsidR="00F31448" w:rsidRDefault="00000000">
            <w:r>
              <w:rPr>
                <w:rFonts w:ascii="Calibri" w:hAnsi="Calibri"/>
                <w:color w:val="222222"/>
              </w:rPr>
              <w:t>Nombre completo</w:t>
            </w:r>
          </w:p>
        </w:tc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49B3103" w14:textId="77777777" w:rsidR="00F31448" w:rsidRDefault="00F31448"/>
        </w:tc>
      </w:tr>
      <w:tr w:rsidR="00F31448" w14:paraId="4FB4568C" w14:textId="77777777">
        <w:trPr>
          <w:jc w:val="center"/>
        </w:trPr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B33701A" w14:textId="77777777" w:rsidR="00F31448" w:rsidRDefault="00000000">
            <w:r>
              <w:rPr>
                <w:rFonts w:ascii="Calibri" w:hAnsi="Calibri"/>
                <w:color w:val="222222"/>
              </w:rPr>
              <w:t>Número de empleado</w:t>
            </w:r>
          </w:p>
        </w:tc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F6062A0" w14:textId="77777777" w:rsidR="00F31448" w:rsidRDefault="00F31448"/>
        </w:tc>
      </w:tr>
      <w:tr w:rsidR="00F31448" w14:paraId="4A880220" w14:textId="77777777">
        <w:trPr>
          <w:jc w:val="center"/>
        </w:trPr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46926D1" w14:textId="77777777" w:rsidR="00F31448" w:rsidRDefault="00000000">
            <w:r>
              <w:rPr>
                <w:rFonts w:ascii="Calibri" w:hAnsi="Calibri"/>
                <w:color w:val="222222"/>
              </w:rPr>
              <w:t>Puesto actual</w:t>
            </w:r>
          </w:p>
        </w:tc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102FBF0" w14:textId="77777777" w:rsidR="00F31448" w:rsidRDefault="00F31448"/>
        </w:tc>
      </w:tr>
      <w:tr w:rsidR="00F31448" w14:paraId="40F8796A" w14:textId="77777777">
        <w:trPr>
          <w:jc w:val="center"/>
        </w:trPr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EC65A98" w14:textId="77777777" w:rsidR="00F31448" w:rsidRDefault="00000000">
            <w:r>
              <w:rPr>
                <w:rFonts w:ascii="Calibri" w:hAnsi="Calibri"/>
                <w:color w:val="222222"/>
              </w:rPr>
              <w:t>Nuevo puesto / rol</w:t>
            </w:r>
          </w:p>
        </w:tc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A8E524E" w14:textId="77777777" w:rsidR="00F31448" w:rsidRDefault="00F31448"/>
        </w:tc>
      </w:tr>
      <w:tr w:rsidR="00F31448" w14:paraId="0108BD42" w14:textId="77777777">
        <w:trPr>
          <w:jc w:val="center"/>
        </w:trPr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756B3BF" w14:textId="77777777" w:rsidR="00F31448" w:rsidRDefault="00000000">
            <w:r>
              <w:rPr>
                <w:rFonts w:ascii="Calibri" w:hAnsi="Calibri"/>
                <w:color w:val="222222"/>
              </w:rPr>
              <w:t>Puesto sensible o crítico</w:t>
            </w:r>
          </w:p>
        </w:tc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43A70DD" w14:textId="77777777" w:rsidR="00F31448" w:rsidRDefault="00000000">
            <w:r>
              <w:rPr>
                <w:rFonts w:ascii="Calibri" w:hAnsi="Calibri"/>
                <w:color w:val="222222"/>
              </w:rPr>
              <w:t>☐ Sí   ☐ No</w:t>
            </w:r>
          </w:p>
        </w:tc>
      </w:tr>
    </w:tbl>
    <w:p w14:paraId="475140E7" w14:textId="77777777" w:rsidR="00F31448" w:rsidRDefault="00000000">
      <w:pPr>
        <w:spacing w:before="160" w:after="120"/>
      </w:pPr>
      <w:r>
        <w:rPr>
          <w:rFonts w:ascii="Calibri" w:hAnsi="Calibri"/>
          <w:b/>
          <w:color w:val="4472C4"/>
          <w:sz w:val="27"/>
        </w:rPr>
        <w:t>3. DESCRIPCIÓN DEL CAMBIO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0512"/>
      </w:tblGrid>
      <w:tr w:rsidR="00F31448" w14:paraId="6C01CBF4" w14:textId="77777777">
        <w:trPr>
          <w:jc w:val="center"/>
        </w:trPr>
        <w:tc>
          <w:tcPr>
            <w:tcW w:w="10512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333B30A" w14:textId="77777777" w:rsidR="00F31448" w:rsidRPr="00AE6590" w:rsidRDefault="00000000">
            <w:pPr>
              <w:rPr>
                <w:lang w:val="es-MX"/>
              </w:rPr>
            </w:pPr>
            <w:r w:rsidRPr="00AE6590">
              <w:rPr>
                <w:rFonts w:ascii="Calibri" w:hAnsi="Calibri"/>
                <w:color w:val="222222"/>
                <w:lang w:val="es-MX"/>
              </w:rPr>
              <w:t>Actividades que deja de realizar / nuevas responsabilidades / justificación</w:t>
            </w:r>
          </w:p>
          <w:p w14:paraId="416852C3" w14:textId="77777777" w:rsidR="00F31448" w:rsidRDefault="00000000">
            <w:r>
              <w:rPr>
                <w:rFonts w:ascii="Calibri" w:hAnsi="Calibri"/>
                <w:color w:val="666666"/>
                <w:sz w:val="20"/>
              </w:rPr>
              <w:t>________________________________________________________________________________________</w:t>
            </w:r>
          </w:p>
          <w:p w14:paraId="5A3BCB4B" w14:textId="77777777" w:rsidR="00F31448" w:rsidRDefault="00000000">
            <w:r>
              <w:rPr>
                <w:rFonts w:ascii="Calibri" w:hAnsi="Calibri"/>
                <w:color w:val="666666"/>
                <w:sz w:val="20"/>
              </w:rPr>
              <w:t>________________________________________________________________________________________</w:t>
            </w:r>
          </w:p>
          <w:p w14:paraId="42F2EEE3" w14:textId="77777777" w:rsidR="00F31448" w:rsidRDefault="00000000">
            <w:r>
              <w:rPr>
                <w:rFonts w:ascii="Calibri" w:hAnsi="Calibri"/>
                <w:color w:val="666666"/>
                <w:sz w:val="20"/>
              </w:rPr>
              <w:t>________________________________________________________________________________________</w:t>
            </w:r>
          </w:p>
          <w:p w14:paraId="7CC350DB" w14:textId="77777777" w:rsidR="00F31448" w:rsidRDefault="00000000">
            <w:r>
              <w:rPr>
                <w:rFonts w:ascii="Calibri" w:hAnsi="Calibri"/>
                <w:color w:val="666666"/>
                <w:sz w:val="20"/>
              </w:rPr>
              <w:t>________________________________________________________________________________________</w:t>
            </w:r>
          </w:p>
        </w:tc>
      </w:tr>
    </w:tbl>
    <w:p w14:paraId="1BFA4D26" w14:textId="77777777" w:rsidR="00F31448" w:rsidRPr="00AE6590" w:rsidRDefault="00000000">
      <w:pPr>
        <w:spacing w:before="160" w:after="120"/>
        <w:rPr>
          <w:lang w:val="es-MX"/>
        </w:rPr>
      </w:pPr>
      <w:r w:rsidRPr="00AE6590">
        <w:rPr>
          <w:rFonts w:ascii="Calibri" w:hAnsi="Calibri"/>
          <w:b/>
          <w:color w:val="4472C4"/>
          <w:sz w:val="27"/>
          <w:lang w:val="es-MX"/>
        </w:rPr>
        <w:t>4. IMPACTO EN ACCESOS, ACTIVOS Y DOCUMENTOS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256"/>
        <w:gridCol w:w="5256"/>
      </w:tblGrid>
      <w:tr w:rsidR="00F31448" w14:paraId="5704AD8F" w14:textId="77777777">
        <w:trPr>
          <w:jc w:val="center"/>
        </w:trPr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C6E67DE" w14:textId="77777777" w:rsidR="00F31448" w:rsidRPr="00AE6590" w:rsidRDefault="00000000">
            <w:pPr>
              <w:rPr>
                <w:lang w:val="es-MX"/>
              </w:rPr>
            </w:pPr>
            <w:r w:rsidRPr="00AE6590">
              <w:rPr>
                <w:rFonts w:ascii="Calibri" w:hAnsi="Calibri"/>
                <w:color w:val="222222"/>
                <w:lang w:val="es-MX"/>
              </w:rPr>
              <w:t>☐ Requiere revocación de accesos anteriores</w:t>
            </w:r>
          </w:p>
        </w:tc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293B146" w14:textId="77777777" w:rsidR="00F31448" w:rsidRDefault="00000000">
            <w:r>
              <w:rPr>
                <w:rFonts w:ascii="Calibri" w:hAnsi="Calibri"/>
                <w:color w:val="222222"/>
              </w:rPr>
              <w:t>☐ Requiere nuevos accesos</w:t>
            </w:r>
          </w:p>
        </w:tc>
      </w:tr>
      <w:tr w:rsidR="00F31448" w:rsidRPr="00AE6590" w14:paraId="63703217" w14:textId="77777777">
        <w:trPr>
          <w:jc w:val="center"/>
        </w:trPr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9832CB3" w14:textId="77777777" w:rsidR="00F31448" w:rsidRPr="00AE6590" w:rsidRDefault="00000000">
            <w:pPr>
              <w:rPr>
                <w:lang w:val="es-MX"/>
              </w:rPr>
            </w:pPr>
            <w:r w:rsidRPr="00AE6590">
              <w:rPr>
                <w:rFonts w:ascii="Calibri" w:hAnsi="Calibri"/>
                <w:color w:val="222222"/>
                <w:lang w:val="es-MX"/>
              </w:rPr>
              <w:t>☐ Requiere cambio de perfil de privilegios</w:t>
            </w:r>
          </w:p>
        </w:tc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856C27D" w14:textId="77777777" w:rsidR="00F31448" w:rsidRPr="00AE6590" w:rsidRDefault="00000000">
            <w:pPr>
              <w:rPr>
                <w:lang w:val="es-MX"/>
              </w:rPr>
            </w:pPr>
            <w:r w:rsidRPr="00AE6590">
              <w:rPr>
                <w:rFonts w:ascii="Calibri" w:hAnsi="Calibri"/>
                <w:color w:val="222222"/>
                <w:lang w:val="es-MX"/>
              </w:rPr>
              <w:t>☐ Requiere actualización de activos asignados</w:t>
            </w:r>
          </w:p>
        </w:tc>
      </w:tr>
      <w:tr w:rsidR="00F31448" w:rsidRPr="00AE6590" w14:paraId="62A53622" w14:textId="77777777">
        <w:trPr>
          <w:jc w:val="center"/>
        </w:trPr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23E7FC9" w14:textId="77777777" w:rsidR="00F31448" w:rsidRPr="00AE6590" w:rsidRDefault="00000000">
            <w:pPr>
              <w:rPr>
                <w:lang w:val="es-MX"/>
              </w:rPr>
            </w:pPr>
            <w:r w:rsidRPr="00AE6590">
              <w:rPr>
                <w:rFonts w:ascii="Calibri" w:hAnsi="Calibri"/>
                <w:color w:val="222222"/>
                <w:lang w:val="es-MX"/>
              </w:rPr>
              <w:t>☐ Requiere actualización de términos y condiciones</w:t>
            </w:r>
          </w:p>
        </w:tc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2B91D49" w14:textId="77777777" w:rsidR="00F31448" w:rsidRPr="00AE6590" w:rsidRDefault="00000000">
            <w:pPr>
              <w:rPr>
                <w:lang w:val="es-MX"/>
              </w:rPr>
            </w:pPr>
            <w:r w:rsidRPr="00AE6590">
              <w:rPr>
                <w:rFonts w:ascii="Calibri" w:hAnsi="Calibri"/>
                <w:color w:val="222222"/>
                <w:lang w:val="es-MX"/>
              </w:rPr>
              <w:t>☐ Requiere capacitación o inducción adicional</w:t>
            </w:r>
          </w:p>
        </w:tc>
      </w:tr>
    </w:tbl>
    <w:p w14:paraId="771AB487" w14:textId="77777777" w:rsidR="00F31448" w:rsidRPr="00AE6590" w:rsidRDefault="00F31448">
      <w:pPr>
        <w:spacing w:after="80"/>
        <w:rPr>
          <w:lang w:val="es-MX"/>
        </w:rPr>
      </w:pPr>
    </w:p>
    <w:p w14:paraId="568C9AC0" w14:textId="77777777" w:rsidR="00F31448" w:rsidRDefault="00000000">
      <w:pPr>
        <w:spacing w:before="160" w:after="120"/>
      </w:pPr>
      <w:r>
        <w:rPr>
          <w:rFonts w:ascii="Calibri" w:hAnsi="Calibri"/>
          <w:b/>
          <w:color w:val="4472C4"/>
          <w:sz w:val="27"/>
        </w:rPr>
        <w:t>5. AUTORIZACIONES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448"/>
        <w:gridCol w:w="2448"/>
        <w:gridCol w:w="2448"/>
        <w:gridCol w:w="2448"/>
      </w:tblGrid>
      <w:tr w:rsidR="00F31448" w14:paraId="6985A317" w14:textId="77777777">
        <w:trPr>
          <w:jc w:val="center"/>
        </w:trPr>
        <w:tc>
          <w:tcPr>
            <w:tcW w:w="2448" w:type="dxa"/>
            <w:tcBorders>
              <w:top w:val="single" w:sz="8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198D64" w14:textId="77777777" w:rsidR="00F31448" w:rsidRDefault="00F31448">
            <w:pPr>
              <w:spacing w:after="0"/>
              <w:jc w:val="center"/>
            </w:pPr>
          </w:p>
        </w:tc>
        <w:tc>
          <w:tcPr>
            <w:tcW w:w="2448" w:type="dxa"/>
            <w:tcBorders>
              <w:top w:val="single" w:sz="8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5226C5" w14:textId="77777777" w:rsidR="00F31448" w:rsidRDefault="00F31448">
            <w:pPr>
              <w:spacing w:after="0"/>
              <w:jc w:val="center"/>
            </w:pPr>
          </w:p>
        </w:tc>
        <w:tc>
          <w:tcPr>
            <w:tcW w:w="2448" w:type="dxa"/>
            <w:tcBorders>
              <w:top w:val="single" w:sz="8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62DB5" w14:textId="77777777" w:rsidR="00F31448" w:rsidRDefault="00F31448">
            <w:pPr>
              <w:spacing w:after="0"/>
              <w:jc w:val="center"/>
            </w:pPr>
          </w:p>
        </w:tc>
        <w:tc>
          <w:tcPr>
            <w:tcW w:w="2448" w:type="dxa"/>
            <w:tcBorders>
              <w:top w:val="single" w:sz="8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343FF0" w14:textId="77777777" w:rsidR="00F31448" w:rsidRDefault="00F31448">
            <w:pPr>
              <w:spacing w:after="0"/>
              <w:jc w:val="center"/>
            </w:pPr>
          </w:p>
        </w:tc>
      </w:tr>
      <w:tr w:rsidR="00F31448" w14:paraId="77D9725E" w14:textId="77777777">
        <w:trPr>
          <w:jc w:val="center"/>
        </w:trPr>
        <w:tc>
          <w:tcPr>
            <w:tcW w:w="2448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CE9F71" w14:textId="77777777" w:rsidR="00F31448" w:rsidRDefault="00000000">
            <w:pPr>
              <w:spacing w:after="0"/>
              <w:jc w:val="center"/>
            </w:pPr>
            <w:r>
              <w:rPr>
                <w:rFonts w:ascii="Calibri" w:hAnsi="Calibri"/>
                <w:color w:val="222222"/>
                <w:sz w:val="21"/>
              </w:rPr>
              <w:t>Solicita</w:t>
            </w:r>
          </w:p>
        </w:tc>
        <w:tc>
          <w:tcPr>
            <w:tcW w:w="2448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C79614" w14:textId="77777777" w:rsidR="00F31448" w:rsidRDefault="00000000">
            <w:pPr>
              <w:spacing w:after="0"/>
              <w:jc w:val="center"/>
            </w:pPr>
            <w:r>
              <w:rPr>
                <w:rFonts w:ascii="Calibri" w:hAnsi="Calibri"/>
                <w:color w:val="222222"/>
                <w:sz w:val="21"/>
              </w:rPr>
              <w:t>Revisa RH</w:t>
            </w:r>
          </w:p>
        </w:tc>
        <w:tc>
          <w:tcPr>
            <w:tcW w:w="2448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D569EA" w14:textId="77777777" w:rsidR="00F31448" w:rsidRDefault="00000000">
            <w:pPr>
              <w:spacing w:after="0"/>
              <w:jc w:val="center"/>
            </w:pPr>
            <w:r>
              <w:rPr>
                <w:rFonts w:ascii="Calibri" w:hAnsi="Calibri"/>
                <w:color w:val="222222"/>
                <w:sz w:val="21"/>
              </w:rPr>
              <w:t>Vo.Bo. Seguridad / TI</w:t>
            </w:r>
          </w:p>
        </w:tc>
        <w:tc>
          <w:tcPr>
            <w:tcW w:w="2448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4CF82B" w14:textId="77777777" w:rsidR="00F31448" w:rsidRDefault="00000000">
            <w:pPr>
              <w:spacing w:after="0"/>
              <w:jc w:val="center"/>
            </w:pPr>
            <w:r>
              <w:rPr>
                <w:rFonts w:ascii="Calibri" w:hAnsi="Calibri"/>
                <w:color w:val="222222"/>
                <w:sz w:val="21"/>
              </w:rPr>
              <w:t>Autoriza</w:t>
            </w:r>
          </w:p>
        </w:tc>
      </w:tr>
    </w:tbl>
    <w:p w14:paraId="6C057DCD" w14:textId="77777777" w:rsidR="001603F9" w:rsidRDefault="001603F9"/>
    <w:sectPr w:rsidR="001603F9" w:rsidSect="00034616">
      <w:footerReference w:type="default" r:id="rId9"/>
      <w:pgSz w:w="12240" w:h="15840"/>
      <w:pgMar w:top="648" w:right="864" w:bottom="792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DF06A5" w14:textId="77777777" w:rsidR="001603F9" w:rsidRDefault="001603F9">
      <w:pPr>
        <w:spacing w:after="0" w:line="240" w:lineRule="auto"/>
      </w:pPr>
      <w:r>
        <w:separator/>
      </w:r>
    </w:p>
  </w:endnote>
  <w:endnote w:type="continuationSeparator" w:id="0">
    <w:p w14:paraId="40E5B89A" w14:textId="77777777" w:rsidR="001603F9" w:rsidRDefault="001603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1EF86" w14:textId="77777777" w:rsidR="00F31448" w:rsidRDefault="00000000">
    <w:pPr>
      <w:pStyle w:val="Piedepgina"/>
      <w:jc w:val="center"/>
    </w:pPr>
    <w:r>
      <w:rPr>
        <w:rFonts w:ascii="Calibri" w:hAnsi="Calibri"/>
        <w:color w:val="666666"/>
        <w:sz w:val="18"/>
      </w:rPr>
      <w:t>SENDERO FUEL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7E466F" w14:textId="77777777" w:rsidR="001603F9" w:rsidRDefault="001603F9">
      <w:pPr>
        <w:spacing w:after="0" w:line="240" w:lineRule="auto"/>
      </w:pPr>
      <w:r>
        <w:separator/>
      </w:r>
    </w:p>
  </w:footnote>
  <w:footnote w:type="continuationSeparator" w:id="0">
    <w:p w14:paraId="6F2A56CC" w14:textId="77777777" w:rsidR="001603F9" w:rsidRDefault="001603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2362089">
    <w:abstractNumId w:val="8"/>
  </w:num>
  <w:num w:numId="2" w16cid:durableId="1587181392">
    <w:abstractNumId w:val="6"/>
  </w:num>
  <w:num w:numId="3" w16cid:durableId="813571962">
    <w:abstractNumId w:val="5"/>
  </w:num>
  <w:num w:numId="4" w16cid:durableId="1487749240">
    <w:abstractNumId w:val="4"/>
  </w:num>
  <w:num w:numId="5" w16cid:durableId="302388471">
    <w:abstractNumId w:val="7"/>
  </w:num>
  <w:num w:numId="6" w16cid:durableId="1073549271">
    <w:abstractNumId w:val="3"/>
  </w:num>
  <w:num w:numId="7" w16cid:durableId="465660100">
    <w:abstractNumId w:val="2"/>
  </w:num>
  <w:num w:numId="8" w16cid:durableId="815996519">
    <w:abstractNumId w:val="1"/>
  </w:num>
  <w:num w:numId="9" w16cid:durableId="1280918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03F9"/>
    <w:rsid w:val="0029639D"/>
    <w:rsid w:val="00326F90"/>
    <w:rsid w:val="00AA1D8D"/>
    <w:rsid w:val="00AE6590"/>
    <w:rsid w:val="00B47730"/>
    <w:rsid w:val="00BB63EB"/>
    <w:rsid w:val="00CB0664"/>
    <w:rsid w:val="00F3144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8C10E4C"/>
  <w14:defaultImageDpi w14:val="300"/>
  <w15:docId w15:val="{EF522179-0B5E-4D55-B50C-8B3769314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222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Gabriela Escamilla</cp:lastModifiedBy>
  <cp:revision>2</cp:revision>
  <dcterms:created xsi:type="dcterms:W3CDTF">2013-12-23T23:15:00Z</dcterms:created>
  <dcterms:modified xsi:type="dcterms:W3CDTF">2026-04-07T18:15:00Z</dcterms:modified>
  <cp:category/>
</cp:coreProperties>
</file>