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61"/>
        <w:gridCol w:w="2199"/>
        <w:gridCol w:w="2255"/>
        <w:gridCol w:w="2082"/>
        <w:gridCol w:w="2135"/>
      </w:tblGrid>
      <w:tr w:rsidR="008C29CF" w14:paraId="7866B403" w14:textId="77777777" w:rsidTr="008C29CF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1772B3" w14:textId="6F0D6BBB" w:rsidR="008C29CF" w:rsidRDefault="008C29CF">
            <w:pPr>
              <w:jc w:val="center"/>
            </w:pPr>
            <w:r>
              <w:rPr>
                <w:rFonts w:ascii="Calibri" w:hAnsi="Calibri"/>
                <w:b/>
                <w:color w:val="222222"/>
                <w:sz w:val="24"/>
              </w:rPr>
              <w:t>FO-SF-003</w:t>
            </w:r>
            <w:r w:rsidR="00CD6C32">
              <w:rPr>
                <w:rFonts w:ascii="Calibri" w:hAnsi="Calibri"/>
                <w:b/>
                <w:color w:val="222222"/>
                <w:sz w:val="24"/>
              </w:rPr>
              <w:t>2</w:t>
            </w:r>
          </w:p>
        </w:tc>
        <w:tc>
          <w:tcPr>
            <w:tcW w:w="6536" w:type="dxa"/>
            <w:gridSpan w:val="3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980B54" w14:textId="77777777" w:rsidR="008C29CF" w:rsidRPr="008C29CF" w:rsidRDefault="008C29CF">
            <w:pPr>
              <w:jc w:val="center"/>
              <w:rPr>
                <w:lang w:val="es-MX"/>
              </w:rPr>
            </w:pPr>
            <w:r w:rsidRPr="008C29CF">
              <w:rPr>
                <w:rFonts w:ascii="Calibri" w:hAnsi="Calibri"/>
                <w:b/>
                <w:color w:val="222222"/>
                <w:sz w:val="24"/>
                <w:lang w:val="es-MX"/>
              </w:rPr>
              <w:t>Notificación de terminación de la relación contractual</w:t>
            </w:r>
          </w:p>
        </w:tc>
        <w:tc>
          <w:tcPr>
            <w:tcW w:w="2135" w:type="dxa"/>
            <w:vMerge w:val="restart"/>
            <w:tcBorders>
              <w:top w:val="single" w:sz="8" w:space="0" w:color="666666"/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2A5A596" w14:textId="77777777" w:rsidR="008C29CF" w:rsidRDefault="008C29C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F6B134" wp14:editId="31F8DD03">
                  <wp:extent cx="502920" cy="14195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978d660-057b-4c91-a087-7b87bb20a4cd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920" cy="141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F7683C" w14:textId="27CE2F3B" w:rsidR="008C29CF" w:rsidRDefault="008C29CF" w:rsidP="00107FDB">
            <w:pPr>
              <w:jc w:val="center"/>
            </w:pPr>
            <w:r>
              <w:rPr>
                <w:rFonts w:ascii="Calibri" w:hAnsi="Calibri"/>
                <w:b/>
                <w:color w:val="222222"/>
              </w:rPr>
              <w:t>SENDERO FUEL</w:t>
            </w:r>
          </w:p>
        </w:tc>
      </w:tr>
      <w:tr w:rsidR="008C29CF" w14:paraId="2392D3AD" w14:textId="77777777" w:rsidTr="008C29CF">
        <w:trPr>
          <w:jc w:val="center"/>
        </w:trPr>
        <w:tc>
          <w:tcPr>
            <w:tcW w:w="206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14DEB6" w14:textId="77777777" w:rsidR="008C29CF" w:rsidRDefault="008C29CF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Emisión: 7/4/2026</w:t>
            </w:r>
          </w:p>
        </w:tc>
        <w:tc>
          <w:tcPr>
            <w:tcW w:w="219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B0BD44" w14:textId="77777777" w:rsidR="008C29CF" w:rsidRDefault="008C29CF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Revisión: 7/4/2026</w:t>
            </w:r>
          </w:p>
        </w:tc>
        <w:tc>
          <w:tcPr>
            <w:tcW w:w="2255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59A8AE" w14:textId="77777777" w:rsidR="008C29CF" w:rsidRDefault="008C29CF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Versión: 1</w:t>
            </w:r>
          </w:p>
        </w:tc>
        <w:tc>
          <w:tcPr>
            <w:tcW w:w="2082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A8DFEC" w14:textId="77777777" w:rsidR="008C29CF" w:rsidRDefault="008C29CF">
            <w:pPr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Formato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89E7E9" w14:textId="0084D32A" w:rsidR="008C29CF" w:rsidRDefault="008C29CF">
            <w:pPr>
              <w:jc w:val="center"/>
            </w:pPr>
          </w:p>
        </w:tc>
      </w:tr>
      <w:tr w:rsidR="008C29CF" w14:paraId="29DFAEBE" w14:textId="77777777" w:rsidTr="008C29CF">
        <w:trPr>
          <w:jc w:val="center"/>
        </w:trPr>
        <w:tc>
          <w:tcPr>
            <w:tcW w:w="8597" w:type="dxa"/>
            <w:gridSpan w:val="4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shd w:val="clear" w:color="auto" w:fill="FFFFFF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CF5B67" w14:textId="77777777" w:rsidR="008C29CF" w:rsidRDefault="008C29CF">
            <w:r>
              <w:rPr>
                <w:rFonts w:ascii="Calibri" w:hAnsi="Calibri"/>
                <w:color w:val="222222"/>
                <w:sz w:val="21"/>
              </w:rPr>
              <w:t>Área: RECURSOS HUMANOS</w:t>
            </w:r>
          </w:p>
        </w:tc>
        <w:tc>
          <w:tcPr>
            <w:tcW w:w="2135" w:type="dxa"/>
            <w:vMerge/>
            <w:tcBorders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F26A29" w14:textId="77777777" w:rsidR="008C29CF" w:rsidRDefault="008C29CF"/>
        </w:tc>
      </w:tr>
    </w:tbl>
    <w:p w14:paraId="053F6EA4" w14:textId="77777777" w:rsidR="00D174EE" w:rsidRDefault="00D174EE">
      <w:pPr>
        <w:spacing w:after="0"/>
      </w:pPr>
    </w:p>
    <w:p w14:paraId="6D844538" w14:textId="77777777" w:rsidR="00D174EE" w:rsidRDefault="00D174EE">
      <w:pPr>
        <w:pBdr>
          <w:bottom w:val="single" w:sz="8" w:space="1" w:color="B4C7E7"/>
        </w:pBdr>
        <w:spacing w:after="40"/>
      </w:pPr>
    </w:p>
    <w:p w14:paraId="066065AA" w14:textId="77777777" w:rsidR="00D174EE" w:rsidRDefault="00D174EE">
      <w:pPr>
        <w:pBdr>
          <w:bottom w:val="single" w:sz="8" w:space="1" w:color="B4C7E7"/>
        </w:pBdr>
        <w:spacing w:after="40"/>
      </w:pPr>
    </w:p>
    <w:p w14:paraId="3B28E906" w14:textId="77777777" w:rsidR="00D174EE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1. DATOS GENERALES DEL EVENTO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D174EE" w14:paraId="41F98FF8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8062D9" w14:textId="77777777" w:rsidR="00D174EE" w:rsidRDefault="00000000">
            <w:r>
              <w:rPr>
                <w:rFonts w:ascii="Calibri" w:hAnsi="Calibri"/>
                <w:color w:val="222222"/>
              </w:rPr>
              <w:t>Folio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5CE63C" w14:textId="77777777" w:rsidR="00D174EE" w:rsidRDefault="00D174EE"/>
        </w:tc>
      </w:tr>
      <w:tr w:rsidR="00D174EE" w14:paraId="28399259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1506D2" w14:textId="77777777" w:rsidR="00D174EE" w:rsidRDefault="00000000">
            <w:r>
              <w:rPr>
                <w:rFonts w:ascii="Calibri" w:hAnsi="Calibri"/>
                <w:color w:val="222222"/>
              </w:rPr>
              <w:t>Fecha de notificación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7B36515" w14:textId="77777777" w:rsidR="00D174EE" w:rsidRDefault="00D174EE"/>
        </w:tc>
      </w:tr>
      <w:tr w:rsidR="00D174EE" w:rsidRPr="00CD6C32" w14:paraId="163D7C6F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B03141" w14:textId="77777777" w:rsidR="00D174EE" w:rsidRDefault="00000000">
            <w:r>
              <w:rPr>
                <w:rFonts w:ascii="Calibri" w:hAnsi="Calibri"/>
                <w:color w:val="222222"/>
              </w:rPr>
              <w:t>Tipo de terminación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5E6B0B" w14:textId="77777777" w:rsidR="00D174EE" w:rsidRPr="008C29CF" w:rsidRDefault="00000000">
            <w:pPr>
              <w:rPr>
                <w:lang w:val="es-MX"/>
              </w:rPr>
            </w:pPr>
            <w:r w:rsidRPr="008C29CF">
              <w:rPr>
                <w:rFonts w:ascii="Calibri" w:hAnsi="Calibri"/>
                <w:color w:val="222222"/>
                <w:lang w:val="es-MX"/>
              </w:rPr>
              <w:t>☐ Renuncia   ☐ Rescisión / despido   ☐ Término de contrato   ☐ Mutuo acuerdo   ☐ Otro: __________</w:t>
            </w:r>
          </w:p>
        </w:tc>
      </w:tr>
      <w:tr w:rsidR="00D174EE" w14:paraId="009905E0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DB7654" w14:textId="77777777" w:rsidR="00D174EE" w:rsidRDefault="00000000">
            <w:proofErr w:type="spellStart"/>
            <w:r>
              <w:rPr>
                <w:rFonts w:ascii="Calibri" w:hAnsi="Calibri"/>
                <w:color w:val="222222"/>
              </w:rPr>
              <w:t>Fecha</w:t>
            </w:r>
            <w:proofErr w:type="spellEnd"/>
            <w:r>
              <w:rPr>
                <w:rFonts w:ascii="Calibri" w:hAnsi="Calibri"/>
                <w:color w:val="222222"/>
              </w:rPr>
              <w:t xml:space="preserve"> </w:t>
            </w:r>
            <w:proofErr w:type="spellStart"/>
            <w:r>
              <w:rPr>
                <w:rFonts w:ascii="Calibri" w:hAnsi="Calibri"/>
                <w:color w:val="222222"/>
              </w:rPr>
              <w:t>efectiva</w:t>
            </w:r>
            <w:proofErr w:type="spellEnd"/>
            <w:r>
              <w:rPr>
                <w:rFonts w:ascii="Calibri" w:hAnsi="Calibri"/>
                <w:color w:val="222222"/>
              </w:rPr>
              <w:t xml:space="preserve"> de baja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5763B6" w14:textId="77777777" w:rsidR="00D174EE" w:rsidRDefault="00D174EE"/>
        </w:tc>
      </w:tr>
      <w:tr w:rsidR="00D174EE" w14:paraId="6B11B3A7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83242A" w14:textId="77777777" w:rsidR="00D174EE" w:rsidRDefault="00000000">
            <w:r>
              <w:rPr>
                <w:rFonts w:ascii="Calibri" w:hAnsi="Calibri"/>
                <w:color w:val="222222"/>
              </w:rPr>
              <w:t>Área / unidad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70F252C" w14:textId="77777777" w:rsidR="00D174EE" w:rsidRDefault="00D174EE"/>
        </w:tc>
      </w:tr>
      <w:tr w:rsidR="00D174EE" w14:paraId="628199E2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260BBD" w14:textId="77777777" w:rsidR="00D174EE" w:rsidRDefault="00000000">
            <w:r>
              <w:rPr>
                <w:rFonts w:ascii="Calibri" w:hAnsi="Calibri"/>
                <w:color w:val="222222"/>
              </w:rPr>
              <w:t>Puesto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B9D097B" w14:textId="77777777" w:rsidR="00D174EE" w:rsidRDefault="00D174EE"/>
        </w:tc>
      </w:tr>
      <w:tr w:rsidR="00D174EE" w14:paraId="06E760AD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F96A04" w14:textId="77777777" w:rsidR="00D174EE" w:rsidRDefault="00000000">
            <w:r>
              <w:rPr>
                <w:rFonts w:ascii="Calibri" w:hAnsi="Calibri"/>
                <w:color w:val="222222"/>
              </w:rPr>
              <w:t>Jefe inmediato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64D90C" w14:textId="77777777" w:rsidR="00D174EE" w:rsidRDefault="00D174EE"/>
        </w:tc>
      </w:tr>
      <w:tr w:rsidR="00D174EE" w14:paraId="307493E5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57492FA" w14:textId="77777777" w:rsidR="00D174EE" w:rsidRDefault="00000000">
            <w:r>
              <w:rPr>
                <w:rFonts w:ascii="Calibri" w:hAnsi="Calibri"/>
                <w:color w:val="222222"/>
              </w:rPr>
              <w:t>Puesto sensible o crítico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3781A0" w14:textId="77777777" w:rsidR="00D174EE" w:rsidRDefault="00000000">
            <w:r>
              <w:rPr>
                <w:rFonts w:ascii="Calibri" w:hAnsi="Calibri"/>
                <w:color w:val="222222"/>
              </w:rPr>
              <w:t>☐ Sí   ☐ No</w:t>
            </w:r>
          </w:p>
        </w:tc>
      </w:tr>
    </w:tbl>
    <w:p w14:paraId="035A7796" w14:textId="77777777" w:rsidR="00D174EE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2. DATOS DEL COLABORADOR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D174EE" w14:paraId="5965BE2E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AA5C3B" w14:textId="77777777" w:rsidR="00D174EE" w:rsidRDefault="00000000">
            <w:r>
              <w:rPr>
                <w:rFonts w:ascii="Calibri" w:hAnsi="Calibri"/>
                <w:color w:val="222222"/>
              </w:rPr>
              <w:t>Nombre completo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A119C0" w14:textId="77777777" w:rsidR="00D174EE" w:rsidRDefault="00D174EE"/>
        </w:tc>
      </w:tr>
      <w:tr w:rsidR="00D174EE" w14:paraId="1CDCD482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3DC5FA" w14:textId="77777777" w:rsidR="00D174EE" w:rsidRDefault="00000000">
            <w:r>
              <w:rPr>
                <w:rFonts w:ascii="Calibri" w:hAnsi="Calibri"/>
                <w:color w:val="222222"/>
              </w:rPr>
              <w:t>Número de empleado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E0C46F" w14:textId="77777777" w:rsidR="00D174EE" w:rsidRDefault="00D174EE"/>
        </w:tc>
      </w:tr>
      <w:tr w:rsidR="00D174EE" w14:paraId="3A4F6EC3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D12E34" w14:textId="77777777" w:rsidR="00D174EE" w:rsidRDefault="00000000">
            <w:r>
              <w:rPr>
                <w:rFonts w:ascii="Calibri" w:hAnsi="Calibri"/>
                <w:color w:val="222222"/>
              </w:rPr>
              <w:t>Correo institucional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E67CD3" w14:textId="77777777" w:rsidR="00D174EE" w:rsidRDefault="00D174EE"/>
        </w:tc>
      </w:tr>
      <w:tr w:rsidR="00D174EE" w14:paraId="78A46741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590CF4" w14:textId="77777777" w:rsidR="00D174EE" w:rsidRDefault="00000000">
            <w:r>
              <w:rPr>
                <w:rFonts w:ascii="Calibri" w:hAnsi="Calibri"/>
                <w:color w:val="222222"/>
              </w:rPr>
              <w:t>Teléfono institucional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52A583" w14:textId="77777777" w:rsidR="00D174EE" w:rsidRDefault="00D174EE"/>
        </w:tc>
      </w:tr>
      <w:tr w:rsidR="00D174EE" w:rsidRPr="00CD6C32" w14:paraId="49348BA1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1A328E" w14:textId="77777777" w:rsidR="00D174EE" w:rsidRPr="008C29CF" w:rsidRDefault="00000000">
            <w:pPr>
              <w:rPr>
                <w:lang w:val="es-MX"/>
              </w:rPr>
            </w:pPr>
            <w:r w:rsidRPr="008C29CF">
              <w:rPr>
                <w:rFonts w:ascii="Calibri" w:hAnsi="Calibri"/>
                <w:color w:val="222222"/>
                <w:lang w:val="es-MX"/>
              </w:rPr>
              <w:t>Último día de acceso autorizado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125ADC" w14:textId="77777777" w:rsidR="00D174EE" w:rsidRPr="008C29CF" w:rsidRDefault="00D174EE">
            <w:pPr>
              <w:rPr>
                <w:lang w:val="es-MX"/>
              </w:rPr>
            </w:pPr>
          </w:p>
        </w:tc>
      </w:tr>
      <w:tr w:rsidR="00D174EE" w14:paraId="632A0BD9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DD73EE" w14:textId="77777777" w:rsidR="00D174EE" w:rsidRDefault="00000000">
            <w:r>
              <w:rPr>
                <w:rFonts w:ascii="Calibri" w:hAnsi="Calibri"/>
                <w:color w:val="222222"/>
              </w:rPr>
              <w:t>Ubicación física / sede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DB5667F" w14:textId="77777777" w:rsidR="00D174EE" w:rsidRDefault="00D174EE"/>
        </w:tc>
      </w:tr>
    </w:tbl>
    <w:p w14:paraId="5F156B75" w14:textId="77777777" w:rsidR="00D174EE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3. MOTIVO, ALCANCE Y OBSERVACIONES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D174EE" w14:paraId="024B0A77" w14:textId="77777777">
        <w:trPr>
          <w:jc w:val="center"/>
        </w:trPr>
        <w:tc>
          <w:tcPr>
            <w:tcW w:w="10512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C8495C" w14:textId="77777777" w:rsidR="00D174EE" w:rsidRPr="008C29CF" w:rsidRDefault="00000000">
            <w:pPr>
              <w:rPr>
                <w:lang w:val="es-MX"/>
              </w:rPr>
            </w:pPr>
            <w:r w:rsidRPr="008C29CF">
              <w:rPr>
                <w:rFonts w:ascii="Calibri" w:hAnsi="Calibri"/>
                <w:color w:val="222222"/>
                <w:lang w:val="es-MX"/>
              </w:rPr>
              <w:t>Descripción del motivo de terminación y alcances del movimiento</w:t>
            </w:r>
          </w:p>
          <w:p w14:paraId="45B330CD" w14:textId="77777777" w:rsidR="00D174EE" w:rsidRDefault="00000000">
            <w:r>
              <w:rPr>
                <w:rFonts w:ascii="Calibri" w:hAnsi="Calibri"/>
                <w:color w:val="666666"/>
                <w:sz w:val="20"/>
              </w:rPr>
              <w:t>________________________________________________________________________________________</w:t>
            </w:r>
          </w:p>
          <w:p w14:paraId="06641546" w14:textId="77777777" w:rsidR="00D174EE" w:rsidRDefault="00000000">
            <w:r>
              <w:rPr>
                <w:rFonts w:ascii="Calibri" w:hAnsi="Calibri"/>
                <w:color w:val="666666"/>
                <w:sz w:val="20"/>
              </w:rPr>
              <w:t>________________________________________________________________________________________</w:t>
            </w:r>
          </w:p>
          <w:p w14:paraId="4890C804" w14:textId="77777777" w:rsidR="00D174EE" w:rsidRDefault="00000000">
            <w:r>
              <w:rPr>
                <w:rFonts w:ascii="Calibri" w:hAnsi="Calibri"/>
                <w:color w:val="666666"/>
                <w:sz w:val="20"/>
              </w:rPr>
              <w:t>________________________________________________________________________________________</w:t>
            </w:r>
          </w:p>
          <w:p w14:paraId="75561405" w14:textId="77777777" w:rsidR="00D174EE" w:rsidRDefault="00000000">
            <w:r>
              <w:rPr>
                <w:rFonts w:ascii="Calibri" w:hAnsi="Calibri"/>
                <w:color w:val="666666"/>
                <w:sz w:val="20"/>
              </w:rPr>
              <w:t>________________________________________________________________________________________</w:t>
            </w:r>
          </w:p>
        </w:tc>
      </w:tr>
    </w:tbl>
    <w:p w14:paraId="13DD3A72" w14:textId="77777777" w:rsidR="00D174EE" w:rsidRDefault="00D174EE">
      <w:pPr>
        <w:spacing w:after="80"/>
      </w:pPr>
    </w:p>
    <w:p w14:paraId="2917D845" w14:textId="77777777" w:rsidR="00D174EE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4. ACTIVACIÓN DE CONTROLES INICIALES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D174EE" w:rsidRPr="00CD6C32" w14:paraId="2B94A764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2D0AA08" w14:textId="77777777" w:rsidR="00D174EE" w:rsidRPr="008C29CF" w:rsidRDefault="00000000">
            <w:pPr>
              <w:rPr>
                <w:lang w:val="es-MX"/>
              </w:rPr>
            </w:pPr>
            <w:r w:rsidRPr="008C29CF">
              <w:rPr>
                <w:rFonts w:ascii="Calibri" w:hAnsi="Calibri"/>
                <w:color w:val="222222"/>
                <w:lang w:val="es-MX"/>
              </w:rPr>
              <w:t>☐ Se notificó a Recursos Humanos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17BC03" w14:textId="77777777" w:rsidR="00D174EE" w:rsidRPr="008C29CF" w:rsidRDefault="00000000">
            <w:pPr>
              <w:rPr>
                <w:lang w:val="es-MX"/>
              </w:rPr>
            </w:pPr>
            <w:r w:rsidRPr="008C29CF">
              <w:rPr>
                <w:rFonts w:ascii="Calibri" w:hAnsi="Calibri"/>
                <w:color w:val="222222"/>
                <w:lang w:val="es-MX"/>
              </w:rPr>
              <w:t>☐ Se notificó al jefe inmediato</w:t>
            </w:r>
          </w:p>
        </w:tc>
      </w:tr>
      <w:tr w:rsidR="00D174EE" w:rsidRPr="00CD6C32" w14:paraId="78409F61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E67B2D" w14:textId="77777777" w:rsidR="00D174EE" w:rsidRPr="008C29CF" w:rsidRDefault="00000000">
            <w:pPr>
              <w:rPr>
                <w:lang w:val="es-MX"/>
              </w:rPr>
            </w:pPr>
            <w:r w:rsidRPr="008C29CF">
              <w:rPr>
                <w:rFonts w:ascii="Calibri" w:hAnsi="Calibri"/>
                <w:color w:val="222222"/>
                <w:lang w:val="es-MX"/>
              </w:rPr>
              <w:t>☐ Se notificó a TI / Mesa de servicio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102AA4" w14:textId="77777777" w:rsidR="00D174EE" w:rsidRPr="008C29CF" w:rsidRDefault="00000000">
            <w:pPr>
              <w:rPr>
                <w:lang w:val="es-MX"/>
              </w:rPr>
            </w:pPr>
            <w:r w:rsidRPr="008C29CF">
              <w:rPr>
                <w:rFonts w:ascii="Calibri" w:hAnsi="Calibri"/>
                <w:color w:val="222222"/>
                <w:lang w:val="es-MX"/>
              </w:rPr>
              <w:t>☐ Se notificó a Seguridad de la Información</w:t>
            </w:r>
          </w:p>
        </w:tc>
      </w:tr>
      <w:tr w:rsidR="00D174EE" w14:paraId="2F1C2374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2F54B8" w14:textId="77777777" w:rsidR="00D174EE" w:rsidRPr="008C29CF" w:rsidRDefault="00000000">
            <w:pPr>
              <w:rPr>
                <w:lang w:val="es-MX"/>
              </w:rPr>
            </w:pPr>
            <w:r w:rsidRPr="008C29CF">
              <w:rPr>
                <w:rFonts w:ascii="Calibri" w:hAnsi="Calibri"/>
                <w:color w:val="222222"/>
                <w:lang w:val="es-MX"/>
              </w:rPr>
              <w:lastRenderedPageBreak/>
              <w:t>☐ Se notificó a Control Interno, si aplica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D1FE78" w14:textId="77777777" w:rsidR="00D174EE" w:rsidRDefault="00000000">
            <w:r>
              <w:rPr>
                <w:rFonts w:ascii="Calibri" w:hAnsi="Calibri"/>
                <w:color w:val="222222"/>
              </w:rPr>
              <w:t>☐ Se identificaron activos asignados</w:t>
            </w:r>
          </w:p>
        </w:tc>
      </w:tr>
      <w:tr w:rsidR="00D174EE" w:rsidRPr="00CD6C32" w14:paraId="688B0276" w14:textId="77777777">
        <w:trPr>
          <w:jc w:val="center"/>
        </w:trPr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88D528" w14:textId="77777777" w:rsidR="00D174EE" w:rsidRPr="008C29CF" w:rsidRDefault="00000000">
            <w:pPr>
              <w:rPr>
                <w:lang w:val="es-MX"/>
              </w:rPr>
            </w:pPr>
            <w:r w:rsidRPr="008C29CF">
              <w:rPr>
                <w:rFonts w:ascii="Calibri" w:hAnsi="Calibri"/>
                <w:color w:val="222222"/>
                <w:lang w:val="es-MX"/>
              </w:rPr>
              <w:t>☐ Se identificaron cuentas y accesos vigentes</w:t>
            </w:r>
          </w:p>
        </w:tc>
        <w:tc>
          <w:tcPr>
            <w:tcW w:w="5256" w:type="dxa"/>
            <w:tcBorders>
              <w:top w:val="single" w:sz="8" w:space="0" w:color="B4C7E7"/>
              <w:left w:val="single" w:sz="8" w:space="0" w:color="B4C7E7"/>
              <w:bottom w:val="single" w:sz="8" w:space="0" w:color="B4C7E7"/>
              <w:right w:val="single" w:sz="8" w:space="0" w:color="B4C7E7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D664C54" w14:textId="77777777" w:rsidR="00D174EE" w:rsidRPr="008C29CF" w:rsidRDefault="00000000">
            <w:pPr>
              <w:rPr>
                <w:lang w:val="es-MX"/>
              </w:rPr>
            </w:pPr>
            <w:r w:rsidRPr="008C29CF">
              <w:rPr>
                <w:rFonts w:ascii="Calibri" w:hAnsi="Calibri"/>
                <w:color w:val="222222"/>
                <w:lang w:val="es-MX"/>
              </w:rPr>
              <w:t>☐ Se identificaron pendientes operativos a transferir</w:t>
            </w:r>
          </w:p>
        </w:tc>
      </w:tr>
    </w:tbl>
    <w:p w14:paraId="37EA61CD" w14:textId="77777777" w:rsidR="00D174EE" w:rsidRPr="008C29CF" w:rsidRDefault="00D174EE">
      <w:pPr>
        <w:spacing w:after="80"/>
        <w:rPr>
          <w:lang w:val="es-MX"/>
        </w:rPr>
      </w:pPr>
    </w:p>
    <w:p w14:paraId="35B6D5C2" w14:textId="77777777" w:rsidR="00D174EE" w:rsidRDefault="00000000">
      <w:pPr>
        <w:spacing w:before="160" w:after="120"/>
      </w:pPr>
      <w:r>
        <w:rPr>
          <w:rFonts w:ascii="Calibri" w:hAnsi="Calibri"/>
          <w:b/>
          <w:color w:val="4472C4"/>
          <w:sz w:val="27"/>
        </w:rPr>
        <w:t>5. AUTORIZACIONES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D174EE" w14:paraId="62931C18" w14:textId="77777777">
        <w:trPr>
          <w:jc w:val="center"/>
        </w:trPr>
        <w:tc>
          <w:tcPr>
            <w:tcW w:w="2448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33369D" w14:textId="77777777" w:rsidR="00D174EE" w:rsidRDefault="00D174EE">
            <w:pPr>
              <w:spacing w:after="0"/>
              <w:jc w:val="center"/>
            </w:pPr>
          </w:p>
        </w:tc>
        <w:tc>
          <w:tcPr>
            <w:tcW w:w="2448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C2F549" w14:textId="77777777" w:rsidR="00D174EE" w:rsidRDefault="00D174EE">
            <w:pPr>
              <w:spacing w:after="0"/>
              <w:jc w:val="center"/>
            </w:pPr>
          </w:p>
        </w:tc>
        <w:tc>
          <w:tcPr>
            <w:tcW w:w="2448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8B999" w14:textId="77777777" w:rsidR="00D174EE" w:rsidRDefault="00D174EE">
            <w:pPr>
              <w:spacing w:after="0"/>
              <w:jc w:val="center"/>
            </w:pPr>
          </w:p>
        </w:tc>
        <w:tc>
          <w:tcPr>
            <w:tcW w:w="2448" w:type="dxa"/>
            <w:tcBorders>
              <w:top w:val="single" w:sz="8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0518BE" w14:textId="77777777" w:rsidR="00D174EE" w:rsidRDefault="00D174EE">
            <w:pPr>
              <w:spacing w:after="0"/>
              <w:jc w:val="center"/>
            </w:pPr>
          </w:p>
        </w:tc>
      </w:tr>
      <w:tr w:rsidR="00D174EE" w14:paraId="268D6C16" w14:textId="77777777">
        <w:trPr>
          <w:jc w:val="center"/>
        </w:trPr>
        <w:tc>
          <w:tcPr>
            <w:tcW w:w="244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9B436" w14:textId="77777777" w:rsidR="00D174EE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Notifica</w:t>
            </w:r>
          </w:p>
        </w:tc>
        <w:tc>
          <w:tcPr>
            <w:tcW w:w="244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73603F" w14:textId="77777777" w:rsidR="00D174EE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Revisa RH</w:t>
            </w:r>
          </w:p>
        </w:tc>
        <w:tc>
          <w:tcPr>
            <w:tcW w:w="244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0288D" w14:textId="77777777" w:rsidR="00D174EE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Vo.Bo. Seguridad / TI</w:t>
            </w:r>
          </w:p>
        </w:tc>
        <w:tc>
          <w:tcPr>
            <w:tcW w:w="2448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096FE" w14:textId="77777777" w:rsidR="00D174EE" w:rsidRDefault="00000000">
            <w:pPr>
              <w:spacing w:after="0"/>
              <w:jc w:val="center"/>
            </w:pPr>
            <w:r>
              <w:rPr>
                <w:rFonts w:ascii="Calibri" w:hAnsi="Calibri"/>
                <w:color w:val="222222"/>
                <w:sz w:val="21"/>
              </w:rPr>
              <w:t>Autoriza</w:t>
            </w:r>
          </w:p>
        </w:tc>
      </w:tr>
    </w:tbl>
    <w:p w14:paraId="1A784B5B" w14:textId="77777777" w:rsidR="00A606A2" w:rsidRDefault="00A606A2"/>
    <w:sectPr w:rsidR="00A606A2" w:rsidSect="00034616">
      <w:footerReference w:type="default" r:id="rId9"/>
      <w:pgSz w:w="12240" w:h="15840"/>
      <w:pgMar w:top="648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4224A" w14:textId="77777777" w:rsidR="00F247BA" w:rsidRDefault="00F247BA">
      <w:pPr>
        <w:spacing w:after="0" w:line="240" w:lineRule="auto"/>
      </w:pPr>
      <w:r>
        <w:separator/>
      </w:r>
    </w:p>
  </w:endnote>
  <w:endnote w:type="continuationSeparator" w:id="0">
    <w:p w14:paraId="633FA2FA" w14:textId="77777777" w:rsidR="00F247BA" w:rsidRDefault="00F24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10856" w14:textId="77777777" w:rsidR="00D174EE" w:rsidRDefault="00000000">
    <w:pPr>
      <w:pStyle w:val="Piedepgina"/>
      <w:jc w:val="center"/>
    </w:pPr>
    <w:r>
      <w:rPr>
        <w:rFonts w:ascii="Calibri" w:hAnsi="Calibri"/>
        <w:color w:val="666666"/>
        <w:sz w:val="18"/>
      </w:rPr>
      <w:t>SENDERO FUEL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B20FB" w14:textId="77777777" w:rsidR="00F247BA" w:rsidRDefault="00F247BA">
      <w:pPr>
        <w:spacing w:after="0" w:line="240" w:lineRule="auto"/>
      </w:pPr>
      <w:r>
        <w:separator/>
      </w:r>
    </w:p>
  </w:footnote>
  <w:footnote w:type="continuationSeparator" w:id="0">
    <w:p w14:paraId="31B611E0" w14:textId="77777777" w:rsidR="00F247BA" w:rsidRDefault="00F24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9456076">
    <w:abstractNumId w:val="8"/>
  </w:num>
  <w:num w:numId="2" w16cid:durableId="1230917661">
    <w:abstractNumId w:val="6"/>
  </w:num>
  <w:num w:numId="3" w16cid:durableId="920138389">
    <w:abstractNumId w:val="5"/>
  </w:num>
  <w:num w:numId="4" w16cid:durableId="2035840292">
    <w:abstractNumId w:val="4"/>
  </w:num>
  <w:num w:numId="5" w16cid:durableId="57634614">
    <w:abstractNumId w:val="7"/>
  </w:num>
  <w:num w:numId="6" w16cid:durableId="401567097">
    <w:abstractNumId w:val="3"/>
  </w:num>
  <w:num w:numId="7" w16cid:durableId="38633194">
    <w:abstractNumId w:val="2"/>
  </w:num>
  <w:num w:numId="8" w16cid:durableId="551580186">
    <w:abstractNumId w:val="1"/>
  </w:num>
  <w:num w:numId="9" w16cid:durableId="1197356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6C36"/>
    <w:rsid w:val="0029639D"/>
    <w:rsid w:val="00326F90"/>
    <w:rsid w:val="008C29CF"/>
    <w:rsid w:val="00A606A2"/>
    <w:rsid w:val="00AA1D8D"/>
    <w:rsid w:val="00B47730"/>
    <w:rsid w:val="00BB63EB"/>
    <w:rsid w:val="00CB0664"/>
    <w:rsid w:val="00CD6C32"/>
    <w:rsid w:val="00D174EE"/>
    <w:rsid w:val="00EE5AD3"/>
    <w:rsid w:val="00F247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F4E435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4</cp:revision>
  <dcterms:created xsi:type="dcterms:W3CDTF">2013-12-23T23:15:00Z</dcterms:created>
  <dcterms:modified xsi:type="dcterms:W3CDTF">2026-04-07T18:22:00Z</dcterms:modified>
  <cp:category/>
</cp:coreProperties>
</file>