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268"/>
        <w:gridCol w:w="2268"/>
        <w:gridCol w:w="2154"/>
        <w:gridCol w:w="1701"/>
      </w:tblGrid>
      <w:tr w:rsidR="00CD6D2C" w14:paraId="6FC43A5E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4C877A" w14:textId="77777777" w:rsidR="00CD6D2C" w:rsidRDefault="00000000">
            <w:pPr>
              <w:jc w:val="center"/>
            </w:pPr>
            <w:r>
              <w:rPr>
                <w:b/>
                <w:sz w:val="24"/>
              </w:rPr>
              <w:t>FO-SF-0029</w:t>
            </w:r>
          </w:p>
        </w:tc>
        <w:tc>
          <w:tcPr>
            <w:tcW w:w="6690" w:type="dxa"/>
            <w:gridSpan w:val="3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F62417" w14:textId="77777777" w:rsidR="00CD6D2C" w:rsidRPr="00482A60" w:rsidRDefault="00000000">
            <w:pPr>
              <w:jc w:val="center"/>
              <w:rPr>
                <w:lang w:val="es-MX"/>
              </w:rPr>
            </w:pPr>
            <w:r w:rsidRPr="00482A60">
              <w:rPr>
                <w:b/>
                <w:sz w:val="24"/>
                <w:lang w:val="es-MX"/>
              </w:rPr>
              <w:t>Acuse de recepción y aceptación de términos y condiciones</w:t>
            </w:r>
          </w:p>
        </w:tc>
        <w:tc>
          <w:tcPr>
            <w:tcW w:w="1701" w:type="dxa"/>
            <w:vMerge w:val="restart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37F36" w14:textId="77777777" w:rsidR="00CD6D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68B971" wp14:editId="30AD8387">
                  <wp:extent cx="944880" cy="266700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107" cy="26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2C" w14:paraId="596C0B9A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001CD0" w14:textId="77777777" w:rsidR="00CD6D2C" w:rsidRDefault="00000000">
            <w:pPr>
              <w:jc w:val="center"/>
            </w:pPr>
            <w:r>
              <w:t>Emisión: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5E2A5B" w14:textId="77777777" w:rsidR="00CD6D2C" w:rsidRDefault="00000000">
            <w:pPr>
              <w:jc w:val="center"/>
            </w:pPr>
            <w:r>
              <w:t>Revisión: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BDA40" w14:textId="77777777" w:rsidR="00CD6D2C" w:rsidRDefault="00000000">
            <w:pPr>
              <w:jc w:val="center"/>
            </w:pPr>
            <w:r>
              <w:t>Versión: 1</w:t>
            </w:r>
          </w:p>
        </w:tc>
        <w:tc>
          <w:tcPr>
            <w:tcW w:w="215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08007" w14:textId="77777777" w:rsidR="00CD6D2C" w:rsidRDefault="00000000">
            <w:pPr>
              <w:jc w:val="center"/>
            </w:pPr>
            <w:r>
              <w:t>Formato</w:t>
            </w:r>
          </w:p>
        </w:tc>
        <w:tc>
          <w:tcPr>
            <w:tcW w:w="1701" w:type="dxa"/>
            <w:vMerge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7C378E" w14:textId="77777777" w:rsidR="00CD6D2C" w:rsidRDefault="00CD6D2C"/>
        </w:tc>
      </w:tr>
      <w:tr w:rsidR="00CD6D2C" w14:paraId="70E82C45" w14:textId="77777777">
        <w:trPr>
          <w:jc w:val="center"/>
        </w:trPr>
        <w:tc>
          <w:tcPr>
            <w:tcW w:w="8674" w:type="dxa"/>
            <w:gridSpan w:val="4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06004E" w14:textId="77777777" w:rsidR="00CD6D2C" w:rsidRDefault="00000000">
            <w:r>
              <w:t>Área: RECURSOS HUMANOS</w:t>
            </w:r>
          </w:p>
        </w:tc>
        <w:tc>
          <w:tcPr>
            <w:tcW w:w="1701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67AF6" w14:textId="77777777" w:rsidR="00CD6D2C" w:rsidRDefault="00000000">
            <w:pPr>
              <w:jc w:val="center"/>
            </w:pPr>
            <w:r>
              <w:rPr>
                <w:b/>
                <w:sz w:val="22"/>
              </w:rPr>
              <w:t>SENDERO FUEL</w:t>
            </w:r>
          </w:p>
        </w:tc>
      </w:tr>
    </w:tbl>
    <w:p w14:paraId="15F74B7B" w14:textId="77777777" w:rsidR="00CD6D2C" w:rsidRDefault="00CD6D2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5"/>
      </w:tblGrid>
      <w:tr w:rsidR="00CD6D2C" w14:paraId="5A61BA4A" w14:textId="77777777">
        <w:trPr>
          <w:jc w:val="center"/>
        </w:trPr>
        <w:tc>
          <w:tcPr>
            <w:tcW w:w="10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5D43" w14:textId="77777777" w:rsidR="00CD6D2C" w:rsidRDefault="00CD6D2C">
            <w:pPr>
              <w:spacing w:after="0" w:line="240" w:lineRule="auto"/>
            </w:pPr>
          </w:p>
        </w:tc>
      </w:tr>
      <w:tr w:rsidR="00CD6D2C" w14:paraId="66D4DEDB" w14:textId="77777777">
        <w:trPr>
          <w:jc w:val="center"/>
        </w:trPr>
        <w:tc>
          <w:tcPr>
            <w:tcW w:w="10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98BF" w14:textId="77777777" w:rsidR="00CD6D2C" w:rsidRDefault="00CD6D2C">
            <w:pPr>
              <w:spacing w:after="0" w:line="240" w:lineRule="auto"/>
            </w:pPr>
          </w:p>
        </w:tc>
      </w:tr>
    </w:tbl>
    <w:p w14:paraId="0F7660FC" w14:textId="77777777" w:rsidR="00CD6D2C" w:rsidRDefault="00CD6D2C"/>
    <w:p w14:paraId="4B736CD4" w14:textId="77777777" w:rsidR="00CD6D2C" w:rsidRDefault="00000000">
      <w:pPr>
        <w:spacing w:before="160" w:after="80" w:line="240" w:lineRule="auto"/>
      </w:pPr>
      <w:r>
        <w:rPr>
          <w:b/>
          <w:color w:val="3E70C4"/>
          <w:sz w:val="28"/>
        </w:rPr>
        <w:t>1. DATOS DEL COLABORADOR O CANDIDATO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CD6D2C" w14:paraId="2D1BC9B9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22CD38" w14:textId="77777777" w:rsidR="00CD6D2C" w:rsidRDefault="00000000">
            <w:r>
              <w:rPr>
                <w:sz w:val="22"/>
              </w:rPr>
              <w:t>Nombre completo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27ACC5" w14:textId="77777777" w:rsidR="00CD6D2C" w:rsidRDefault="00CD6D2C"/>
        </w:tc>
      </w:tr>
      <w:tr w:rsidR="00CD6D2C" w14:paraId="277FD4C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1694FA" w14:textId="77777777" w:rsidR="00CD6D2C" w:rsidRDefault="00000000">
            <w:r>
              <w:rPr>
                <w:sz w:val="22"/>
              </w:rPr>
              <w:t>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5DFB55" w14:textId="77777777" w:rsidR="00CD6D2C" w:rsidRDefault="00CD6D2C"/>
        </w:tc>
      </w:tr>
      <w:tr w:rsidR="00CD6D2C" w14:paraId="1BB6D11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12BB85" w14:textId="77777777" w:rsidR="00CD6D2C" w:rsidRDefault="00000000">
            <w:r>
              <w:rPr>
                <w:sz w:val="22"/>
              </w:rPr>
              <w:t>Área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B0C65D" w14:textId="77777777" w:rsidR="00CD6D2C" w:rsidRDefault="00CD6D2C"/>
        </w:tc>
      </w:tr>
      <w:tr w:rsidR="00CD6D2C" w14:paraId="5A6E56A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809AD3" w14:textId="77777777" w:rsidR="00CD6D2C" w:rsidRDefault="00000000">
            <w:r>
              <w:rPr>
                <w:sz w:val="22"/>
              </w:rPr>
              <w:t>Fecha de entrega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C07C54" w14:textId="77777777" w:rsidR="00CD6D2C" w:rsidRDefault="00CD6D2C"/>
        </w:tc>
      </w:tr>
      <w:tr w:rsidR="00CD6D2C" w:rsidRPr="00482A60" w14:paraId="338C2B63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FFA1C8" w14:textId="77777777" w:rsidR="00CD6D2C" w:rsidRDefault="00000000">
            <w:r>
              <w:rPr>
                <w:sz w:val="22"/>
              </w:rPr>
              <w:t>Medio de entrega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EE5052" w14:textId="77777777" w:rsidR="00CD6D2C" w:rsidRPr="00482A60" w:rsidRDefault="00000000">
            <w:pPr>
              <w:rPr>
                <w:lang w:val="es-MX"/>
              </w:rPr>
            </w:pPr>
            <w:r w:rsidRPr="00482A60">
              <w:rPr>
                <w:sz w:val="22"/>
                <w:lang w:val="es-MX"/>
              </w:rPr>
              <w:t>☐ Físico    ☐ Correo institucional    ☐ Expediente digital</w:t>
            </w:r>
          </w:p>
        </w:tc>
      </w:tr>
    </w:tbl>
    <w:p w14:paraId="23694763" w14:textId="77777777" w:rsidR="00CD6D2C" w:rsidRDefault="00000000">
      <w:pPr>
        <w:spacing w:before="160" w:after="80" w:line="240" w:lineRule="auto"/>
      </w:pPr>
      <w:r>
        <w:rPr>
          <w:b/>
          <w:color w:val="3E70C4"/>
          <w:sz w:val="28"/>
        </w:rPr>
        <w:t>2. MANIFESTACIÓN DE RECEPCIÓN Y ACEPTACIÓN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5"/>
      </w:tblGrid>
      <w:tr w:rsidR="00CD6D2C" w:rsidRPr="00482A60" w14:paraId="0F288F72" w14:textId="77777777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E47350" w14:textId="77777777" w:rsidR="00CD6D2C" w:rsidRPr="00482A60" w:rsidRDefault="00000000" w:rsidP="00482A60">
            <w:pPr>
              <w:spacing w:after="0"/>
              <w:jc w:val="both"/>
              <w:rPr>
                <w:lang w:val="es-MX"/>
              </w:rPr>
            </w:pPr>
            <w:r w:rsidRPr="00482A60">
              <w:rPr>
                <w:sz w:val="22"/>
                <w:lang w:val="es-MX"/>
              </w:rPr>
              <w:t>Por medio del presente, manifiesto que recibí de SENDERO FUEL la información correspondiente a los términos y condiciones del empleo aplicables al puesto que ocuparé o desempeño, así como las obligaciones, responsabilidades, restricciones de acceso, medidas de confidencialidad y políticas internas relacionadas.</w:t>
            </w:r>
            <w:r w:rsidRPr="00482A60">
              <w:rPr>
                <w:sz w:val="22"/>
                <w:lang w:val="es-MX"/>
              </w:rPr>
              <w:br/>
            </w:r>
            <w:r w:rsidRPr="00482A60">
              <w:rPr>
                <w:sz w:val="22"/>
                <w:lang w:val="es-MX"/>
              </w:rPr>
              <w:br/>
              <w:t>Declaro que tuve oportunidad de revisar dicha información, que su contenido me fue explicado en forma suficiente y que comprendo su alcance. En consecuencia, acepto cumplir los términos y condiciones que me fueron comunicados.</w:t>
            </w:r>
          </w:p>
        </w:tc>
      </w:tr>
      <w:tr w:rsidR="00CD6D2C" w:rsidRPr="00482A60" w14:paraId="688F3D58" w14:textId="77777777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13B18D" w14:textId="77777777" w:rsidR="00CD6D2C" w:rsidRPr="00482A60" w:rsidRDefault="00000000">
            <w:pPr>
              <w:rPr>
                <w:lang w:val="es-MX"/>
              </w:rPr>
            </w:pPr>
            <w:r w:rsidRPr="00482A60">
              <w:rPr>
                <w:sz w:val="22"/>
                <w:lang w:val="es-MX"/>
              </w:rPr>
              <w:t>☐ Recibí el documento de términos y condiciones del empleo por puesto</w:t>
            </w:r>
          </w:p>
        </w:tc>
      </w:tr>
      <w:tr w:rsidR="00CD6D2C" w:rsidRPr="00482A60" w14:paraId="3122CB13" w14:textId="77777777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3151FA" w14:textId="77777777" w:rsidR="00CD6D2C" w:rsidRPr="00482A60" w:rsidRDefault="00000000">
            <w:pPr>
              <w:rPr>
                <w:lang w:val="es-MX"/>
              </w:rPr>
            </w:pPr>
            <w:r w:rsidRPr="00482A60">
              <w:rPr>
                <w:sz w:val="22"/>
                <w:lang w:val="es-MX"/>
              </w:rPr>
              <w:t>☐ Recibí explicación de funciones, restricciones y obligaciones del puesto</w:t>
            </w:r>
          </w:p>
        </w:tc>
      </w:tr>
      <w:tr w:rsidR="00CD6D2C" w:rsidRPr="00482A60" w14:paraId="797445FE" w14:textId="77777777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D556EB" w14:textId="77777777" w:rsidR="00CD6D2C" w:rsidRPr="00482A60" w:rsidRDefault="00000000">
            <w:pPr>
              <w:rPr>
                <w:lang w:val="es-MX"/>
              </w:rPr>
            </w:pPr>
            <w:r w:rsidRPr="00482A60">
              <w:rPr>
                <w:sz w:val="22"/>
                <w:lang w:val="es-MX"/>
              </w:rPr>
              <w:t>☐ Comprendo las políticas internas aplicables y las consecuencias por incumplimiento</w:t>
            </w:r>
          </w:p>
        </w:tc>
      </w:tr>
      <w:tr w:rsidR="00CD6D2C" w14:paraId="3C16BBCC" w14:textId="77777777">
        <w:trPr>
          <w:jc w:val="center"/>
        </w:trPr>
        <w:tc>
          <w:tcPr>
            <w:tcW w:w="1037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AE0C31" w14:textId="77777777" w:rsidR="00CD6D2C" w:rsidRDefault="00000000">
            <w:r>
              <w:rPr>
                <w:sz w:val="22"/>
              </w:rPr>
              <w:t>Observaciones: ____________________________________________________________________________________</w:t>
            </w:r>
          </w:p>
        </w:tc>
      </w:tr>
    </w:tbl>
    <w:p w14:paraId="4F2F4EA9" w14:textId="77777777" w:rsidR="00CD6D2C" w:rsidRDefault="00CD6D2C"/>
    <w:p w14:paraId="64E98328" w14:textId="77777777" w:rsidR="00CD6D2C" w:rsidRDefault="00CD6D2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CD6D2C" w14:paraId="15A4BF51" w14:textId="77777777">
        <w:trPr>
          <w:jc w:val="center"/>
        </w:trPr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598698" w14:textId="77777777" w:rsidR="00CD6D2C" w:rsidRDefault="00CD6D2C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8D7918" w14:textId="77777777" w:rsidR="00CD6D2C" w:rsidRDefault="00CD6D2C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6B5B92" w14:textId="77777777" w:rsidR="00CD6D2C" w:rsidRDefault="00CD6D2C"/>
        </w:tc>
      </w:tr>
      <w:tr w:rsidR="00CD6D2C" w14:paraId="3720075D" w14:textId="77777777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4C40A5" w14:textId="77777777" w:rsidR="00CD6D2C" w:rsidRDefault="00000000">
            <w:pPr>
              <w:jc w:val="center"/>
            </w:pPr>
            <w:r>
              <w:rPr>
                <w:sz w:val="22"/>
              </w:rPr>
              <w:t>Firma del colaborador / candidato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58D8F3" w14:textId="77777777" w:rsidR="00CD6D2C" w:rsidRDefault="00000000">
            <w:pPr>
              <w:jc w:val="center"/>
            </w:pPr>
            <w:r>
              <w:rPr>
                <w:sz w:val="22"/>
              </w:rPr>
              <w:t>Entrega RH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87C868" w14:textId="77777777" w:rsidR="00CD6D2C" w:rsidRDefault="00000000">
            <w:pPr>
              <w:jc w:val="center"/>
            </w:pPr>
            <w:r>
              <w:rPr>
                <w:sz w:val="22"/>
              </w:rPr>
              <w:t>Testigo / área</w:t>
            </w:r>
          </w:p>
        </w:tc>
      </w:tr>
    </w:tbl>
    <w:p w14:paraId="62C73C7F" w14:textId="77777777" w:rsidR="00E73555" w:rsidRDefault="00E73555"/>
    <w:sectPr w:rsidR="00E73555" w:rsidSect="00034616">
      <w:pgSz w:w="12240" w:h="15840"/>
      <w:pgMar w:top="680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187494">
    <w:abstractNumId w:val="8"/>
  </w:num>
  <w:num w:numId="2" w16cid:durableId="1024743730">
    <w:abstractNumId w:val="6"/>
  </w:num>
  <w:num w:numId="3" w16cid:durableId="213155194">
    <w:abstractNumId w:val="5"/>
  </w:num>
  <w:num w:numId="4" w16cid:durableId="1722317022">
    <w:abstractNumId w:val="4"/>
  </w:num>
  <w:num w:numId="5" w16cid:durableId="517736216">
    <w:abstractNumId w:val="7"/>
  </w:num>
  <w:num w:numId="6" w16cid:durableId="1853180521">
    <w:abstractNumId w:val="3"/>
  </w:num>
  <w:num w:numId="7" w16cid:durableId="1644698909">
    <w:abstractNumId w:val="2"/>
  </w:num>
  <w:num w:numId="8" w16cid:durableId="975993583">
    <w:abstractNumId w:val="1"/>
  </w:num>
  <w:num w:numId="9" w16cid:durableId="95560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2A60"/>
    <w:rsid w:val="00AA1D8D"/>
    <w:rsid w:val="00B47730"/>
    <w:rsid w:val="00BB63EB"/>
    <w:rsid w:val="00CB0664"/>
    <w:rsid w:val="00CD6D2C"/>
    <w:rsid w:val="00E735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129A22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2026-04-07T16:11:00Z</dcterms:modified>
  <cp:category/>
</cp:coreProperties>
</file>