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2268"/>
        <w:gridCol w:w="2268"/>
        <w:gridCol w:w="2154"/>
        <w:gridCol w:w="1701"/>
      </w:tblGrid>
      <w:tr w:rsidR="00A11FCB" w14:paraId="380106AF" w14:textId="77777777">
        <w:trPr>
          <w:jc w:val="center"/>
        </w:trPr>
        <w:tc>
          <w:tcPr>
            <w:tcW w:w="1984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45EDFC" w14:textId="77777777" w:rsidR="00A11FCB" w:rsidRDefault="00771693">
            <w:pPr>
              <w:jc w:val="center"/>
            </w:pPr>
            <w:r>
              <w:rPr>
                <w:b/>
              </w:rPr>
              <w:t>FO-SF-0028</w:t>
            </w:r>
          </w:p>
        </w:tc>
        <w:tc>
          <w:tcPr>
            <w:tcW w:w="6690" w:type="dxa"/>
            <w:gridSpan w:val="3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C79A71" w14:textId="77777777" w:rsidR="00A11FCB" w:rsidRPr="00B84700" w:rsidRDefault="00771693">
            <w:pPr>
              <w:jc w:val="center"/>
            </w:pPr>
            <w:r w:rsidRPr="00B84700">
              <w:rPr>
                <w:b/>
              </w:rPr>
              <w:t>Términos y condiciones del empleo por puesto</w:t>
            </w:r>
          </w:p>
        </w:tc>
        <w:tc>
          <w:tcPr>
            <w:tcW w:w="1701" w:type="dxa"/>
            <w:vMerge w:val="restart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7CACE1" w14:textId="77777777" w:rsidR="00A11FCB" w:rsidRDefault="0077169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D20C48" wp14:editId="06036972">
                  <wp:extent cx="944880" cy="266700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791" cy="267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FCB" w14:paraId="41648D7D" w14:textId="77777777">
        <w:trPr>
          <w:jc w:val="center"/>
        </w:trPr>
        <w:tc>
          <w:tcPr>
            <w:tcW w:w="1984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6A4457" w14:textId="77777777" w:rsidR="00A11FCB" w:rsidRDefault="00771693">
            <w:pPr>
              <w:jc w:val="center"/>
            </w:pPr>
            <w:r>
              <w:t>Emisión: 7/4/2026</w:t>
            </w:r>
          </w:p>
        </w:tc>
        <w:tc>
          <w:tcPr>
            <w:tcW w:w="2268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CC6C22" w14:textId="77777777" w:rsidR="00A11FCB" w:rsidRDefault="00771693">
            <w:pPr>
              <w:jc w:val="center"/>
            </w:pPr>
            <w:r>
              <w:t>Revisión: 7/4/2026</w:t>
            </w:r>
          </w:p>
        </w:tc>
        <w:tc>
          <w:tcPr>
            <w:tcW w:w="2268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5D4CD6" w14:textId="77777777" w:rsidR="00A11FCB" w:rsidRDefault="00771693">
            <w:pPr>
              <w:jc w:val="center"/>
            </w:pPr>
            <w:r>
              <w:t>Versión: 1</w:t>
            </w:r>
          </w:p>
        </w:tc>
        <w:tc>
          <w:tcPr>
            <w:tcW w:w="2154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598A94" w14:textId="77777777" w:rsidR="00A11FCB" w:rsidRDefault="00771693">
            <w:pPr>
              <w:jc w:val="center"/>
            </w:pPr>
            <w:r>
              <w:t>Formato</w:t>
            </w:r>
          </w:p>
        </w:tc>
        <w:tc>
          <w:tcPr>
            <w:tcW w:w="1701" w:type="dxa"/>
            <w:vMerge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262BA1" w14:textId="77777777" w:rsidR="00A11FCB" w:rsidRDefault="00A11FCB"/>
        </w:tc>
      </w:tr>
      <w:tr w:rsidR="00A11FCB" w14:paraId="7C105A33" w14:textId="77777777">
        <w:trPr>
          <w:jc w:val="center"/>
        </w:trPr>
        <w:tc>
          <w:tcPr>
            <w:tcW w:w="8674" w:type="dxa"/>
            <w:gridSpan w:val="4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94D19F" w14:textId="77777777" w:rsidR="00A11FCB" w:rsidRDefault="00771693">
            <w:r>
              <w:t>Área: RECURSOS HUMANOS</w:t>
            </w:r>
          </w:p>
        </w:tc>
        <w:tc>
          <w:tcPr>
            <w:tcW w:w="1701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3A991A" w14:textId="77777777" w:rsidR="00A11FCB" w:rsidRDefault="00771693">
            <w:pPr>
              <w:jc w:val="center"/>
            </w:pPr>
            <w:r>
              <w:rPr>
                <w:b/>
                <w:sz w:val="22"/>
              </w:rPr>
              <w:t>SENDERO FUEL</w:t>
            </w:r>
          </w:p>
        </w:tc>
      </w:tr>
    </w:tbl>
    <w:p w14:paraId="5AF4E487" w14:textId="77777777" w:rsidR="00771693" w:rsidRDefault="00771693">
      <w:bookmarkStart w:id="0" w:name="_GoBack"/>
      <w:bookmarkEnd w:id="0"/>
    </w:p>
    <w:p w14:paraId="4F2FD589" w14:textId="77777777" w:rsidR="00A11FCB" w:rsidRDefault="00771693">
      <w:pPr>
        <w:spacing w:before="160" w:after="80"/>
      </w:pPr>
      <w:r>
        <w:rPr>
          <w:b/>
          <w:color w:val="3E70C4"/>
          <w:sz w:val="28"/>
        </w:rPr>
        <w:t>1. IDENTIFICACIÓN DEL PUESTO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73"/>
      </w:tblGrid>
      <w:tr w:rsidR="00A11FCB" w14:paraId="67204C55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1FDAA8" w14:textId="77777777" w:rsidR="00A11FCB" w:rsidRDefault="00771693">
            <w:r>
              <w:rPr>
                <w:sz w:val="22"/>
              </w:rPr>
              <w:t>Nombre del puesto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1462D4" w14:textId="2F1F4620" w:rsidR="00A11FCB" w:rsidRDefault="000D3D18">
            <w:r w:rsidRPr="00437A1F">
              <w:rPr>
                <w:i/>
              </w:rPr>
              <w:t>Analista Administrativo</w:t>
            </w:r>
          </w:p>
        </w:tc>
      </w:tr>
      <w:tr w:rsidR="00A11FCB" w14:paraId="003BE49A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1D599B" w14:textId="77777777" w:rsidR="00A11FCB" w:rsidRDefault="00771693">
            <w:r>
              <w:rPr>
                <w:sz w:val="22"/>
              </w:rPr>
              <w:t>Área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A036B65" w14:textId="3669991C" w:rsidR="00A11FCB" w:rsidRDefault="000D3D18">
            <w:r w:rsidRPr="00EF7436">
              <w:rPr>
                <w:i/>
              </w:rPr>
              <w:t>Mantenimiento de cartera</w:t>
            </w:r>
          </w:p>
        </w:tc>
      </w:tr>
      <w:tr w:rsidR="00A11FCB" w14:paraId="7B04BC28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BD926F" w14:textId="77777777" w:rsidR="00A11FCB" w:rsidRDefault="00771693">
            <w:r>
              <w:rPr>
                <w:sz w:val="22"/>
              </w:rPr>
              <w:t>Jefe inmediato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A75F6D" w14:textId="736D3521" w:rsidR="00A11FCB" w:rsidRDefault="000D3D18">
            <w:r w:rsidRPr="00437A1F">
              <w:rPr>
                <w:i/>
              </w:rPr>
              <w:t>Raúl Ernesto Galindo</w:t>
            </w:r>
          </w:p>
        </w:tc>
      </w:tr>
      <w:tr w:rsidR="00A11FCB" w14:paraId="627E5883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B33B98" w14:textId="77777777" w:rsidR="00A11FCB" w:rsidRDefault="00771693">
            <w:r>
              <w:rPr>
                <w:sz w:val="22"/>
              </w:rPr>
              <w:t>Modalidad de trabajo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023A2C" w14:textId="3F9C185E" w:rsidR="00A11FCB" w:rsidRDefault="000D3D18">
            <w:r>
              <w:rPr>
                <w:noProof/>
                <w:color w:val="333333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6FDAEE37" wp14:editId="2E577DF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36195</wp:posOffset>
                      </wp:positionV>
                      <wp:extent cx="100330" cy="165100"/>
                      <wp:effectExtent l="38100" t="0" r="52070" b="63500"/>
                      <wp:wrapNone/>
                      <wp:docPr id="2" name="Signo de multiplicació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330" cy="16510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49149" id="Signo de multiplicación 1" o:spid="_x0000_s1026" style="position:absolute;margin-left:-.35pt;margin-top:2.85pt;width:7.9pt;height:1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33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" path="m14014,45780l34180,33526,50165,59830,66150,33526,86316,45780,63972,82550r22344,36770l66150,131574,50165,105270,34180,131574,14014,119320,36358,82550,14014,45780xe" fillcolor="black [3200]" strokecolor="black [3040]">
                      <v:fill color2="gray [1616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 o:connecttype="custom" o:connectlocs="14014,45780;34180,33526;50165,59830;66150,33526;86316,45780;63972,82550;86316,119320;66150,131574;50165,105270;34180,131574;14014,119320;36358,82550;14014,45780" o:connectangles="0,0,0,0,0,0,0,0,0,0,0,0,0"/>
                    </v:shape>
                  </w:pict>
                </mc:Fallback>
              </mc:AlternateContent>
            </w:r>
            <w:r w:rsidR="00771693">
              <w:rPr>
                <w:sz w:val="22"/>
              </w:rPr>
              <w:t>☐ Presencial    ☐ Remota    ☐ Mixta</w:t>
            </w:r>
          </w:p>
        </w:tc>
      </w:tr>
      <w:tr w:rsidR="00A11FCB" w14:paraId="323E9186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169214" w14:textId="77777777" w:rsidR="00A11FCB" w:rsidRDefault="00771693">
            <w:r>
              <w:rPr>
                <w:sz w:val="22"/>
              </w:rPr>
              <w:t>Horario o jornada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0EEBFBE" w14:textId="3F8DC9AB" w:rsidR="00A11FCB" w:rsidRPr="00F23805" w:rsidRDefault="000D3D18">
            <w:pPr>
              <w:rPr>
                <w:i/>
              </w:rPr>
            </w:pPr>
            <w:r w:rsidRPr="00F23805">
              <w:rPr>
                <w:i/>
              </w:rPr>
              <w:t>Lunes a Viernes 8:30 am. a 5:30 pm.</w:t>
            </w:r>
          </w:p>
        </w:tc>
      </w:tr>
      <w:tr w:rsidR="00A11FCB" w:rsidRPr="00B84700" w14:paraId="510E7E93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618FAF" w14:textId="77777777" w:rsidR="00A11FCB" w:rsidRPr="00B84700" w:rsidRDefault="00771693">
            <w:r w:rsidRPr="00B84700">
              <w:rPr>
                <w:sz w:val="22"/>
              </w:rPr>
              <w:t>Ubicación de prestación de servicios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D1E36C" w14:textId="36E9FDFC" w:rsidR="00A11FCB" w:rsidRPr="00F23805" w:rsidRDefault="00814A3F">
            <w:pPr>
              <w:rPr>
                <w:i/>
              </w:rPr>
            </w:pPr>
            <w:r w:rsidRPr="00F23805">
              <w:rPr>
                <w:i/>
              </w:rPr>
              <w:t>VIA Corporativo, Misión de San Javier 10643, Zona Urbana Rio Tijuana, 22010 Tijuana, B.C.</w:t>
            </w:r>
          </w:p>
        </w:tc>
      </w:tr>
    </w:tbl>
    <w:p w14:paraId="341AAD29" w14:textId="77777777" w:rsidR="00A11FCB" w:rsidRDefault="00771693">
      <w:pPr>
        <w:spacing w:before="160" w:after="80"/>
      </w:pPr>
      <w:r>
        <w:rPr>
          <w:b/>
          <w:color w:val="3E70C4"/>
          <w:sz w:val="28"/>
        </w:rPr>
        <w:t>2. CONDICIONES GENERALES DEL EMPLEO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73"/>
      </w:tblGrid>
      <w:tr w:rsidR="00A11FCB" w14:paraId="7201AFD4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71DCFA" w14:textId="77777777" w:rsidR="00A11FCB" w:rsidRDefault="00771693">
            <w:r>
              <w:rPr>
                <w:sz w:val="22"/>
              </w:rPr>
              <w:t>Objetivo del puesto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374FEA" w14:textId="4690EC54" w:rsidR="00A11FCB" w:rsidRPr="00F23805" w:rsidRDefault="00814A3F">
            <w:r w:rsidRPr="00F23805">
              <w:rPr>
                <w:i/>
              </w:rPr>
              <w:t>Gestionar el alta y administración de clientes en sistema, asegurando la integridad de la información y documentación. Brindando soporte administrativo y seguimiento a requerimientos de la cartera empresarial.</w:t>
            </w:r>
          </w:p>
        </w:tc>
      </w:tr>
      <w:tr w:rsidR="00A11FCB" w14:paraId="1F365344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C3408A" w14:textId="77777777" w:rsidR="00A11FCB" w:rsidRDefault="00771693">
            <w:r>
              <w:rPr>
                <w:sz w:val="22"/>
              </w:rPr>
              <w:t>Funciones principales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8FD6F4" w14:textId="6B223067" w:rsidR="00A11FCB" w:rsidRPr="00F23805" w:rsidRDefault="00814A3F" w:rsidP="00814A3F">
            <w:pPr>
              <w:spacing w:line="252" w:lineRule="auto"/>
              <w:rPr>
                <w:i/>
                <w:color w:val="333333"/>
              </w:rPr>
            </w:pPr>
            <w:r w:rsidRPr="00F23805">
              <w:rPr>
                <w:i/>
                <w:color w:val="333333"/>
              </w:rPr>
              <w:t>Recabar la documentación necesaria para la integración del expediente, en conjunto con el ejecutivo de venta.</w:t>
            </w:r>
          </w:p>
        </w:tc>
      </w:tr>
      <w:tr w:rsidR="00A11FCB" w14:paraId="1B00D591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251EAA" w14:textId="77777777" w:rsidR="00A11FCB" w:rsidRDefault="00771693">
            <w:r>
              <w:rPr>
                <w:sz w:val="22"/>
              </w:rPr>
              <w:t>Responsabilidades específicas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1613C2" w14:textId="580DA2E9" w:rsidR="00A11FCB" w:rsidRPr="00F23805" w:rsidRDefault="00814A3F">
            <w:pPr>
              <w:rPr>
                <w:i/>
              </w:rPr>
            </w:pPr>
            <w:r w:rsidRPr="00F23805">
              <w:rPr>
                <w:i/>
              </w:rPr>
              <w:t xml:space="preserve">Analizar y validar la documentación de clientes (de acuerdo con el </w:t>
            </w:r>
            <w:proofErr w:type="spellStart"/>
            <w:r w:rsidRPr="00F23805">
              <w:rPr>
                <w:i/>
              </w:rPr>
              <w:t>check</w:t>
            </w:r>
            <w:proofErr w:type="spellEnd"/>
            <w:r w:rsidRPr="00F23805">
              <w:rPr>
                <w:i/>
              </w:rPr>
              <w:t xml:space="preserve"> </w:t>
            </w:r>
            <w:proofErr w:type="spellStart"/>
            <w:r w:rsidRPr="00F23805">
              <w:rPr>
                <w:i/>
              </w:rPr>
              <w:t>list</w:t>
            </w:r>
            <w:proofErr w:type="spellEnd"/>
            <w:r w:rsidRPr="00F23805">
              <w:rPr>
                <w:i/>
              </w:rPr>
              <w:t xml:space="preserve"> de producto o servicio a contratar, revisar los documentos autorizados por la autoridad y por política interna para detectar documentos alterados, y/o falsificados).</w:t>
            </w:r>
          </w:p>
        </w:tc>
      </w:tr>
      <w:tr w:rsidR="00A11FCB" w:rsidRPr="00B84700" w14:paraId="1B6E06B4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0DEF39" w14:textId="77777777" w:rsidR="00A11FCB" w:rsidRPr="00B84700" w:rsidRDefault="00771693">
            <w:r w:rsidRPr="00B84700">
              <w:rPr>
                <w:sz w:val="22"/>
              </w:rPr>
              <w:t>Periodo de prueba, si aplica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9F257D" w14:textId="0E2D8ADD" w:rsidR="00A11FCB" w:rsidRPr="00F23805" w:rsidRDefault="00814A3F">
            <w:pPr>
              <w:rPr>
                <w:i/>
              </w:rPr>
            </w:pPr>
            <w:r w:rsidRPr="00F23805">
              <w:rPr>
                <w:i/>
              </w:rPr>
              <w:t xml:space="preserve">90 </w:t>
            </w:r>
            <w:proofErr w:type="spellStart"/>
            <w:r w:rsidRPr="00F23805">
              <w:rPr>
                <w:i/>
              </w:rPr>
              <w:t>dias</w:t>
            </w:r>
            <w:proofErr w:type="spellEnd"/>
          </w:p>
        </w:tc>
      </w:tr>
      <w:tr w:rsidR="00A11FCB" w:rsidRPr="00B84700" w14:paraId="0EBF3C12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03D625" w14:textId="77777777" w:rsidR="00A11FCB" w:rsidRPr="00B84700" w:rsidRDefault="00771693">
            <w:r w:rsidRPr="00B84700">
              <w:rPr>
                <w:sz w:val="22"/>
              </w:rPr>
              <w:t>Reportes y líneas de autoridad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3B3078" w14:textId="469E7AF2" w:rsidR="00A11FCB" w:rsidRPr="00F23805" w:rsidRDefault="00814A3F">
            <w:r w:rsidRPr="00F23805">
              <w:rPr>
                <w:i/>
              </w:rPr>
              <w:t>Coordinador</w:t>
            </w:r>
            <w:r w:rsidRPr="00F23805">
              <w:t xml:space="preserve"> </w:t>
            </w:r>
            <w:r w:rsidRPr="00F23805">
              <w:rPr>
                <w:i/>
              </w:rPr>
              <w:t>Mantenimiento de Cartera</w:t>
            </w:r>
          </w:p>
        </w:tc>
      </w:tr>
    </w:tbl>
    <w:p w14:paraId="59703529" w14:textId="48DF706D" w:rsidR="00A11FCB" w:rsidRDefault="00771693">
      <w:pPr>
        <w:spacing w:before="160" w:after="80"/>
      </w:pPr>
      <w:r>
        <w:rPr>
          <w:b/>
          <w:color w:val="3E70C4"/>
          <w:sz w:val="28"/>
        </w:rPr>
        <w:t>3. CONDICIONES DE SEGURIDAD Y CONFIDENCIALIDAD</w:t>
      </w:r>
    </w:p>
    <w:tbl>
      <w:tblPr>
        <w:tblW w:w="10375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73"/>
      </w:tblGrid>
      <w:tr w:rsidR="00A11FCB" w:rsidRPr="00B84700" w14:paraId="30427E32" w14:textId="77777777" w:rsidTr="0015422E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B44FB2" w14:textId="77777777" w:rsidR="00A11FCB" w:rsidRPr="00B84700" w:rsidRDefault="00771693">
            <w:r w:rsidRPr="00B84700">
              <w:rPr>
                <w:sz w:val="22"/>
              </w:rPr>
              <w:t>Acceso a información de contribuyentes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62256C" w14:textId="30BAA5F1" w:rsidR="00A11FCB" w:rsidRPr="0015422E" w:rsidRDefault="0015422E">
            <w:pPr>
              <w:rPr>
                <w:i/>
              </w:rPr>
            </w:pPr>
            <w:r w:rsidRPr="0015422E">
              <w:rPr>
                <w:i/>
              </w:rPr>
              <w:t>Documentación de clientes</w:t>
            </w:r>
          </w:p>
        </w:tc>
      </w:tr>
      <w:tr w:rsidR="00A11FCB" w:rsidRPr="00B84700" w14:paraId="6DE6B120" w14:textId="77777777" w:rsidTr="0015422E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1F01577" w14:textId="77777777" w:rsidR="00A11FCB" w:rsidRPr="00B84700" w:rsidRDefault="00771693">
            <w:r w:rsidRPr="00B84700">
              <w:rPr>
                <w:sz w:val="22"/>
              </w:rPr>
              <w:t>Acceso a sistemas, redes o servicios de red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742CC7" w14:textId="6C0E80D6" w:rsidR="00A11FCB" w:rsidRPr="00437D00" w:rsidRDefault="00814A3F">
            <w:pPr>
              <w:rPr>
                <w:i/>
              </w:rPr>
            </w:pPr>
            <w:r w:rsidRPr="00437D00">
              <w:rPr>
                <w:i/>
              </w:rPr>
              <w:t>Si</w:t>
            </w:r>
          </w:p>
        </w:tc>
      </w:tr>
      <w:tr w:rsidR="0015422E" w14:paraId="254888E7" w14:textId="77777777" w:rsidTr="0015422E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25F982" w14:textId="77777777" w:rsidR="0015422E" w:rsidRDefault="0015422E" w:rsidP="0015422E">
            <w:r>
              <w:rPr>
                <w:sz w:val="22"/>
              </w:rPr>
              <w:t>Uso de activos institucionales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E1C4D2" w14:textId="20C8B954" w:rsidR="0015422E" w:rsidRPr="0015422E" w:rsidRDefault="0015422E" w:rsidP="0015422E">
            <w:pPr>
              <w:rPr>
                <w:i/>
              </w:rPr>
            </w:pPr>
            <w:r w:rsidRPr="0015422E">
              <w:rPr>
                <w:i/>
              </w:rPr>
              <w:t>Equipo de cómputo fijo o laptop</w:t>
            </w:r>
          </w:p>
        </w:tc>
      </w:tr>
      <w:tr w:rsidR="0015422E" w14:paraId="4C9C39BF" w14:textId="77777777" w:rsidTr="0015422E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B8CCDF" w14:textId="77777777" w:rsidR="0015422E" w:rsidRDefault="0015422E" w:rsidP="0015422E">
            <w:r>
              <w:rPr>
                <w:sz w:val="22"/>
              </w:rPr>
              <w:t>Obligaciones de confidencialidad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9887BD" w14:textId="23E481FA" w:rsidR="0015422E" w:rsidRPr="00437D00" w:rsidRDefault="0015422E" w:rsidP="0015422E">
            <w:pPr>
              <w:rPr>
                <w:i/>
              </w:rPr>
            </w:pPr>
            <w:r w:rsidRPr="00437D00">
              <w:rPr>
                <w:i/>
              </w:rPr>
              <w:t>Si</w:t>
            </w:r>
          </w:p>
        </w:tc>
      </w:tr>
      <w:tr w:rsidR="0015422E" w:rsidRPr="00B84700" w14:paraId="0207B730" w14:textId="77777777" w:rsidTr="0015422E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60374B" w14:textId="77777777" w:rsidR="0015422E" w:rsidRPr="00B84700" w:rsidRDefault="0015422E" w:rsidP="0015422E">
            <w:r w:rsidRPr="00B84700">
              <w:rPr>
                <w:sz w:val="22"/>
              </w:rPr>
              <w:t>Restricciones de uso de credenciales y accesos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360918" w14:textId="588D2A34" w:rsidR="0015422E" w:rsidRPr="00437D00" w:rsidRDefault="0015422E" w:rsidP="0015422E">
            <w:pPr>
              <w:rPr>
                <w:i/>
              </w:rPr>
            </w:pPr>
            <w:r w:rsidRPr="00437D00">
              <w:rPr>
                <w:i/>
              </w:rPr>
              <w:t>Ninguna</w:t>
            </w:r>
          </w:p>
        </w:tc>
      </w:tr>
      <w:tr w:rsidR="0015422E" w:rsidRPr="00B84700" w14:paraId="561B0F75" w14:textId="77777777" w:rsidTr="0015422E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0B5B44" w14:textId="77777777" w:rsidR="0015422E" w:rsidRDefault="0015422E" w:rsidP="0015422E">
            <w:r>
              <w:rPr>
                <w:sz w:val="22"/>
              </w:rPr>
              <w:t>Políticas internas obligatorias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7B92DB3" w14:textId="5781CD98" w:rsidR="0015422E" w:rsidRPr="00B84700" w:rsidRDefault="0015422E" w:rsidP="0015422E">
            <w:r>
              <w:rPr>
                <w:noProof/>
                <w:color w:val="333333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9B927B2" wp14:editId="2A93B75E">
                      <wp:simplePos x="0" y="0"/>
                      <wp:positionH relativeFrom="column">
                        <wp:posOffset>2832735</wp:posOffset>
                      </wp:positionH>
                      <wp:positionV relativeFrom="paragraph">
                        <wp:posOffset>19050</wp:posOffset>
                      </wp:positionV>
                      <wp:extent cx="82550" cy="130175"/>
                      <wp:effectExtent l="38100" t="0" r="50800" b="79375"/>
                      <wp:wrapNone/>
                      <wp:docPr id="3" name="Signo de multiplicació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550" cy="130175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7FD02" id="Signo de multiplicación 1" o:spid="_x0000_s1026" style="position:absolute;margin-left:223.05pt;margin-top:1.5pt;width:6.5pt;height:10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550,13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" path="m11628,36464l28025,26066,41275,46960,54525,26066,70922,36464,52770,65088,70922,93711,54525,104109,41275,83215,28025,104109,11628,93711,29780,65088,11628,36464xe" fillcolor="black [3200]" strokecolor="black [3040]">
                      <v:fill color2="gray [1616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 o:connecttype="custom" o:connectlocs="11628,36464;28025,26066;41275,46960;54525,26066;70922,36464;52770,65088;70922,93711;54525,104109;41275,83215;28025,104109;11628,93711;29780,65088;11628,36464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color w:val="333333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0F3AB862" wp14:editId="0EB98F24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16510</wp:posOffset>
                      </wp:positionV>
                      <wp:extent cx="82550" cy="130175"/>
                      <wp:effectExtent l="38100" t="0" r="50800" b="79375"/>
                      <wp:wrapNone/>
                      <wp:docPr id="1151142795" name="Signo de multiplicació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550" cy="130175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DB293" id="Signo de multiplicación 1" o:spid="_x0000_s1026" style="position:absolute;margin-left:1.9pt;margin-top:1.3pt;width:6.5pt;height:10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550,13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" path="m11628,36464l28025,26066,41275,46960,54525,26066,70922,36464,52770,65088,70922,93711,54525,104109,41275,83215,28025,104109,11628,93711,29780,65088,11628,36464xe" fillcolor="black [3200]" strokecolor="black [3040]">
                      <v:fill color2="gray [1616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 o:connecttype="custom" o:connectlocs="11628,36464;28025,26066;41275,46960;54525,26066;70922,36464;52770,65088;70922,93711;54525,104109;41275,83215;28025,104109;11628,93711;29780,65088;11628,36464" o:connectangles="0,0,0,0,0,0,0,0,0,0,0,0,0"/>
                    </v:shape>
                  </w:pict>
                </mc:Fallback>
              </mc:AlternateContent>
            </w:r>
            <w:r w:rsidRPr="00B84700">
              <w:rPr>
                <w:rFonts w:ascii="Segoe UI Symbol" w:hAnsi="Segoe UI Symbol" w:cs="Segoe UI Symbol"/>
                <w:sz w:val="22"/>
              </w:rPr>
              <w:t>☐</w:t>
            </w:r>
            <w:r w:rsidRPr="00B84700">
              <w:rPr>
                <w:sz w:val="22"/>
              </w:rPr>
              <w:t xml:space="preserve"> Seguridad de la información  </w:t>
            </w:r>
            <w:r w:rsidRPr="00B84700">
              <w:rPr>
                <w:rFonts w:ascii="Segoe UI Symbol" w:hAnsi="Segoe UI Symbol" w:cs="Segoe UI Symbol"/>
                <w:sz w:val="22"/>
              </w:rPr>
              <w:t>☐</w:t>
            </w:r>
            <w:r w:rsidRPr="00B84700">
              <w:rPr>
                <w:sz w:val="22"/>
              </w:rPr>
              <w:t xml:space="preserve"> Trabajo remoto  </w:t>
            </w:r>
            <w:r w:rsidRPr="00B84700">
              <w:rPr>
                <w:rFonts w:ascii="Segoe UI Symbol" w:hAnsi="Segoe UI Symbol" w:cs="Segoe UI Symbol"/>
                <w:sz w:val="22"/>
              </w:rPr>
              <w:t>☐</w:t>
            </w:r>
            <w:r w:rsidRPr="00B84700">
              <w:rPr>
                <w:sz w:val="22"/>
              </w:rPr>
              <w:t xml:space="preserve"> Uso de activos  </w:t>
            </w:r>
            <w:r w:rsidRPr="00B84700">
              <w:rPr>
                <w:rFonts w:ascii="Segoe UI Symbol" w:hAnsi="Segoe UI Symbol" w:cs="Segoe UI Symbol"/>
                <w:sz w:val="22"/>
              </w:rPr>
              <w:t>☐</w:t>
            </w:r>
            <w:r w:rsidRPr="00B84700">
              <w:rPr>
                <w:sz w:val="22"/>
              </w:rPr>
              <w:t xml:space="preserve"> Control de accesos</w:t>
            </w:r>
          </w:p>
        </w:tc>
      </w:tr>
    </w:tbl>
    <w:p w14:paraId="672CD6C4" w14:textId="77777777" w:rsidR="00A11FCB" w:rsidRDefault="00771693">
      <w:pPr>
        <w:spacing w:before="160" w:after="80"/>
      </w:pPr>
      <w:r>
        <w:rPr>
          <w:b/>
          <w:color w:val="3E70C4"/>
          <w:sz w:val="28"/>
        </w:rPr>
        <w:lastRenderedPageBreak/>
        <w:t>4. RESTRICCIONES, PROHIBICIONES Y SANCIONES</w:t>
      </w:r>
    </w:p>
    <w:tbl>
      <w:tblPr>
        <w:tblW w:w="10375" w:type="dxa"/>
        <w:jc w:val="center"/>
        <w:tblLayout w:type="fixed"/>
        <w:tblLook w:val="04A0" w:firstRow="1" w:lastRow="0" w:firstColumn="1" w:lastColumn="0" w:noHBand="0" w:noVBand="1"/>
      </w:tblPr>
      <w:tblGrid>
        <w:gridCol w:w="10375"/>
      </w:tblGrid>
      <w:tr w:rsidR="00A11FCB" w:rsidRPr="00B84700" w14:paraId="056BE2E5" w14:textId="77777777" w:rsidTr="00F23805">
        <w:trPr>
          <w:jc w:val="center"/>
        </w:trPr>
        <w:tc>
          <w:tcPr>
            <w:tcW w:w="1037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38002F" w14:textId="77777777" w:rsidR="00A11FCB" w:rsidRPr="00B84700" w:rsidRDefault="00771693">
            <w:r w:rsidRPr="00B84700">
              <w:rPr>
                <w:sz w:val="22"/>
              </w:rPr>
              <w:t>Describir restricciones aplicables al puesto, prohibiciones y consecuencias por incumplimiento</w:t>
            </w:r>
          </w:p>
        </w:tc>
      </w:tr>
      <w:tr w:rsidR="00F23805" w14:paraId="235B8071" w14:textId="77777777" w:rsidTr="00F23805">
        <w:trPr>
          <w:jc w:val="center"/>
        </w:trPr>
        <w:tc>
          <w:tcPr>
            <w:tcW w:w="1037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6D4777" w14:textId="77777777" w:rsidR="00F23805" w:rsidRPr="00771693" w:rsidRDefault="00F23805" w:rsidP="00D85782">
            <w:pPr>
              <w:rPr>
                <w:i/>
                <w:u w:val="single"/>
              </w:rPr>
            </w:pPr>
            <w:r w:rsidRPr="00771693">
              <w:rPr>
                <w:i/>
                <w:u w:val="single"/>
              </w:rPr>
              <w:t>Acceso limitado a información y sistemas según rol y nivel de autorización.</w:t>
            </w:r>
          </w:p>
        </w:tc>
      </w:tr>
      <w:tr w:rsidR="00F23805" w14:paraId="2C95D7B7" w14:textId="77777777" w:rsidTr="00F23805">
        <w:trPr>
          <w:jc w:val="center"/>
        </w:trPr>
        <w:tc>
          <w:tcPr>
            <w:tcW w:w="1037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5B2B39" w14:textId="589D30E6" w:rsidR="00F23805" w:rsidRPr="00771693" w:rsidRDefault="00F23805" w:rsidP="00D85782">
            <w:pPr>
              <w:rPr>
                <w:i/>
                <w:u w:val="single"/>
              </w:rPr>
            </w:pPr>
            <w:r w:rsidRPr="00771693">
              <w:rPr>
                <w:i/>
              </w:rPr>
              <w:t>Uso exclusivo de herramientas y equipos corporativos para actividades laborales.</w:t>
            </w:r>
          </w:p>
        </w:tc>
      </w:tr>
      <w:tr w:rsidR="00F23805" w14:paraId="52540937" w14:textId="77777777" w:rsidTr="00F23805">
        <w:trPr>
          <w:jc w:val="center"/>
        </w:trPr>
        <w:tc>
          <w:tcPr>
            <w:tcW w:w="1037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2E6136" w14:textId="762C2D24" w:rsidR="00F23805" w:rsidRPr="00771693" w:rsidRDefault="00F23805" w:rsidP="00F23805">
            <w:pPr>
              <w:rPr>
                <w:i/>
                <w:u w:val="single"/>
              </w:rPr>
            </w:pPr>
            <w:r w:rsidRPr="00771693">
              <w:rPr>
                <w:i/>
              </w:rPr>
              <w:t>Prohibición de compartir credenciales o información sensible sin autorización.</w:t>
            </w:r>
          </w:p>
        </w:tc>
      </w:tr>
      <w:tr w:rsidR="00F23805" w14:paraId="7AB4DF8D" w14:textId="77777777" w:rsidTr="00F23805">
        <w:trPr>
          <w:jc w:val="center"/>
        </w:trPr>
        <w:tc>
          <w:tcPr>
            <w:tcW w:w="1037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EC1A2D" w14:textId="17CCA70E" w:rsidR="00F23805" w:rsidRPr="00771693" w:rsidRDefault="00F23805" w:rsidP="00F23805">
            <w:pPr>
              <w:rPr>
                <w:i/>
                <w:u w:val="single"/>
              </w:rPr>
            </w:pPr>
            <w:r w:rsidRPr="00771693">
              <w:rPr>
                <w:i/>
              </w:rPr>
              <w:t>Cumplimiento obligatorio de políticas internas, normativas de seguridad y confidencialidad.</w:t>
            </w:r>
            <w:r w:rsidRPr="00771693">
              <w:rPr>
                <w:i/>
                <w:sz w:val="22"/>
              </w:rPr>
              <w:t xml:space="preserve"> </w:t>
            </w:r>
          </w:p>
        </w:tc>
      </w:tr>
    </w:tbl>
    <w:p w14:paraId="4FF4974D" w14:textId="77777777" w:rsidR="00F23805" w:rsidRDefault="00F23805">
      <w:pPr>
        <w:spacing w:before="160" w:after="80"/>
        <w:rPr>
          <w:b/>
          <w:color w:val="3E70C4"/>
          <w:sz w:val="28"/>
        </w:rPr>
      </w:pPr>
    </w:p>
    <w:p w14:paraId="71C426E4" w14:textId="3E8D5B4E" w:rsidR="00A11FCB" w:rsidRDefault="00771693">
      <w:pPr>
        <w:spacing w:before="160" w:after="80"/>
      </w:pPr>
      <w:r>
        <w:rPr>
          <w:b/>
          <w:color w:val="3E70C4"/>
          <w:sz w:val="28"/>
        </w:rPr>
        <w:t>5. ENTREGA Y COMUNICACIÓN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73"/>
      </w:tblGrid>
      <w:tr w:rsidR="00A11FCB" w:rsidRPr="00B84700" w14:paraId="25B25CBC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14FA02" w14:textId="77777777" w:rsidR="00A11FCB" w:rsidRPr="00B84700" w:rsidRDefault="00771693">
            <w:r w:rsidRPr="00B84700">
              <w:rPr>
                <w:sz w:val="22"/>
              </w:rPr>
              <w:t>Medio de comunicación del documento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C7D7E5" w14:textId="72402F16" w:rsidR="00A11FCB" w:rsidRPr="00B84700" w:rsidRDefault="00771693">
            <w:r>
              <w:rPr>
                <w:noProof/>
                <w:color w:val="333333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3D65BF9" wp14:editId="2818C5B4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13335</wp:posOffset>
                      </wp:positionV>
                      <wp:extent cx="82550" cy="130175"/>
                      <wp:effectExtent l="38100" t="0" r="50800" b="79375"/>
                      <wp:wrapNone/>
                      <wp:docPr id="4" name="Signo de multiplicació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550" cy="130175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7DBB7" id="Signo de multiplicación 1" o:spid="_x0000_s1026" style="position:absolute;margin-left:1.55pt;margin-top:1.05pt;width:6.5pt;height:10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550,13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" path="m11628,36464l28025,26066,41275,46960,54525,26066,70922,36464,52770,65088,70922,93711,54525,104109,41275,83215,28025,104109,11628,93711,29780,65088,11628,36464xe" fillcolor="black [3200]" strokecolor="black [3040]">
                      <v:fill color2="gray [1616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 o:connecttype="custom" o:connectlocs="11628,36464;28025,26066;41275,46960;54525,26066;70922,36464;52770,65088;70922,93711;54525,104109;41275,83215;28025,104109;11628,93711;29780,65088;11628,36464" o:connectangles="0,0,0,0,0,0,0,0,0,0,0,0,0"/>
                    </v:shape>
                  </w:pict>
                </mc:Fallback>
              </mc:AlternateContent>
            </w:r>
            <w:r w:rsidRPr="00B84700">
              <w:rPr>
                <w:sz w:val="22"/>
              </w:rPr>
              <w:t>☐ Físico firmado    ☐ Correo institucional    ☐ Expediente digital    ☐ Otro</w:t>
            </w:r>
          </w:p>
        </w:tc>
      </w:tr>
      <w:tr w:rsidR="00A11FCB" w:rsidRPr="00B84700" w14:paraId="35D69AFA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9C6B8B" w14:textId="77777777" w:rsidR="00A11FCB" w:rsidRPr="00B84700" w:rsidRDefault="00771693">
            <w:r w:rsidRPr="00B84700">
              <w:rPr>
                <w:sz w:val="22"/>
              </w:rPr>
              <w:t>Fecha de comunicación al candidato / empleado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D685C4" w14:textId="4775DFCB" w:rsidR="00A11FCB" w:rsidRPr="00B84700" w:rsidRDefault="00771693">
            <w:r>
              <w:rPr>
                <w:i/>
              </w:rPr>
              <w:t>30</w:t>
            </w:r>
            <w:r w:rsidRPr="00437D00">
              <w:rPr>
                <w:i/>
              </w:rPr>
              <w:t>-Marzo-2026</w:t>
            </w:r>
          </w:p>
        </w:tc>
      </w:tr>
      <w:tr w:rsidR="00A11FCB" w:rsidRPr="00B84700" w14:paraId="21ECBD88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043C85" w14:textId="77777777" w:rsidR="00A11FCB" w:rsidRPr="00B84700" w:rsidRDefault="00771693">
            <w:r w:rsidRPr="00B84700">
              <w:rPr>
                <w:sz w:val="22"/>
              </w:rPr>
              <w:t>Personal que comunica la información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9269AD" w14:textId="001185D2" w:rsidR="00A11FCB" w:rsidRPr="00437D00" w:rsidRDefault="00771693">
            <w:pPr>
              <w:rPr>
                <w:i/>
              </w:rPr>
            </w:pPr>
            <w:r>
              <w:rPr>
                <w:i/>
              </w:rPr>
              <w:t>Carolina Michelle Rodriguez</w:t>
            </w:r>
          </w:p>
        </w:tc>
      </w:tr>
      <w:tr w:rsidR="00A11FCB" w14:paraId="2A5E5923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2FE047" w14:textId="77777777" w:rsidR="00A11FCB" w:rsidRDefault="00771693">
            <w:r>
              <w:rPr>
                <w:sz w:val="22"/>
              </w:rPr>
              <w:t>Observaciones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BBBD69" w14:textId="2E25B115" w:rsidR="00A11FCB" w:rsidRPr="00771693" w:rsidRDefault="00771693">
            <w:pPr>
              <w:rPr>
                <w:i/>
              </w:rPr>
            </w:pPr>
            <w:r w:rsidRPr="00771693">
              <w:rPr>
                <w:i/>
              </w:rPr>
              <w:t>Interesado, disponible.</w:t>
            </w:r>
          </w:p>
        </w:tc>
      </w:tr>
    </w:tbl>
    <w:p w14:paraId="008E4E17" w14:textId="77777777" w:rsidR="00A11FCB" w:rsidRDefault="00A11FCB"/>
    <w:p w14:paraId="6E566892" w14:textId="755D4840" w:rsidR="00A11FCB" w:rsidRDefault="00A11FCB"/>
    <w:p w14:paraId="16A9B2F1" w14:textId="07428C6A" w:rsidR="00F23805" w:rsidRDefault="00F23805"/>
    <w:p w14:paraId="1F116F37" w14:textId="7AE44700" w:rsidR="00F23805" w:rsidRDefault="00F23805"/>
    <w:p w14:paraId="2284C9C8" w14:textId="5B3DBE05" w:rsidR="00F23805" w:rsidRDefault="00F23805"/>
    <w:p w14:paraId="6AAFA0C7" w14:textId="6EB7DFC3" w:rsidR="00F23805" w:rsidRDefault="00F23805"/>
    <w:p w14:paraId="1F102424" w14:textId="49474CEC" w:rsidR="00F23805" w:rsidRDefault="00F23805"/>
    <w:p w14:paraId="4F5EDD63" w14:textId="77777777" w:rsidR="00F23805" w:rsidRDefault="00F23805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3458"/>
        <w:gridCol w:w="3458"/>
      </w:tblGrid>
      <w:tr w:rsidR="00A11FCB" w14:paraId="7B0C01CF" w14:textId="77777777">
        <w:trPr>
          <w:jc w:val="center"/>
        </w:trPr>
        <w:tc>
          <w:tcPr>
            <w:tcW w:w="3458" w:type="dxa"/>
            <w:tcBorders>
              <w:top w:val="single" w:sz="8" w:space="0" w:color="666666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F6AD4B" w14:textId="77777777" w:rsidR="00A11FCB" w:rsidRDefault="00A11FCB"/>
        </w:tc>
        <w:tc>
          <w:tcPr>
            <w:tcW w:w="3458" w:type="dxa"/>
            <w:tcBorders>
              <w:top w:val="single" w:sz="8" w:space="0" w:color="666666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62C5D4" w14:textId="77777777" w:rsidR="00A11FCB" w:rsidRDefault="00A11FCB"/>
        </w:tc>
        <w:tc>
          <w:tcPr>
            <w:tcW w:w="3458" w:type="dxa"/>
            <w:tcBorders>
              <w:top w:val="single" w:sz="8" w:space="0" w:color="666666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4C169A" w14:textId="77777777" w:rsidR="00A11FCB" w:rsidRDefault="00A11FCB"/>
        </w:tc>
      </w:tr>
      <w:tr w:rsidR="00A11FCB" w14:paraId="33450348" w14:textId="77777777">
        <w:trPr>
          <w:jc w:val="center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AE69AC" w14:textId="77777777" w:rsidR="00A11FCB" w:rsidRDefault="00771693">
            <w:pPr>
              <w:jc w:val="center"/>
            </w:pPr>
            <w:r>
              <w:rPr>
                <w:sz w:val="22"/>
              </w:rPr>
              <w:t>Elabora RH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18AE8C" w14:textId="77777777" w:rsidR="00A11FCB" w:rsidRDefault="00771693">
            <w:pPr>
              <w:jc w:val="center"/>
            </w:pPr>
            <w:r>
              <w:rPr>
                <w:sz w:val="22"/>
              </w:rPr>
              <w:t>Revisa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ECFA24" w14:textId="77777777" w:rsidR="00A11FCB" w:rsidRDefault="00771693">
            <w:pPr>
              <w:jc w:val="center"/>
            </w:pPr>
            <w:r>
              <w:rPr>
                <w:sz w:val="22"/>
              </w:rPr>
              <w:t>Autoriza</w:t>
            </w:r>
          </w:p>
        </w:tc>
      </w:tr>
    </w:tbl>
    <w:p w14:paraId="799BB094" w14:textId="77777777" w:rsidR="008D5A7B" w:rsidRDefault="008D5A7B"/>
    <w:sectPr w:rsidR="008D5A7B" w:rsidSect="00034616">
      <w:pgSz w:w="12240" w:h="15840"/>
      <w:pgMar w:top="680" w:right="1134" w:bottom="680" w:left="113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3D18"/>
    <w:rsid w:val="0015074B"/>
    <w:rsid w:val="0015422E"/>
    <w:rsid w:val="0029639D"/>
    <w:rsid w:val="00326F90"/>
    <w:rsid w:val="00437D00"/>
    <w:rsid w:val="00771693"/>
    <w:rsid w:val="00814A3F"/>
    <w:rsid w:val="008D5A7B"/>
    <w:rsid w:val="00A11FCB"/>
    <w:rsid w:val="00AA1D8D"/>
    <w:rsid w:val="00B47730"/>
    <w:rsid w:val="00B84700"/>
    <w:rsid w:val="00BB63EB"/>
    <w:rsid w:val="00CB0664"/>
    <w:rsid w:val="00F238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CEFD0D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6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0D3D1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D1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F1CB92-689A-43AD-8B05-3488FA366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397</Words>
  <Characters>2185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Nydelva Viviana Rios Mendoza</cp:lastModifiedBy>
  <cp:revision>5</cp:revision>
  <cp:lastPrinted>2026-05-05T00:45:00Z</cp:lastPrinted>
  <dcterms:created xsi:type="dcterms:W3CDTF">2026-05-05T18:22:00Z</dcterms:created>
  <dcterms:modified xsi:type="dcterms:W3CDTF">2026-05-05T18:41:00Z</dcterms:modified>
  <cp:category/>
</cp:coreProperties>
</file>