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E3E" w:rsidRDefault="00A27E3E">
      <w:pPr>
        <w:pBdr>
          <w:bottom w:val="single" w:sz="6" w:space="1" w:color="B4C7E7"/>
        </w:pBdr>
        <w:spacing w:before="40" w:after="200"/>
      </w:pPr>
    </w:p>
    <w:p w:rsidR="00A27E3E" w:rsidRDefault="008538F7">
      <w:pPr>
        <w:spacing w:before="60" w:after="80"/>
      </w:pPr>
      <w:r>
        <w:rPr>
          <w:b/>
          <w:color w:val="4472C4"/>
          <w:sz w:val="26"/>
        </w:rPr>
        <w:t>1. DATOS DEL DICTAMEN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44"/>
        <w:gridCol w:w="6336"/>
      </w:tblGrid>
      <w:tr w:rsidR="00A27E3E">
        <w:trPr>
          <w:jc w:val="center"/>
        </w:trPr>
        <w:tc>
          <w:tcPr>
            <w:tcW w:w="374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27E3E" w:rsidRDefault="008538F7">
            <w:pPr>
              <w:spacing w:line="252" w:lineRule="auto"/>
            </w:pPr>
            <w:r>
              <w:rPr>
                <w:color w:val="333333"/>
                <w:sz w:val="20"/>
              </w:rPr>
              <w:t>Folio del proceso</w:t>
            </w:r>
          </w:p>
        </w:tc>
        <w:tc>
          <w:tcPr>
            <w:tcW w:w="633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27E3E" w:rsidRDefault="0035364C">
            <w:pPr>
              <w:spacing w:line="252" w:lineRule="auto"/>
            </w:pPr>
            <w:r>
              <w:t>TH-AT-001</w:t>
            </w:r>
          </w:p>
        </w:tc>
      </w:tr>
      <w:tr w:rsidR="00A27E3E">
        <w:trPr>
          <w:jc w:val="center"/>
        </w:trPr>
        <w:tc>
          <w:tcPr>
            <w:tcW w:w="374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27E3E" w:rsidRDefault="008538F7">
            <w:pPr>
              <w:spacing w:line="252" w:lineRule="auto"/>
            </w:pPr>
            <w:r>
              <w:rPr>
                <w:color w:val="333333"/>
                <w:sz w:val="20"/>
              </w:rPr>
              <w:t>Candidato</w:t>
            </w:r>
          </w:p>
        </w:tc>
        <w:tc>
          <w:tcPr>
            <w:tcW w:w="633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27E3E" w:rsidRPr="00E62200" w:rsidRDefault="00F64712">
            <w:pPr>
              <w:spacing w:line="252" w:lineRule="auto"/>
              <w:rPr>
                <w:i/>
              </w:rPr>
            </w:pPr>
            <w:r w:rsidRPr="00E62200">
              <w:rPr>
                <w:i/>
              </w:rPr>
              <w:t>Axel Martínez Rentería</w:t>
            </w:r>
          </w:p>
        </w:tc>
      </w:tr>
      <w:tr w:rsidR="00A27E3E">
        <w:trPr>
          <w:jc w:val="center"/>
        </w:trPr>
        <w:tc>
          <w:tcPr>
            <w:tcW w:w="374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27E3E" w:rsidRDefault="008538F7">
            <w:pPr>
              <w:spacing w:line="252" w:lineRule="auto"/>
            </w:pPr>
            <w:r>
              <w:rPr>
                <w:color w:val="333333"/>
                <w:sz w:val="20"/>
              </w:rPr>
              <w:t>Puesto</w:t>
            </w:r>
          </w:p>
        </w:tc>
        <w:tc>
          <w:tcPr>
            <w:tcW w:w="633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27E3E" w:rsidRPr="00E62200" w:rsidRDefault="00F64712">
            <w:pPr>
              <w:spacing w:line="252" w:lineRule="auto"/>
              <w:rPr>
                <w:i/>
              </w:rPr>
            </w:pPr>
            <w:proofErr w:type="spellStart"/>
            <w:r w:rsidRPr="00E62200">
              <w:rPr>
                <w:i/>
              </w:rPr>
              <w:t>Analista</w:t>
            </w:r>
            <w:proofErr w:type="spellEnd"/>
            <w:r w:rsidRPr="00E62200">
              <w:rPr>
                <w:i/>
              </w:rPr>
              <w:t xml:space="preserve"> </w:t>
            </w:r>
            <w:proofErr w:type="spellStart"/>
            <w:r w:rsidRPr="00E62200">
              <w:rPr>
                <w:i/>
              </w:rPr>
              <w:t>Administrativo</w:t>
            </w:r>
            <w:proofErr w:type="spellEnd"/>
          </w:p>
        </w:tc>
      </w:tr>
      <w:tr w:rsidR="00A27E3E">
        <w:trPr>
          <w:jc w:val="center"/>
        </w:trPr>
        <w:tc>
          <w:tcPr>
            <w:tcW w:w="374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27E3E" w:rsidRDefault="008538F7">
            <w:pPr>
              <w:spacing w:line="252" w:lineRule="auto"/>
            </w:pPr>
            <w:r>
              <w:rPr>
                <w:color w:val="333333"/>
                <w:sz w:val="20"/>
              </w:rPr>
              <w:t>Fecha del dictamen</w:t>
            </w:r>
          </w:p>
        </w:tc>
        <w:tc>
          <w:tcPr>
            <w:tcW w:w="633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27E3E" w:rsidRPr="00E62200" w:rsidRDefault="0035364C">
            <w:pPr>
              <w:spacing w:line="252" w:lineRule="auto"/>
              <w:rPr>
                <w:i/>
              </w:rPr>
            </w:pPr>
            <w:r>
              <w:rPr>
                <w:i/>
              </w:rPr>
              <w:t>27-Marzo-2026</w:t>
            </w:r>
          </w:p>
        </w:tc>
      </w:tr>
      <w:tr w:rsidR="00A27E3E">
        <w:trPr>
          <w:jc w:val="center"/>
        </w:trPr>
        <w:tc>
          <w:tcPr>
            <w:tcW w:w="374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27E3E" w:rsidRDefault="008538F7">
            <w:pPr>
              <w:spacing w:line="252" w:lineRule="auto"/>
            </w:pPr>
            <w:r>
              <w:rPr>
                <w:color w:val="333333"/>
                <w:sz w:val="20"/>
              </w:rPr>
              <w:t>Área solicitante</w:t>
            </w:r>
          </w:p>
        </w:tc>
        <w:tc>
          <w:tcPr>
            <w:tcW w:w="633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27E3E" w:rsidRPr="00E62200" w:rsidRDefault="00F64712">
            <w:pPr>
              <w:spacing w:line="252" w:lineRule="auto"/>
              <w:rPr>
                <w:i/>
              </w:rPr>
            </w:pPr>
            <w:proofErr w:type="spellStart"/>
            <w:r w:rsidRPr="00E62200">
              <w:rPr>
                <w:i/>
              </w:rPr>
              <w:t>Mantenimiento</w:t>
            </w:r>
            <w:proofErr w:type="spellEnd"/>
            <w:r w:rsidRPr="00E62200">
              <w:rPr>
                <w:i/>
              </w:rPr>
              <w:t xml:space="preserve"> de </w:t>
            </w:r>
            <w:proofErr w:type="spellStart"/>
            <w:r w:rsidRPr="00E62200">
              <w:rPr>
                <w:i/>
              </w:rPr>
              <w:t>Cartera</w:t>
            </w:r>
            <w:proofErr w:type="spellEnd"/>
            <w:r w:rsidRPr="00E62200">
              <w:rPr>
                <w:i/>
              </w:rPr>
              <w:t xml:space="preserve"> </w:t>
            </w:r>
          </w:p>
        </w:tc>
      </w:tr>
    </w:tbl>
    <w:p w:rsidR="00A27E3E" w:rsidRDefault="00A27E3E">
      <w:pPr>
        <w:spacing w:after="80"/>
      </w:pPr>
    </w:p>
    <w:p w:rsidR="00A27E3E" w:rsidRDefault="008538F7">
      <w:pPr>
        <w:spacing w:before="60" w:after="80"/>
      </w:pPr>
      <w:r>
        <w:rPr>
          <w:b/>
          <w:color w:val="4472C4"/>
          <w:sz w:val="26"/>
        </w:rPr>
        <w:t>2. RESULTADO FINAL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32"/>
        <w:gridCol w:w="6048"/>
      </w:tblGrid>
      <w:tr w:rsidR="00A27E3E">
        <w:trPr>
          <w:jc w:val="center"/>
        </w:trPr>
        <w:tc>
          <w:tcPr>
            <w:tcW w:w="403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27E3E" w:rsidRDefault="008538F7">
            <w:pPr>
              <w:spacing w:line="252" w:lineRule="auto"/>
            </w:pPr>
            <w:r>
              <w:rPr>
                <w:color w:val="333333"/>
                <w:sz w:val="20"/>
              </w:rPr>
              <w:t>Dictamen</w:t>
            </w:r>
          </w:p>
        </w:tc>
        <w:tc>
          <w:tcPr>
            <w:tcW w:w="60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27E3E" w:rsidRDefault="00C64E89">
            <w:pPr>
              <w:spacing w:line="252" w:lineRule="auto"/>
            </w:pPr>
            <w:r>
              <w:rPr>
                <w:color w:val="333333"/>
                <w:sz w:val="20"/>
              </w:rPr>
              <w:t xml:space="preserve">X </w:t>
            </w:r>
            <w:r w:rsidR="008538F7">
              <w:rPr>
                <w:color w:val="333333"/>
                <w:sz w:val="20"/>
              </w:rPr>
              <w:t xml:space="preserve">Viable    ☐ </w:t>
            </w:r>
            <w:r w:rsidR="0083374D">
              <w:rPr>
                <w:color w:val="333333"/>
                <w:sz w:val="20"/>
              </w:rPr>
              <w:t xml:space="preserve"> </w:t>
            </w:r>
            <w:r w:rsidR="008538F7">
              <w:rPr>
                <w:color w:val="333333"/>
                <w:sz w:val="20"/>
              </w:rPr>
              <w:t xml:space="preserve">Viable con </w:t>
            </w:r>
            <w:proofErr w:type="spellStart"/>
            <w:r w:rsidR="008538F7">
              <w:rPr>
                <w:color w:val="333333"/>
                <w:sz w:val="20"/>
              </w:rPr>
              <w:t>restricciones</w:t>
            </w:r>
            <w:proofErr w:type="spellEnd"/>
            <w:r w:rsidR="008538F7">
              <w:rPr>
                <w:color w:val="333333"/>
                <w:sz w:val="20"/>
              </w:rPr>
              <w:t xml:space="preserve">    ☐ </w:t>
            </w:r>
            <w:r w:rsidR="0083374D">
              <w:rPr>
                <w:color w:val="333333"/>
                <w:sz w:val="20"/>
              </w:rPr>
              <w:t xml:space="preserve"> </w:t>
            </w:r>
            <w:r w:rsidR="008538F7">
              <w:rPr>
                <w:color w:val="333333"/>
                <w:sz w:val="20"/>
              </w:rPr>
              <w:t>No viable</w:t>
            </w:r>
          </w:p>
        </w:tc>
      </w:tr>
      <w:tr w:rsidR="00A27E3E">
        <w:trPr>
          <w:jc w:val="center"/>
        </w:trPr>
        <w:tc>
          <w:tcPr>
            <w:tcW w:w="403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27E3E" w:rsidRDefault="008538F7">
            <w:pPr>
              <w:spacing w:line="252" w:lineRule="auto"/>
            </w:pPr>
            <w:r>
              <w:rPr>
                <w:color w:val="333333"/>
                <w:sz w:val="20"/>
              </w:rPr>
              <w:t>Fecha propuesta de ingreso</w:t>
            </w:r>
          </w:p>
        </w:tc>
        <w:tc>
          <w:tcPr>
            <w:tcW w:w="60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27E3E" w:rsidRPr="00E62200" w:rsidRDefault="00EC679B">
            <w:pPr>
              <w:spacing w:line="252" w:lineRule="auto"/>
              <w:rPr>
                <w:i/>
              </w:rPr>
            </w:pPr>
            <w:r>
              <w:rPr>
                <w:i/>
              </w:rPr>
              <w:t>13-</w:t>
            </w:r>
            <w:r w:rsidR="0083374D" w:rsidRPr="00E62200">
              <w:rPr>
                <w:i/>
              </w:rPr>
              <w:t>Abril 2026</w:t>
            </w:r>
          </w:p>
        </w:tc>
      </w:tr>
      <w:tr w:rsidR="00A27E3E">
        <w:trPr>
          <w:jc w:val="center"/>
        </w:trPr>
        <w:tc>
          <w:tcPr>
            <w:tcW w:w="403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27E3E" w:rsidRDefault="008538F7">
            <w:pPr>
              <w:spacing w:line="252" w:lineRule="auto"/>
            </w:pPr>
            <w:r>
              <w:rPr>
                <w:color w:val="333333"/>
                <w:sz w:val="20"/>
              </w:rPr>
              <w:t>Controles o restricciones iniciales</w:t>
            </w:r>
          </w:p>
        </w:tc>
        <w:tc>
          <w:tcPr>
            <w:tcW w:w="60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27E3E" w:rsidRPr="00EC679B" w:rsidRDefault="00EC679B">
            <w:pPr>
              <w:spacing w:line="252" w:lineRule="auto"/>
              <w:rPr>
                <w:i/>
              </w:rPr>
            </w:pPr>
            <w:proofErr w:type="spellStart"/>
            <w:r w:rsidRPr="00EC679B">
              <w:rPr>
                <w:i/>
              </w:rPr>
              <w:t>Ninguna</w:t>
            </w:r>
            <w:proofErr w:type="spellEnd"/>
          </w:p>
        </w:tc>
      </w:tr>
      <w:tr w:rsidR="00A27E3E">
        <w:trPr>
          <w:jc w:val="center"/>
        </w:trPr>
        <w:tc>
          <w:tcPr>
            <w:tcW w:w="403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27E3E" w:rsidRDefault="008538F7">
            <w:pPr>
              <w:spacing w:line="252" w:lineRule="auto"/>
            </w:pPr>
            <w:r>
              <w:rPr>
                <w:color w:val="333333"/>
                <w:sz w:val="20"/>
              </w:rPr>
              <w:t>Accesos autorizables</w:t>
            </w:r>
          </w:p>
        </w:tc>
        <w:tc>
          <w:tcPr>
            <w:tcW w:w="60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27E3E" w:rsidRDefault="00A27E3E">
            <w:pPr>
              <w:spacing w:line="252" w:lineRule="auto"/>
            </w:pPr>
          </w:p>
        </w:tc>
      </w:tr>
    </w:tbl>
    <w:p w:rsidR="00A27E3E" w:rsidRDefault="00A27E3E">
      <w:pPr>
        <w:spacing w:after="80"/>
      </w:pPr>
      <w:bookmarkStart w:id="0" w:name="_GoBack"/>
      <w:bookmarkEnd w:id="0"/>
    </w:p>
    <w:p w:rsidR="00A27E3E" w:rsidRDefault="008538F7">
      <w:pPr>
        <w:spacing w:before="60" w:after="80"/>
      </w:pPr>
      <w:r>
        <w:rPr>
          <w:b/>
          <w:color w:val="4472C4"/>
          <w:sz w:val="26"/>
        </w:rPr>
        <w:t>3. SUSTENTO DEL DICTAMEN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6"/>
        <w:gridCol w:w="5046"/>
      </w:tblGrid>
      <w:tr w:rsidR="00A27E3E">
        <w:trPr>
          <w:jc w:val="center"/>
        </w:trPr>
        <w:tc>
          <w:tcPr>
            <w:tcW w:w="504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27E3E" w:rsidRDefault="0052652E">
            <w:pPr>
              <w:spacing w:line="252" w:lineRule="auto"/>
            </w:pPr>
            <w:r>
              <w:rPr>
                <w:color w:val="333333"/>
                <w:sz w:val="20"/>
              </w:rPr>
              <w:t>X</w:t>
            </w:r>
            <w:r w:rsidR="008538F7">
              <w:rPr>
                <w:color w:val="333333"/>
                <w:sz w:val="20"/>
              </w:rPr>
              <w:t xml:space="preserve"> Expediente documental completo</w:t>
            </w:r>
          </w:p>
        </w:tc>
        <w:tc>
          <w:tcPr>
            <w:tcW w:w="504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27E3E" w:rsidRDefault="0052652E">
            <w:pPr>
              <w:spacing w:line="252" w:lineRule="auto"/>
            </w:pPr>
            <w:r>
              <w:rPr>
                <w:color w:val="333333"/>
                <w:sz w:val="20"/>
              </w:rPr>
              <w:t xml:space="preserve">X </w:t>
            </w:r>
            <w:proofErr w:type="spellStart"/>
            <w:r w:rsidR="008538F7">
              <w:rPr>
                <w:color w:val="333333"/>
                <w:sz w:val="20"/>
              </w:rPr>
              <w:t>Entrevista</w:t>
            </w:r>
            <w:proofErr w:type="spellEnd"/>
            <w:r w:rsidR="008538F7">
              <w:rPr>
                <w:color w:val="333333"/>
                <w:sz w:val="20"/>
              </w:rPr>
              <w:t xml:space="preserve"> RH </w:t>
            </w:r>
            <w:proofErr w:type="spellStart"/>
            <w:r w:rsidR="008538F7">
              <w:rPr>
                <w:color w:val="333333"/>
                <w:sz w:val="20"/>
              </w:rPr>
              <w:t>concluida</w:t>
            </w:r>
            <w:proofErr w:type="spellEnd"/>
          </w:p>
        </w:tc>
      </w:tr>
      <w:tr w:rsidR="00A27E3E">
        <w:trPr>
          <w:jc w:val="center"/>
        </w:trPr>
        <w:tc>
          <w:tcPr>
            <w:tcW w:w="504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27E3E" w:rsidRDefault="0052652E">
            <w:pPr>
              <w:spacing w:line="252" w:lineRule="auto"/>
            </w:pPr>
            <w:r>
              <w:rPr>
                <w:color w:val="333333"/>
                <w:sz w:val="20"/>
              </w:rPr>
              <w:t xml:space="preserve">X </w:t>
            </w:r>
            <w:proofErr w:type="spellStart"/>
            <w:r w:rsidR="008538F7">
              <w:rPr>
                <w:color w:val="333333"/>
                <w:sz w:val="20"/>
              </w:rPr>
              <w:t>Evaluación</w:t>
            </w:r>
            <w:proofErr w:type="spellEnd"/>
            <w:r w:rsidR="008538F7">
              <w:rPr>
                <w:color w:val="333333"/>
                <w:sz w:val="20"/>
              </w:rPr>
              <w:t xml:space="preserve"> </w:t>
            </w:r>
            <w:proofErr w:type="spellStart"/>
            <w:r w:rsidR="008538F7">
              <w:rPr>
                <w:color w:val="333333"/>
                <w:sz w:val="20"/>
              </w:rPr>
              <w:t>técnica</w:t>
            </w:r>
            <w:proofErr w:type="spellEnd"/>
            <w:r w:rsidR="008538F7">
              <w:rPr>
                <w:color w:val="333333"/>
                <w:sz w:val="20"/>
              </w:rPr>
              <w:t xml:space="preserve"> </w:t>
            </w:r>
            <w:proofErr w:type="spellStart"/>
            <w:r w:rsidR="008538F7">
              <w:rPr>
                <w:color w:val="333333"/>
                <w:sz w:val="20"/>
              </w:rPr>
              <w:t>concluida</w:t>
            </w:r>
            <w:proofErr w:type="spellEnd"/>
          </w:p>
        </w:tc>
        <w:tc>
          <w:tcPr>
            <w:tcW w:w="504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27E3E" w:rsidRDefault="0052652E">
            <w:pPr>
              <w:spacing w:line="252" w:lineRule="auto"/>
            </w:pPr>
            <w:r>
              <w:rPr>
                <w:color w:val="333333"/>
                <w:sz w:val="20"/>
              </w:rPr>
              <w:t xml:space="preserve">X </w:t>
            </w:r>
            <w:proofErr w:type="spellStart"/>
            <w:r w:rsidR="008538F7">
              <w:rPr>
                <w:color w:val="333333"/>
                <w:sz w:val="20"/>
              </w:rPr>
              <w:t>Referencias</w:t>
            </w:r>
            <w:proofErr w:type="spellEnd"/>
            <w:r w:rsidR="008538F7">
              <w:rPr>
                <w:color w:val="333333"/>
                <w:sz w:val="20"/>
              </w:rPr>
              <w:t xml:space="preserve"> </w:t>
            </w:r>
            <w:proofErr w:type="spellStart"/>
            <w:r w:rsidR="008538F7">
              <w:rPr>
                <w:color w:val="333333"/>
                <w:sz w:val="20"/>
              </w:rPr>
              <w:t>laborales</w:t>
            </w:r>
            <w:proofErr w:type="spellEnd"/>
            <w:r w:rsidR="008538F7">
              <w:rPr>
                <w:color w:val="333333"/>
                <w:sz w:val="20"/>
              </w:rPr>
              <w:t xml:space="preserve"> </w:t>
            </w:r>
            <w:proofErr w:type="spellStart"/>
            <w:r w:rsidR="008538F7">
              <w:rPr>
                <w:color w:val="333333"/>
                <w:sz w:val="20"/>
              </w:rPr>
              <w:t>verificadas</w:t>
            </w:r>
            <w:proofErr w:type="spellEnd"/>
          </w:p>
        </w:tc>
      </w:tr>
      <w:tr w:rsidR="00A27E3E">
        <w:trPr>
          <w:jc w:val="center"/>
        </w:trPr>
        <w:tc>
          <w:tcPr>
            <w:tcW w:w="504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27E3E" w:rsidRDefault="0052652E">
            <w:pPr>
              <w:spacing w:line="252" w:lineRule="auto"/>
            </w:pPr>
            <w:r>
              <w:rPr>
                <w:color w:val="333333"/>
                <w:sz w:val="20"/>
              </w:rPr>
              <w:t xml:space="preserve">X </w:t>
            </w:r>
            <w:proofErr w:type="spellStart"/>
            <w:r w:rsidR="008538F7">
              <w:rPr>
                <w:color w:val="333333"/>
                <w:sz w:val="20"/>
              </w:rPr>
              <w:t>Desempeño</w:t>
            </w:r>
            <w:proofErr w:type="spellEnd"/>
            <w:r w:rsidR="008538F7">
              <w:rPr>
                <w:color w:val="333333"/>
                <w:sz w:val="20"/>
              </w:rPr>
              <w:t xml:space="preserve"> </w:t>
            </w:r>
            <w:proofErr w:type="spellStart"/>
            <w:r w:rsidR="008538F7">
              <w:rPr>
                <w:color w:val="333333"/>
                <w:sz w:val="20"/>
              </w:rPr>
              <w:t>previo</w:t>
            </w:r>
            <w:proofErr w:type="spellEnd"/>
            <w:r w:rsidR="008538F7">
              <w:rPr>
                <w:color w:val="333333"/>
                <w:sz w:val="20"/>
              </w:rPr>
              <w:t xml:space="preserve"> </w:t>
            </w:r>
            <w:proofErr w:type="spellStart"/>
            <w:r w:rsidR="008538F7">
              <w:rPr>
                <w:color w:val="333333"/>
                <w:sz w:val="20"/>
              </w:rPr>
              <w:t>evaluado</w:t>
            </w:r>
            <w:proofErr w:type="spellEnd"/>
          </w:p>
        </w:tc>
        <w:tc>
          <w:tcPr>
            <w:tcW w:w="504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27E3E" w:rsidRDefault="0052652E">
            <w:pPr>
              <w:spacing w:line="252" w:lineRule="auto"/>
            </w:pPr>
            <w:r>
              <w:rPr>
                <w:color w:val="333333"/>
                <w:sz w:val="20"/>
              </w:rPr>
              <w:t xml:space="preserve">X </w:t>
            </w:r>
            <w:proofErr w:type="spellStart"/>
            <w:r w:rsidR="008538F7">
              <w:rPr>
                <w:color w:val="333333"/>
                <w:sz w:val="20"/>
              </w:rPr>
              <w:t>Incidencias</w:t>
            </w:r>
            <w:proofErr w:type="spellEnd"/>
            <w:r w:rsidR="008538F7">
              <w:rPr>
                <w:color w:val="333333"/>
                <w:sz w:val="20"/>
              </w:rPr>
              <w:t xml:space="preserve"> </w:t>
            </w:r>
            <w:proofErr w:type="spellStart"/>
            <w:r w:rsidR="008538F7">
              <w:rPr>
                <w:color w:val="333333"/>
                <w:sz w:val="20"/>
              </w:rPr>
              <w:t>analizadas</w:t>
            </w:r>
            <w:proofErr w:type="spellEnd"/>
          </w:p>
        </w:tc>
      </w:tr>
      <w:tr w:rsidR="00A27E3E">
        <w:trPr>
          <w:jc w:val="center"/>
        </w:trPr>
        <w:tc>
          <w:tcPr>
            <w:tcW w:w="504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27E3E" w:rsidRDefault="0052652E">
            <w:pPr>
              <w:spacing w:line="252" w:lineRule="auto"/>
            </w:pPr>
            <w:r>
              <w:rPr>
                <w:color w:val="333333"/>
                <w:sz w:val="20"/>
              </w:rPr>
              <w:t xml:space="preserve">X </w:t>
            </w:r>
            <w:proofErr w:type="spellStart"/>
            <w:r w:rsidR="008538F7">
              <w:rPr>
                <w:color w:val="333333"/>
                <w:sz w:val="20"/>
              </w:rPr>
              <w:t>Riesgo</w:t>
            </w:r>
            <w:proofErr w:type="spellEnd"/>
            <w:r w:rsidR="008538F7">
              <w:rPr>
                <w:color w:val="333333"/>
                <w:sz w:val="20"/>
              </w:rPr>
              <w:t xml:space="preserve"> del </w:t>
            </w:r>
            <w:proofErr w:type="spellStart"/>
            <w:r w:rsidR="008538F7">
              <w:rPr>
                <w:color w:val="333333"/>
                <w:sz w:val="20"/>
              </w:rPr>
              <w:t>puesto</w:t>
            </w:r>
            <w:proofErr w:type="spellEnd"/>
            <w:r w:rsidR="008538F7">
              <w:rPr>
                <w:color w:val="333333"/>
                <w:sz w:val="20"/>
              </w:rPr>
              <w:t xml:space="preserve"> </w:t>
            </w:r>
            <w:proofErr w:type="spellStart"/>
            <w:r w:rsidR="008538F7">
              <w:rPr>
                <w:color w:val="333333"/>
                <w:sz w:val="20"/>
              </w:rPr>
              <w:t>identificado</w:t>
            </w:r>
            <w:proofErr w:type="spellEnd"/>
          </w:p>
        </w:tc>
        <w:tc>
          <w:tcPr>
            <w:tcW w:w="504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27E3E" w:rsidRDefault="0052652E">
            <w:pPr>
              <w:spacing w:line="252" w:lineRule="auto"/>
            </w:pPr>
            <w:r>
              <w:rPr>
                <w:color w:val="333333"/>
                <w:sz w:val="20"/>
              </w:rPr>
              <w:t xml:space="preserve">X </w:t>
            </w:r>
            <w:proofErr w:type="spellStart"/>
            <w:r w:rsidR="008538F7">
              <w:rPr>
                <w:color w:val="333333"/>
                <w:sz w:val="20"/>
              </w:rPr>
              <w:t>Controles</w:t>
            </w:r>
            <w:proofErr w:type="spellEnd"/>
            <w:r w:rsidR="008538F7">
              <w:rPr>
                <w:color w:val="333333"/>
                <w:sz w:val="20"/>
              </w:rPr>
              <w:t xml:space="preserve"> </w:t>
            </w:r>
            <w:proofErr w:type="spellStart"/>
            <w:r w:rsidR="008538F7">
              <w:rPr>
                <w:color w:val="333333"/>
                <w:sz w:val="20"/>
              </w:rPr>
              <w:t>compensatorios</w:t>
            </w:r>
            <w:proofErr w:type="spellEnd"/>
            <w:r w:rsidR="008538F7">
              <w:rPr>
                <w:color w:val="333333"/>
                <w:sz w:val="20"/>
              </w:rPr>
              <w:t xml:space="preserve"> </w:t>
            </w:r>
            <w:proofErr w:type="spellStart"/>
            <w:r w:rsidR="008538F7">
              <w:rPr>
                <w:color w:val="333333"/>
                <w:sz w:val="20"/>
              </w:rPr>
              <w:t>definidos</w:t>
            </w:r>
            <w:proofErr w:type="spellEnd"/>
          </w:p>
        </w:tc>
      </w:tr>
    </w:tbl>
    <w:p w:rsidR="00A27E3E" w:rsidRDefault="00A27E3E">
      <w:pPr>
        <w:spacing w:after="120"/>
      </w:pPr>
    </w:p>
    <w:p w:rsidR="00A27E3E" w:rsidRDefault="008538F7">
      <w:pPr>
        <w:spacing w:before="60" w:after="80"/>
      </w:pPr>
      <w:r>
        <w:rPr>
          <w:b/>
          <w:color w:val="4472C4"/>
          <w:sz w:val="26"/>
        </w:rPr>
        <w:t>4. OBSERVACIONES FINALES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A27E3E">
        <w:trPr>
          <w:jc w:val="center"/>
        </w:trPr>
        <w:tc>
          <w:tcPr>
            <w:tcW w:w="10080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27E3E" w:rsidRDefault="008538F7" w:rsidP="0052652E">
            <w:pPr>
              <w:spacing w:line="252" w:lineRule="auto"/>
            </w:pPr>
            <w:r>
              <w:rPr>
                <w:color w:val="333333"/>
                <w:sz w:val="20"/>
              </w:rPr>
              <w:t>Observaciones finales, condiciones de contratación y seguimiento inicial</w:t>
            </w:r>
            <w:r>
              <w:rPr>
                <w:color w:val="333333"/>
                <w:sz w:val="20"/>
              </w:rPr>
              <w:br/>
            </w:r>
          </w:p>
          <w:p w:rsidR="0052652E" w:rsidRPr="00E62200" w:rsidRDefault="002F11F2" w:rsidP="0052652E">
            <w:pPr>
              <w:spacing w:line="252" w:lineRule="auto"/>
              <w:rPr>
                <w:i/>
                <w:u w:val="single"/>
              </w:rPr>
            </w:pPr>
            <w:r w:rsidRPr="00E62200">
              <w:rPr>
                <w:i/>
                <w:u w:val="single"/>
              </w:rPr>
              <w:t>Candidata</w:t>
            </w:r>
            <w:r w:rsidR="0052652E" w:rsidRPr="00E62200">
              <w:rPr>
                <w:i/>
                <w:u w:val="single"/>
              </w:rPr>
              <w:t xml:space="preserve"> viable para el </w:t>
            </w:r>
            <w:proofErr w:type="spellStart"/>
            <w:r w:rsidR="0052652E" w:rsidRPr="00E62200">
              <w:rPr>
                <w:i/>
                <w:u w:val="single"/>
              </w:rPr>
              <w:t>puesto</w:t>
            </w:r>
            <w:proofErr w:type="spellEnd"/>
            <w:r w:rsidR="0052652E" w:rsidRPr="00E62200">
              <w:rPr>
                <w:i/>
                <w:u w:val="single"/>
              </w:rPr>
              <w:t xml:space="preserve"> </w:t>
            </w:r>
            <w:proofErr w:type="spellStart"/>
            <w:r w:rsidR="0052652E" w:rsidRPr="00E62200">
              <w:rPr>
                <w:i/>
                <w:u w:val="single"/>
              </w:rPr>
              <w:t>solicitado</w:t>
            </w:r>
            <w:proofErr w:type="spellEnd"/>
            <w:r w:rsidR="0052652E" w:rsidRPr="00E62200">
              <w:rPr>
                <w:i/>
                <w:u w:val="single"/>
              </w:rPr>
              <w:t>.</w:t>
            </w:r>
          </w:p>
        </w:tc>
      </w:tr>
    </w:tbl>
    <w:p w:rsidR="00A27E3E" w:rsidRDefault="00A27E3E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64"/>
        <w:gridCol w:w="3364"/>
        <w:gridCol w:w="3364"/>
      </w:tblGrid>
      <w:tr w:rsidR="00A27E3E">
        <w:trPr>
          <w:jc w:val="center"/>
        </w:trPr>
        <w:tc>
          <w:tcPr>
            <w:tcW w:w="3364" w:type="dxa"/>
            <w:tcBorders>
              <w:top w:val="nil"/>
              <w:left w:val="nil"/>
              <w:bottom w:val="single" w:sz="8" w:space="0" w:color="666666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27E3E" w:rsidRDefault="008538F7">
            <w:pPr>
              <w:spacing w:line="252" w:lineRule="auto"/>
            </w:pP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</w:p>
        </w:tc>
        <w:tc>
          <w:tcPr>
            <w:tcW w:w="3364" w:type="dxa"/>
            <w:tcBorders>
              <w:top w:val="nil"/>
              <w:left w:val="nil"/>
              <w:bottom w:val="single" w:sz="8" w:space="0" w:color="666666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27E3E" w:rsidRDefault="008538F7">
            <w:pPr>
              <w:spacing w:line="252" w:lineRule="auto"/>
            </w:pP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</w:p>
        </w:tc>
        <w:tc>
          <w:tcPr>
            <w:tcW w:w="3364" w:type="dxa"/>
            <w:tcBorders>
              <w:top w:val="nil"/>
              <w:left w:val="nil"/>
              <w:bottom w:val="single" w:sz="8" w:space="0" w:color="666666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27E3E" w:rsidRDefault="008538F7">
            <w:pPr>
              <w:spacing w:line="252" w:lineRule="auto"/>
            </w:pP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</w:p>
        </w:tc>
      </w:tr>
      <w:tr w:rsidR="00A27E3E">
        <w:trPr>
          <w:jc w:val="center"/>
        </w:trPr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27E3E" w:rsidRDefault="008538F7">
            <w:pPr>
              <w:spacing w:line="252" w:lineRule="auto"/>
              <w:jc w:val="center"/>
            </w:pPr>
            <w:r>
              <w:rPr>
                <w:color w:val="333333"/>
                <w:sz w:val="20"/>
              </w:rPr>
              <w:t>Recursos Humanos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27E3E" w:rsidRDefault="008538F7">
            <w:pPr>
              <w:spacing w:line="252" w:lineRule="auto"/>
              <w:jc w:val="center"/>
            </w:pPr>
            <w:r>
              <w:rPr>
                <w:color w:val="333333"/>
                <w:sz w:val="20"/>
              </w:rPr>
              <w:t>Jefe inmediato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27E3E" w:rsidRDefault="008538F7">
            <w:pPr>
              <w:spacing w:line="252" w:lineRule="auto"/>
              <w:jc w:val="center"/>
            </w:pPr>
            <w:r>
              <w:rPr>
                <w:color w:val="333333"/>
                <w:sz w:val="20"/>
              </w:rPr>
              <w:t>Autoriza</w:t>
            </w:r>
          </w:p>
        </w:tc>
      </w:tr>
    </w:tbl>
    <w:p w:rsidR="008538F7" w:rsidRDefault="008538F7"/>
    <w:sectPr w:rsidR="008538F7" w:rsidSect="00CD643F">
      <w:headerReference w:type="default" r:id="rId8"/>
      <w:pgSz w:w="12240" w:h="15840" w:code="1"/>
      <w:pgMar w:top="850" w:right="907" w:bottom="737" w:left="90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093" w:rsidRDefault="00762093">
      <w:r>
        <w:separator/>
      </w:r>
    </w:p>
  </w:endnote>
  <w:endnote w:type="continuationSeparator" w:id="0">
    <w:p w:rsidR="00762093" w:rsidRDefault="00762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093" w:rsidRDefault="00762093">
      <w:r>
        <w:separator/>
      </w:r>
    </w:p>
  </w:footnote>
  <w:footnote w:type="continuationSeparator" w:id="0">
    <w:p w:rsidR="00762093" w:rsidRDefault="007620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9C4" w:rsidRDefault="00A559C4">
    <w:pPr>
      <w:pStyle w:val="Encabezado"/>
    </w:pPr>
  </w:p>
  <w:tbl>
    <w:tblPr>
      <w:tblW w:w="1024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048"/>
      <w:gridCol w:w="2048"/>
      <w:gridCol w:w="2048"/>
      <w:gridCol w:w="2048"/>
      <w:gridCol w:w="2048"/>
    </w:tblGrid>
    <w:tr w:rsidR="00641197" w:rsidTr="00641197">
      <w:tc>
        <w:tcPr>
          <w:tcW w:w="2048" w:type="dxa"/>
          <w:vAlign w:val="center"/>
        </w:tcPr>
        <w:p w:rsidR="00A27E3E" w:rsidRDefault="008538F7">
          <w:pPr>
            <w:jc w:val="center"/>
          </w:pPr>
          <w:r>
            <w:rPr>
              <w:b/>
              <w:color w:val="000000"/>
              <w:sz w:val="22"/>
            </w:rPr>
            <w:t>FO-SF-0026</w:t>
          </w:r>
        </w:p>
      </w:tc>
      <w:tc>
        <w:tcPr>
          <w:tcW w:w="6144" w:type="dxa"/>
          <w:gridSpan w:val="3"/>
          <w:vAlign w:val="center"/>
        </w:tcPr>
        <w:p w:rsidR="00A27E3E" w:rsidRDefault="008538F7">
          <w:pPr>
            <w:jc w:val="center"/>
          </w:pPr>
          <w:r>
            <w:rPr>
              <w:b/>
              <w:color w:val="000000"/>
              <w:sz w:val="22"/>
            </w:rPr>
            <w:t>Dictamen final de selección y contratación</w:t>
          </w:r>
        </w:p>
      </w:tc>
      <w:tc>
        <w:tcPr>
          <w:tcW w:w="2048" w:type="dxa"/>
          <w:vMerge w:val="restart"/>
          <w:vAlign w:val="center"/>
        </w:tcPr>
        <w:p w:rsidR="00641197" w:rsidRDefault="00641197" w:rsidP="00641197">
          <w:pPr>
            <w:jc w:val="center"/>
          </w:pPr>
          <w:r>
            <w:rPr>
              <w:noProof/>
              <w:color w:val="000000"/>
              <w:sz w:val="20"/>
              <w:lang w:val="es-MX" w:eastAsia="es-MX"/>
            </w:rPr>
            <w:drawing>
              <wp:inline distT="0" distB="0" distL="0" distR="0" wp14:anchorId="596C2829" wp14:editId="254D87C9">
                <wp:extent cx="1143000" cy="285750"/>
                <wp:effectExtent l="0" t="0" r="0" b="0"/>
                <wp:docPr id="1" name="logo" descr="Logo Corporativo" title="Logo Corpora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641197" w:rsidTr="00641197">
      <w:tc>
        <w:tcPr>
          <w:tcW w:w="2048" w:type="dxa"/>
          <w:vAlign w:val="center"/>
        </w:tcPr>
        <w:p w:rsidR="00A27E3E" w:rsidRDefault="008538F7">
          <w:pPr>
            <w:jc w:val="center"/>
          </w:pPr>
          <w:r>
            <w:rPr>
              <w:color w:val="000000"/>
              <w:sz w:val="20"/>
            </w:rPr>
            <w:t>Emisión: 7/4/2026</w:t>
          </w:r>
        </w:p>
      </w:tc>
      <w:tc>
        <w:tcPr>
          <w:tcW w:w="2048" w:type="dxa"/>
          <w:vAlign w:val="center"/>
        </w:tcPr>
        <w:p w:rsidR="00A27E3E" w:rsidRDefault="008538F7">
          <w:pPr>
            <w:jc w:val="center"/>
          </w:pPr>
          <w:r>
            <w:rPr>
              <w:color w:val="000000"/>
              <w:sz w:val="20"/>
            </w:rPr>
            <w:t>Revisión: 7/4/2026</w:t>
          </w:r>
        </w:p>
      </w:tc>
      <w:tc>
        <w:tcPr>
          <w:tcW w:w="2048" w:type="dxa"/>
          <w:vAlign w:val="center"/>
        </w:tcPr>
        <w:p w:rsidR="00A27E3E" w:rsidRDefault="008538F7">
          <w:pPr>
            <w:jc w:val="center"/>
          </w:pPr>
          <w:r>
            <w:rPr>
              <w:color w:val="000000"/>
              <w:sz w:val="20"/>
            </w:rPr>
            <w:t>Versión: 1</w:t>
          </w:r>
        </w:p>
      </w:tc>
      <w:tc>
        <w:tcPr>
          <w:tcW w:w="2048" w:type="dxa"/>
          <w:vAlign w:val="center"/>
        </w:tcPr>
        <w:p w:rsidR="00A27E3E" w:rsidRDefault="008538F7">
          <w:pPr>
            <w:jc w:val="center"/>
          </w:pPr>
          <w:r>
            <w:rPr>
              <w:color w:val="000000"/>
              <w:sz w:val="20"/>
            </w:rPr>
            <w:t>Formato</w:t>
          </w:r>
        </w:p>
      </w:tc>
      <w:tc>
        <w:tcPr>
          <w:tcW w:w="2048" w:type="dxa"/>
          <w:vMerge/>
        </w:tcPr>
        <w:p w:rsidR="00641197" w:rsidRDefault="00641197" w:rsidP="00641197"/>
      </w:tc>
    </w:tr>
    <w:tr w:rsidR="00641197" w:rsidTr="00641197">
      <w:tc>
        <w:tcPr>
          <w:tcW w:w="8192" w:type="dxa"/>
          <w:gridSpan w:val="4"/>
          <w:vAlign w:val="center"/>
        </w:tcPr>
        <w:p w:rsidR="00A27E3E" w:rsidRDefault="008538F7">
          <w:r>
            <w:rPr>
              <w:color w:val="000000"/>
              <w:sz w:val="22"/>
            </w:rPr>
            <w:t>Área: RECURSOS HUMANOS</w:t>
          </w:r>
        </w:p>
      </w:tc>
      <w:tc>
        <w:tcPr>
          <w:tcW w:w="2048" w:type="dxa"/>
          <w:vAlign w:val="center"/>
        </w:tcPr>
        <w:p w:rsidR="00A27E3E" w:rsidRDefault="008538F7">
          <w:pPr>
            <w:jc w:val="center"/>
          </w:pPr>
          <w:r>
            <w:rPr>
              <w:b/>
              <w:color w:val="000000"/>
              <w:sz w:val="22"/>
            </w:rPr>
            <w:t>SENDERO FUEL</w:t>
          </w:r>
        </w:p>
      </w:tc>
    </w:tr>
  </w:tbl>
  <w:p w:rsidR="00A559C4" w:rsidRPr="00641197" w:rsidRDefault="00A559C4">
    <w:pPr>
      <w:pBdr>
        <w:bottom w:val="single" w:sz="8" w:space="1" w:color="BFD0F7"/>
      </w:pBdr>
      <w:spacing w:before="40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323C7"/>
    <w:rsid w:val="0015074B"/>
    <w:rsid w:val="001F4D03"/>
    <w:rsid w:val="00223340"/>
    <w:rsid w:val="0029639D"/>
    <w:rsid w:val="002F11F2"/>
    <w:rsid w:val="00326F90"/>
    <w:rsid w:val="0035364C"/>
    <w:rsid w:val="0037304C"/>
    <w:rsid w:val="0052652E"/>
    <w:rsid w:val="00641197"/>
    <w:rsid w:val="00762093"/>
    <w:rsid w:val="0083374D"/>
    <w:rsid w:val="008538F7"/>
    <w:rsid w:val="00A27E3E"/>
    <w:rsid w:val="00A559C4"/>
    <w:rsid w:val="00AA1D8D"/>
    <w:rsid w:val="00AC33B0"/>
    <w:rsid w:val="00B14CDF"/>
    <w:rsid w:val="00B47730"/>
    <w:rsid w:val="00BB63EB"/>
    <w:rsid w:val="00C31FB2"/>
    <w:rsid w:val="00C64E89"/>
    <w:rsid w:val="00CB0664"/>
    <w:rsid w:val="00CD643F"/>
    <w:rsid w:val="00E62200"/>
    <w:rsid w:val="00EC679B"/>
    <w:rsid w:val="00F6471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BCDCFD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libri" w:eastAsia="Calibri" w:hAnsi="Calibri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CD643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643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AB31BE7-A77C-414D-901D-8233780B9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134</Words>
  <Characters>739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Nydelva Viviana Rios Mendoza</cp:lastModifiedBy>
  <cp:revision>11</cp:revision>
  <cp:lastPrinted>2026-05-05T17:39:00Z</cp:lastPrinted>
  <dcterms:created xsi:type="dcterms:W3CDTF">2026-04-06T22:55:00Z</dcterms:created>
  <dcterms:modified xsi:type="dcterms:W3CDTF">2026-05-05T17:49:00Z</dcterms:modified>
  <cp:category/>
</cp:coreProperties>
</file>