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CC5" w:rsidRDefault="00B95CC5">
      <w:pPr>
        <w:pBdr>
          <w:bottom w:val="single" w:sz="6" w:space="1" w:color="B4C7E7"/>
        </w:pBdr>
        <w:spacing w:before="40" w:after="200"/>
      </w:pPr>
    </w:p>
    <w:p w:rsidR="00B95CC5" w:rsidRDefault="00461D62">
      <w:pPr>
        <w:spacing w:before="60" w:after="80"/>
      </w:pPr>
      <w:r>
        <w:rPr>
          <w:b/>
          <w:color w:val="4472C4"/>
          <w:sz w:val="26"/>
        </w:rPr>
        <w:t>1. DATOS DEL CANDIDATO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6336"/>
      </w:tblGrid>
      <w:tr w:rsidR="00B95CC5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Candidato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>Axel Martínez Rentería</w:t>
            </w:r>
          </w:p>
        </w:tc>
      </w:tr>
      <w:tr w:rsidR="00B95CC5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Puesto al que aplica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proofErr w:type="spellStart"/>
            <w:r w:rsidRPr="0096021C">
              <w:rPr>
                <w:i/>
              </w:rPr>
              <w:t>Analista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Administrativo</w:t>
            </w:r>
            <w:proofErr w:type="spellEnd"/>
          </w:p>
        </w:tc>
      </w:tr>
      <w:tr w:rsidR="00B95CC5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Fecha de verificación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1C2F43">
            <w:pPr>
              <w:spacing w:line="252" w:lineRule="auto"/>
              <w:rPr>
                <w:i/>
              </w:rPr>
            </w:pPr>
            <w:r>
              <w:rPr>
                <w:i/>
              </w:rPr>
              <w:t>20-Marzo-2026</w:t>
            </w:r>
          </w:p>
        </w:tc>
      </w:tr>
      <w:tr w:rsidR="00B95CC5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Responsable RH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361B0D">
            <w:pPr>
              <w:spacing w:line="252" w:lineRule="auto"/>
              <w:rPr>
                <w:i/>
              </w:rPr>
            </w:pPr>
            <w:r w:rsidRPr="00BB0E83">
              <w:rPr>
                <w:i/>
              </w:rPr>
              <w:t>Lizette Julie Cortes</w:t>
            </w:r>
            <w:bookmarkStart w:id="0" w:name="_GoBack"/>
            <w:bookmarkEnd w:id="0"/>
          </w:p>
        </w:tc>
      </w:tr>
    </w:tbl>
    <w:p w:rsidR="00B95CC5" w:rsidRDefault="00B95CC5">
      <w:pPr>
        <w:spacing w:after="80"/>
      </w:pPr>
    </w:p>
    <w:p w:rsidR="00B95CC5" w:rsidRDefault="00461D62">
      <w:pPr>
        <w:spacing w:before="60" w:after="80"/>
      </w:pPr>
      <w:r>
        <w:rPr>
          <w:b/>
          <w:color w:val="4472C4"/>
          <w:sz w:val="26"/>
        </w:rPr>
        <w:t>2.1 REFERENCIA LABORAL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6624"/>
      </w:tblGrid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Empresa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proofErr w:type="spellStart"/>
            <w:r w:rsidRPr="0096021C">
              <w:rPr>
                <w:i/>
              </w:rPr>
              <w:t>Bordados</w:t>
            </w:r>
            <w:proofErr w:type="spellEnd"/>
            <w:r w:rsidRPr="0096021C">
              <w:rPr>
                <w:i/>
              </w:rPr>
              <w:t xml:space="preserve"> – </w:t>
            </w:r>
            <w:proofErr w:type="spellStart"/>
            <w:r w:rsidRPr="0096021C">
              <w:rPr>
                <w:i/>
              </w:rPr>
              <w:t>Serigrafía</w:t>
            </w:r>
            <w:proofErr w:type="spellEnd"/>
            <w:r w:rsidRPr="0096021C">
              <w:rPr>
                <w:i/>
              </w:rPr>
              <w:t xml:space="preserve"> Martínez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Nombre de contacto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>Hilda Lorena Rentería Castro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Puesto del contacto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proofErr w:type="spellStart"/>
            <w:r w:rsidRPr="0096021C">
              <w:rPr>
                <w:i/>
              </w:rPr>
              <w:t>Gerente</w:t>
            </w:r>
            <w:proofErr w:type="spellEnd"/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Medio de verificación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r w:rsidRPr="0096021C">
              <w:rPr>
                <w:i/>
                <w:color w:val="333333"/>
                <w:sz w:val="20"/>
              </w:rPr>
              <w:t>X</w:t>
            </w:r>
            <w:r w:rsidR="00461D62" w:rsidRPr="0096021C">
              <w:rPr>
                <w:i/>
                <w:color w:val="333333"/>
                <w:sz w:val="20"/>
              </w:rPr>
              <w:t xml:space="preserve"> </w:t>
            </w:r>
            <w:proofErr w:type="spellStart"/>
            <w:r w:rsidR="00461D62" w:rsidRPr="0096021C">
              <w:rPr>
                <w:i/>
                <w:color w:val="333333"/>
                <w:sz w:val="20"/>
              </w:rPr>
              <w:t>Teléfono</w:t>
            </w:r>
            <w:proofErr w:type="spellEnd"/>
            <w:r w:rsidR="00461D62" w:rsidRPr="0096021C">
              <w:rPr>
                <w:i/>
                <w:color w:val="333333"/>
                <w:sz w:val="20"/>
              </w:rPr>
              <w:t xml:space="preserve">    ☐ </w:t>
            </w:r>
            <w:proofErr w:type="spellStart"/>
            <w:r w:rsidR="00461D62" w:rsidRPr="0096021C">
              <w:rPr>
                <w:i/>
                <w:color w:val="333333"/>
                <w:sz w:val="20"/>
              </w:rPr>
              <w:t>Correo</w:t>
            </w:r>
            <w:proofErr w:type="spellEnd"/>
            <w:r w:rsidR="00461D62" w:rsidRPr="0096021C">
              <w:rPr>
                <w:i/>
                <w:color w:val="333333"/>
                <w:sz w:val="20"/>
              </w:rPr>
              <w:t xml:space="preserve">    ☐ Carta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Periodo laborado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 w:rsidP="0022525E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>02-01-2021 al 30-01-2024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Puesto desempeñado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proofErr w:type="spellStart"/>
            <w:r w:rsidRPr="0096021C">
              <w:rPr>
                <w:i/>
              </w:rPr>
              <w:t>Auxiliar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Administrativo</w:t>
            </w:r>
            <w:proofErr w:type="spellEnd"/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Desempeño general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>Bueno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Conducta profesional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proofErr w:type="spellStart"/>
            <w:r w:rsidRPr="0096021C">
              <w:rPr>
                <w:i/>
              </w:rPr>
              <w:t>Excelente</w:t>
            </w:r>
            <w:proofErr w:type="spellEnd"/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Motivo de separación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proofErr w:type="spellStart"/>
            <w:r w:rsidRPr="0096021C">
              <w:rPr>
                <w:i/>
              </w:rPr>
              <w:t>Finalizó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sus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estudios</w:t>
            </w:r>
            <w:proofErr w:type="spellEnd"/>
            <w:r w:rsidRPr="0096021C">
              <w:rPr>
                <w:i/>
              </w:rPr>
              <w:t xml:space="preserve">, </w:t>
            </w:r>
            <w:proofErr w:type="spellStart"/>
            <w:r w:rsidRPr="0096021C">
              <w:rPr>
                <w:i/>
              </w:rPr>
              <w:t>desea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establecerse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en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empresa</w:t>
            </w:r>
            <w:proofErr w:type="spellEnd"/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¿Recontratable?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22525E">
            <w:pPr>
              <w:spacing w:line="252" w:lineRule="auto"/>
            </w:pPr>
            <w:r>
              <w:rPr>
                <w:color w:val="333333"/>
                <w:sz w:val="20"/>
              </w:rPr>
              <w:t>X</w:t>
            </w:r>
            <w:r w:rsidR="00461D62">
              <w:rPr>
                <w:color w:val="333333"/>
                <w:sz w:val="20"/>
              </w:rPr>
              <w:t xml:space="preserve"> </w:t>
            </w:r>
            <w:proofErr w:type="spellStart"/>
            <w:r w:rsidR="00461D62">
              <w:rPr>
                <w:color w:val="333333"/>
                <w:sz w:val="20"/>
              </w:rPr>
              <w:t>Sí</w:t>
            </w:r>
            <w:proofErr w:type="spellEnd"/>
            <w:r w:rsidR="00461D62">
              <w:rPr>
                <w:color w:val="333333"/>
                <w:sz w:val="20"/>
              </w:rPr>
              <w:t xml:space="preserve">    ☐ No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Observaciones relevantes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22525E">
            <w:pPr>
              <w:spacing w:line="252" w:lineRule="auto"/>
              <w:rPr>
                <w:i/>
              </w:rPr>
            </w:pPr>
            <w:proofErr w:type="spellStart"/>
            <w:r w:rsidRPr="0096021C">
              <w:rPr>
                <w:i/>
              </w:rPr>
              <w:t>Comprometida</w:t>
            </w:r>
            <w:proofErr w:type="spellEnd"/>
            <w:r w:rsidRPr="0096021C">
              <w:rPr>
                <w:i/>
              </w:rPr>
              <w:t xml:space="preserve">, </w:t>
            </w:r>
            <w:proofErr w:type="spellStart"/>
            <w:r w:rsidRPr="0096021C">
              <w:rPr>
                <w:i/>
              </w:rPr>
              <w:t>muy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responsable</w:t>
            </w:r>
            <w:proofErr w:type="spellEnd"/>
          </w:p>
        </w:tc>
      </w:tr>
    </w:tbl>
    <w:p w:rsidR="00B95CC5" w:rsidRDefault="00B95CC5">
      <w:pPr>
        <w:spacing w:after="80"/>
      </w:pPr>
    </w:p>
    <w:p w:rsidR="00B95CC5" w:rsidRDefault="00B95CC5">
      <w:pPr>
        <w:spacing w:after="80"/>
      </w:pPr>
    </w:p>
    <w:p w:rsidR="00B95CC5" w:rsidRDefault="00461D62">
      <w:pPr>
        <w:spacing w:before="60" w:after="80"/>
      </w:pPr>
      <w:r>
        <w:rPr>
          <w:b/>
          <w:color w:val="4472C4"/>
          <w:sz w:val="26"/>
        </w:rPr>
        <w:t>2.2 REFERENCIA LABORAL 2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6624"/>
      </w:tblGrid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Empresa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4C1E81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>Enerser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Nombre de contacto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4C1E81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>Merced Ortiz Melchor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Puesto del contacto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4C1E81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>Coordinador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Medio de verificación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C1E81">
            <w:pPr>
              <w:spacing w:line="252" w:lineRule="auto"/>
            </w:pPr>
            <w:r>
              <w:rPr>
                <w:color w:val="333333"/>
                <w:sz w:val="20"/>
              </w:rPr>
              <w:t>X</w:t>
            </w:r>
            <w:r w:rsidR="00461D62">
              <w:rPr>
                <w:color w:val="333333"/>
                <w:sz w:val="20"/>
              </w:rPr>
              <w:t xml:space="preserve"> </w:t>
            </w:r>
            <w:proofErr w:type="spellStart"/>
            <w:r w:rsidR="00461D62">
              <w:rPr>
                <w:color w:val="333333"/>
                <w:sz w:val="20"/>
              </w:rPr>
              <w:t>Teléfono</w:t>
            </w:r>
            <w:proofErr w:type="spellEnd"/>
            <w:r w:rsidR="00461D62">
              <w:rPr>
                <w:color w:val="333333"/>
                <w:sz w:val="20"/>
              </w:rPr>
              <w:t xml:space="preserve">    ☐ </w:t>
            </w:r>
            <w:proofErr w:type="spellStart"/>
            <w:r w:rsidR="00461D62">
              <w:rPr>
                <w:color w:val="333333"/>
                <w:sz w:val="20"/>
              </w:rPr>
              <w:t>Correo</w:t>
            </w:r>
            <w:proofErr w:type="spellEnd"/>
            <w:r w:rsidR="00461D62">
              <w:rPr>
                <w:color w:val="333333"/>
                <w:sz w:val="20"/>
              </w:rPr>
              <w:t xml:space="preserve">    ☐ Carta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Periodo laborado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4C1E81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 xml:space="preserve">14-02-2024 a </w:t>
            </w:r>
            <w:proofErr w:type="spellStart"/>
            <w:r w:rsidRPr="0096021C">
              <w:rPr>
                <w:i/>
              </w:rPr>
              <w:t>Marzo</w:t>
            </w:r>
            <w:proofErr w:type="spellEnd"/>
            <w:r w:rsidRPr="0096021C">
              <w:rPr>
                <w:i/>
              </w:rPr>
              <w:t xml:space="preserve"> 2026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Puesto desempeñado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4C1E81">
            <w:pPr>
              <w:spacing w:line="252" w:lineRule="auto"/>
              <w:rPr>
                <w:i/>
              </w:rPr>
            </w:pPr>
            <w:proofErr w:type="spellStart"/>
            <w:r w:rsidRPr="0096021C">
              <w:rPr>
                <w:i/>
              </w:rPr>
              <w:t>Analista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Administrativo</w:t>
            </w:r>
            <w:proofErr w:type="spellEnd"/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Desempeño general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4C1E81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>Bueno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lastRenderedPageBreak/>
              <w:t>Conducta profesional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4C1E81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>Buena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Motivo de separación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4C1E81">
            <w:pPr>
              <w:spacing w:line="252" w:lineRule="auto"/>
              <w:rPr>
                <w:i/>
              </w:rPr>
            </w:pPr>
            <w:proofErr w:type="spellStart"/>
            <w:r w:rsidRPr="0096021C">
              <w:rPr>
                <w:i/>
              </w:rPr>
              <w:t>Otro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empleo</w:t>
            </w:r>
            <w:proofErr w:type="spellEnd"/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¿Recontratable?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C1E81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proofErr w:type="spellStart"/>
            <w:r w:rsidR="00461D62">
              <w:rPr>
                <w:color w:val="333333"/>
                <w:sz w:val="20"/>
              </w:rPr>
              <w:t>Sí</w:t>
            </w:r>
            <w:proofErr w:type="spellEnd"/>
            <w:r w:rsidR="00461D62">
              <w:rPr>
                <w:color w:val="333333"/>
                <w:sz w:val="20"/>
              </w:rPr>
              <w:t xml:space="preserve">    ☐ No</w:t>
            </w:r>
          </w:p>
        </w:tc>
      </w:tr>
      <w:tr w:rsidR="00B95CC5">
        <w:trPr>
          <w:jc w:val="center"/>
        </w:trPr>
        <w:tc>
          <w:tcPr>
            <w:tcW w:w="345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t>Observaciones relevantes</w:t>
            </w:r>
          </w:p>
        </w:tc>
        <w:tc>
          <w:tcPr>
            <w:tcW w:w="66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4C1E81">
            <w:pPr>
              <w:spacing w:line="252" w:lineRule="auto"/>
              <w:rPr>
                <w:i/>
              </w:rPr>
            </w:pPr>
            <w:r w:rsidRPr="0096021C">
              <w:rPr>
                <w:i/>
              </w:rPr>
              <w:t xml:space="preserve">Buena </w:t>
            </w:r>
            <w:proofErr w:type="spellStart"/>
            <w:r w:rsidRPr="0096021C">
              <w:rPr>
                <w:i/>
              </w:rPr>
              <w:t>compañera</w:t>
            </w:r>
            <w:proofErr w:type="spellEnd"/>
            <w:r w:rsidRPr="0096021C">
              <w:rPr>
                <w:i/>
              </w:rPr>
              <w:t xml:space="preserve">, </w:t>
            </w:r>
            <w:proofErr w:type="spellStart"/>
            <w:r w:rsidRPr="0096021C">
              <w:rPr>
                <w:i/>
              </w:rPr>
              <w:t>proactiva</w:t>
            </w:r>
            <w:proofErr w:type="spellEnd"/>
            <w:r w:rsidRPr="0096021C">
              <w:rPr>
                <w:i/>
              </w:rPr>
              <w:t xml:space="preserve">, </w:t>
            </w:r>
            <w:proofErr w:type="spellStart"/>
            <w:r w:rsidRPr="0096021C">
              <w:rPr>
                <w:i/>
              </w:rPr>
              <w:t>comunicativa</w:t>
            </w:r>
            <w:proofErr w:type="spellEnd"/>
            <w:r w:rsidRPr="0096021C">
              <w:rPr>
                <w:i/>
              </w:rPr>
              <w:t xml:space="preserve">, </w:t>
            </w:r>
            <w:proofErr w:type="spellStart"/>
            <w:r w:rsidRPr="0096021C">
              <w:rPr>
                <w:i/>
              </w:rPr>
              <w:t>nunca</w:t>
            </w:r>
            <w:proofErr w:type="spellEnd"/>
            <w:r w:rsidRPr="0096021C">
              <w:rPr>
                <w:i/>
              </w:rPr>
              <w:t xml:space="preserve"> </w:t>
            </w:r>
            <w:proofErr w:type="spellStart"/>
            <w:r w:rsidRPr="0096021C">
              <w:rPr>
                <w:i/>
              </w:rPr>
              <w:t>falta</w:t>
            </w:r>
            <w:proofErr w:type="spellEnd"/>
          </w:p>
        </w:tc>
      </w:tr>
    </w:tbl>
    <w:p w:rsidR="00B95CC5" w:rsidRDefault="00B95CC5">
      <w:pPr>
        <w:spacing w:after="80"/>
      </w:pPr>
    </w:p>
    <w:p w:rsidR="00B95CC5" w:rsidRDefault="00461D62">
      <w:pPr>
        <w:spacing w:before="60" w:after="80"/>
      </w:pPr>
      <w:r>
        <w:rPr>
          <w:b/>
          <w:color w:val="4472C4"/>
          <w:sz w:val="26"/>
        </w:rPr>
        <w:t>3. CONCLUSIÓN DE REFERENCIAS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95CC5">
        <w:trPr>
          <w:jc w:val="center"/>
        </w:trPr>
        <w:tc>
          <w:tcPr>
            <w:tcW w:w="10080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Pr="0096021C" w:rsidRDefault="00461D62" w:rsidP="00B869A6">
            <w:pPr>
              <w:spacing w:line="252" w:lineRule="auto"/>
              <w:rPr>
                <w:i/>
                <w:color w:val="333333"/>
                <w:sz w:val="20"/>
              </w:rPr>
            </w:pPr>
            <w:r>
              <w:rPr>
                <w:color w:val="333333"/>
                <w:sz w:val="20"/>
              </w:rPr>
              <w:t>Conclusión general de la verificación de referencias laborales</w:t>
            </w:r>
            <w:r>
              <w:rPr>
                <w:color w:val="333333"/>
                <w:sz w:val="20"/>
              </w:rPr>
              <w:br/>
            </w:r>
          </w:p>
          <w:p w:rsidR="00B869A6" w:rsidRPr="00B869A6" w:rsidRDefault="00B869A6" w:rsidP="00B869A6">
            <w:pPr>
              <w:spacing w:line="252" w:lineRule="auto"/>
              <w:rPr>
                <w:u w:val="single"/>
              </w:rPr>
            </w:pPr>
            <w:proofErr w:type="spellStart"/>
            <w:r w:rsidRPr="0096021C">
              <w:rPr>
                <w:i/>
                <w:color w:val="333333"/>
                <w:sz w:val="20"/>
                <w:u w:val="single"/>
              </w:rPr>
              <w:t>Candidata</w:t>
            </w:r>
            <w:proofErr w:type="spellEnd"/>
            <w:r w:rsidRPr="0096021C">
              <w:rPr>
                <w:i/>
                <w:color w:val="333333"/>
                <w:sz w:val="20"/>
                <w:u w:val="single"/>
              </w:rPr>
              <w:t xml:space="preserve"> </w:t>
            </w:r>
            <w:proofErr w:type="spellStart"/>
            <w:r w:rsidRPr="0096021C">
              <w:rPr>
                <w:i/>
                <w:color w:val="333333"/>
                <w:sz w:val="20"/>
                <w:u w:val="single"/>
              </w:rPr>
              <w:t>comprometida</w:t>
            </w:r>
            <w:proofErr w:type="spellEnd"/>
            <w:r w:rsidRPr="0096021C">
              <w:rPr>
                <w:i/>
                <w:color w:val="333333"/>
                <w:sz w:val="20"/>
                <w:u w:val="single"/>
              </w:rPr>
              <w:t xml:space="preserve"> con </w:t>
            </w:r>
            <w:proofErr w:type="spellStart"/>
            <w:r w:rsidRPr="0096021C">
              <w:rPr>
                <w:i/>
                <w:color w:val="333333"/>
                <w:sz w:val="20"/>
                <w:u w:val="single"/>
              </w:rPr>
              <w:t>sus</w:t>
            </w:r>
            <w:proofErr w:type="spellEnd"/>
            <w:r w:rsidRPr="0096021C">
              <w:rPr>
                <w:i/>
                <w:color w:val="333333"/>
                <w:sz w:val="20"/>
                <w:u w:val="single"/>
              </w:rPr>
              <w:t xml:space="preserve"> </w:t>
            </w:r>
            <w:proofErr w:type="spellStart"/>
            <w:r w:rsidRPr="0096021C">
              <w:rPr>
                <w:i/>
                <w:color w:val="333333"/>
                <w:sz w:val="20"/>
                <w:u w:val="single"/>
              </w:rPr>
              <w:t>actividades</w:t>
            </w:r>
            <w:proofErr w:type="spellEnd"/>
            <w:r w:rsidRPr="0096021C">
              <w:rPr>
                <w:i/>
                <w:color w:val="333333"/>
                <w:sz w:val="20"/>
                <w:u w:val="single"/>
              </w:rPr>
              <w:t xml:space="preserve"> </w:t>
            </w:r>
            <w:proofErr w:type="spellStart"/>
            <w:r w:rsidRPr="0096021C">
              <w:rPr>
                <w:i/>
                <w:color w:val="333333"/>
                <w:sz w:val="20"/>
                <w:u w:val="single"/>
              </w:rPr>
              <w:t>laborales</w:t>
            </w:r>
            <w:proofErr w:type="spellEnd"/>
            <w:r w:rsidRPr="0096021C">
              <w:rPr>
                <w:i/>
                <w:color w:val="333333"/>
                <w:sz w:val="20"/>
                <w:u w:val="single"/>
              </w:rPr>
              <w:t xml:space="preserve">, </w:t>
            </w:r>
            <w:proofErr w:type="spellStart"/>
            <w:r w:rsidRPr="0096021C">
              <w:rPr>
                <w:i/>
                <w:color w:val="333333"/>
                <w:sz w:val="20"/>
                <w:u w:val="single"/>
              </w:rPr>
              <w:t>muy</w:t>
            </w:r>
            <w:proofErr w:type="spellEnd"/>
            <w:r w:rsidRPr="0096021C">
              <w:rPr>
                <w:i/>
                <w:color w:val="333333"/>
                <w:sz w:val="20"/>
                <w:u w:val="single"/>
              </w:rPr>
              <w:t xml:space="preserve"> </w:t>
            </w:r>
            <w:proofErr w:type="spellStart"/>
            <w:r w:rsidRPr="0096021C">
              <w:rPr>
                <w:i/>
                <w:color w:val="333333"/>
                <w:sz w:val="20"/>
                <w:u w:val="single"/>
              </w:rPr>
              <w:t>responsable</w:t>
            </w:r>
            <w:proofErr w:type="spellEnd"/>
            <w:r w:rsidRPr="0096021C">
              <w:rPr>
                <w:i/>
                <w:color w:val="333333"/>
                <w:sz w:val="20"/>
                <w:u w:val="single"/>
              </w:rPr>
              <w:t>.</w:t>
            </w:r>
            <w:r w:rsidRPr="00B869A6">
              <w:rPr>
                <w:color w:val="333333"/>
                <w:sz w:val="20"/>
                <w:u w:val="single"/>
              </w:rPr>
              <w:t xml:space="preserve"> </w:t>
            </w:r>
          </w:p>
        </w:tc>
      </w:tr>
    </w:tbl>
    <w:p w:rsidR="00B95CC5" w:rsidRDefault="00B95CC5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B95CC5">
        <w:trPr>
          <w:jc w:val="center"/>
        </w:trPr>
        <w:tc>
          <w:tcPr>
            <w:tcW w:w="50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  <w:tc>
          <w:tcPr>
            <w:tcW w:w="5046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</w:tr>
      <w:tr w:rsidR="00B95CC5">
        <w:trPr>
          <w:jc w:val="center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Verifica RH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95CC5" w:rsidRDefault="00461D62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Revisa</w:t>
            </w:r>
          </w:p>
        </w:tc>
      </w:tr>
    </w:tbl>
    <w:p w:rsidR="00461D62" w:rsidRDefault="00461D62"/>
    <w:sectPr w:rsidR="00461D62" w:rsidSect="005B4EA8">
      <w:headerReference w:type="default" r:id="rId8"/>
      <w:pgSz w:w="12240" w:h="15840" w:code="1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E38" w:rsidRDefault="00524E38">
      <w:r>
        <w:separator/>
      </w:r>
    </w:p>
  </w:endnote>
  <w:endnote w:type="continuationSeparator" w:id="0">
    <w:p w:rsidR="00524E38" w:rsidRDefault="0052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E38" w:rsidRDefault="00524E38">
      <w:r>
        <w:separator/>
      </w:r>
    </w:p>
  </w:footnote>
  <w:footnote w:type="continuationSeparator" w:id="0">
    <w:p w:rsidR="00524E38" w:rsidRDefault="00524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:rsidTr="00641197">
      <w:tc>
        <w:tcPr>
          <w:tcW w:w="2048" w:type="dxa"/>
          <w:vAlign w:val="center"/>
        </w:tcPr>
        <w:p w:rsidR="00B95CC5" w:rsidRDefault="00461D62">
          <w:pPr>
            <w:jc w:val="center"/>
          </w:pPr>
          <w:r>
            <w:rPr>
              <w:b/>
              <w:color w:val="000000"/>
              <w:sz w:val="22"/>
            </w:rPr>
            <w:t>FO-SF-0022</w:t>
          </w:r>
        </w:p>
      </w:tc>
      <w:tc>
        <w:tcPr>
          <w:tcW w:w="6144" w:type="dxa"/>
          <w:gridSpan w:val="3"/>
          <w:vAlign w:val="center"/>
        </w:tcPr>
        <w:p w:rsidR="00B95CC5" w:rsidRDefault="00461D62">
          <w:pPr>
            <w:jc w:val="center"/>
          </w:pPr>
          <w:r>
            <w:rPr>
              <w:b/>
              <w:color w:val="000000"/>
              <w:sz w:val="22"/>
            </w:rPr>
            <w:t>Verificación de referencias laborales</w:t>
          </w:r>
        </w:p>
      </w:tc>
      <w:tc>
        <w:tcPr>
          <w:tcW w:w="2048" w:type="dxa"/>
          <w:vMerge w:val="restart"/>
          <w:vAlign w:val="center"/>
        </w:tcPr>
        <w:p w:rsidR="00641197" w:rsidRDefault="00641197" w:rsidP="00641197">
          <w:pPr>
            <w:jc w:val="center"/>
          </w:pPr>
          <w:r>
            <w:rPr>
              <w:noProof/>
              <w:color w:val="000000"/>
              <w:sz w:val="20"/>
              <w:lang w:val="es-MX" w:eastAsia="es-MX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:rsidTr="00641197">
      <w:tc>
        <w:tcPr>
          <w:tcW w:w="2048" w:type="dxa"/>
          <w:vAlign w:val="center"/>
        </w:tcPr>
        <w:p w:rsidR="00B95CC5" w:rsidRDefault="00461D62">
          <w:pPr>
            <w:jc w:val="center"/>
          </w:pPr>
          <w:r>
            <w:rPr>
              <w:color w:val="000000"/>
              <w:sz w:val="20"/>
            </w:rPr>
            <w:t>Emisión: 7/4/2026</w:t>
          </w:r>
        </w:p>
      </w:tc>
      <w:tc>
        <w:tcPr>
          <w:tcW w:w="2048" w:type="dxa"/>
          <w:vAlign w:val="center"/>
        </w:tcPr>
        <w:p w:rsidR="00B95CC5" w:rsidRDefault="00461D62">
          <w:pPr>
            <w:jc w:val="center"/>
          </w:pPr>
          <w:r>
            <w:rPr>
              <w:color w:val="000000"/>
              <w:sz w:val="20"/>
            </w:rPr>
            <w:t>Revisión: 7/4/2026</w:t>
          </w:r>
        </w:p>
      </w:tc>
      <w:tc>
        <w:tcPr>
          <w:tcW w:w="2048" w:type="dxa"/>
          <w:vAlign w:val="center"/>
        </w:tcPr>
        <w:p w:rsidR="00B95CC5" w:rsidRDefault="00461D62">
          <w:pPr>
            <w:jc w:val="center"/>
          </w:pPr>
          <w:r>
            <w:rPr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</w:tcPr>
        <w:p w:rsidR="00B95CC5" w:rsidRDefault="00461D62">
          <w:pPr>
            <w:jc w:val="center"/>
          </w:pPr>
          <w:r>
            <w:rPr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:rsidR="00641197" w:rsidRDefault="00641197" w:rsidP="00641197"/>
      </w:tc>
    </w:tr>
    <w:tr w:rsidR="00641197" w:rsidTr="00641197">
      <w:tc>
        <w:tcPr>
          <w:tcW w:w="8192" w:type="dxa"/>
          <w:gridSpan w:val="4"/>
          <w:vAlign w:val="center"/>
        </w:tcPr>
        <w:p w:rsidR="00B95CC5" w:rsidRDefault="00461D62">
          <w:r>
            <w:rPr>
              <w:color w:val="000000"/>
              <w:sz w:val="22"/>
            </w:rPr>
            <w:t>Área: RECURSOS HUMANOS</w:t>
          </w:r>
        </w:p>
      </w:tc>
      <w:tc>
        <w:tcPr>
          <w:tcW w:w="2048" w:type="dxa"/>
          <w:vAlign w:val="center"/>
        </w:tcPr>
        <w:p w:rsidR="00B95CC5" w:rsidRDefault="00461D62">
          <w:pPr>
            <w:jc w:val="center"/>
          </w:pPr>
          <w:r>
            <w:rPr>
              <w:b/>
              <w:color w:val="000000"/>
              <w:sz w:val="22"/>
            </w:rPr>
            <w:t>SENDERO FUEL</w:t>
          </w:r>
        </w:p>
      </w:tc>
    </w:tr>
  </w:tbl>
  <w:p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5221"/>
    <w:rsid w:val="0015074B"/>
    <w:rsid w:val="001C2F43"/>
    <w:rsid w:val="001F4D03"/>
    <w:rsid w:val="0022525E"/>
    <w:rsid w:val="0029639D"/>
    <w:rsid w:val="00326F90"/>
    <w:rsid w:val="00361B0D"/>
    <w:rsid w:val="003B05B9"/>
    <w:rsid w:val="00461D62"/>
    <w:rsid w:val="004C1E81"/>
    <w:rsid w:val="00524E38"/>
    <w:rsid w:val="005B4EA8"/>
    <w:rsid w:val="00641197"/>
    <w:rsid w:val="0096021C"/>
    <w:rsid w:val="009F5C9D"/>
    <w:rsid w:val="00A559C4"/>
    <w:rsid w:val="00AA1D8D"/>
    <w:rsid w:val="00B47730"/>
    <w:rsid w:val="00B869A6"/>
    <w:rsid w:val="00B95CC5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5B4EA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4EA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1D3A4B-C9A8-43A8-AC91-011D6385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206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Nydelva Viviana Rios Mendoza</cp:lastModifiedBy>
  <cp:revision>9</cp:revision>
  <cp:lastPrinted>2026-04-21T01:23:00Z</cp:lastPrinted>
  <dcterms:created xsi:type="dcterms:W3CDTF">2026-04-06T22:55:00Z</dcterms:created>
  <dcterms:modified xsi:type="dcterms:W3CDTF">2026-05-05T00:36:00Z</dcterms:modified>
  <cp:category/>
</cp:coreProperties>
</file>