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F81" w:rsidRDefault="004E3F81">
      <w:pPr>
        <w:pBdr>
          <w:bottom w:val="single" w:sz="6" w:space="1" w:color="B4C7E7"/>
        </w:pBdr>
        <w:spacing w:before="40" w:after="200"/>
      </w:pPr>
    </w:p>
    <w:p w:rsidR="004E3F81" w:rsidRDefault="005624DC">
      <w:pPr>
        <w:spacing w:before="60" w:after="80"/>
      </w:pPr>
      <w:r>
        <w:rPr>
          <w:b/>
          <w:color w:val="4472C4"/>
          <w:sz w:val="26"/>
        </w:rPr>
        <w:t>1. DATOS GENERALES DEL CANDIDATO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4E3F81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Nombre completo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CA07AC">
            <w:pPr>
              <w:spacing w:line="252" w:lineRule="auto"/>
              <w:rPr>
                <w:i/>
              </w:rPr>
            </w:pPr>
            <w:r w:rsidRPr="00A53FC2">
              <w:rPr>
                <w:i/>
              </w:rPr>
              <w:t>Axel Martínez Rentería</w:t>
            </w:r>
          </w:p>
        </w:tc>
      </w:tr>
      <w:tr w:rsidR="004E3F81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Puesto al que aplica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820A7C">
            <w:pPr>
              <w:spacing w:line="252" w:lineRule="auto"/>
              <w:rPr>
                <w:i/>
              </w:rPr>
            </w:pPr>
            <w:proofErr w:type="spellStart"/>
            <w:r w:rsidRPr="00A53FC2">
              <w:rPr>
                <w:i/>
              </w:rPr>
              <w:t>Analista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Administrativo</w:t>
            </w:r>
            <w:proofErr w:type="spellEnd"/>
          </w:p>
        </w:tc>
      </w:tr>
      <w:tr w:rsidR="004E3F81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Fecha de registro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686D93" w:rsidP="00686D93">
            <w:pPr>
              <w:spacing w:line="252" w:lineRule="auto"/>
              <w:rPr>
                <w:i/>
              </w:rPr>
            </w:pPr>
            <w:r>
              <w:rPr>
                <w:i/>
              </w:rPr>
              <w:t>16-Marzo-2026</w:t>
            </w:r>
          </w:p>
        </w:tc>
      </w:tr>
      <w:tr w:rsidR="004E3F81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CURP / ID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820A7C">
            <w:pPr>
              <w:spacing w:line="252" w:lineRule="auto"/>
              <w:rPr>
                <w:i/>
              </w:rPr>
            </w:pPr>
            <w:r w:rsidRPr="00A53FC2">
              <w:rPr>
                <w:i/>
              </w:rPr>
              <w:t>MARA990122MBCRNX05</w:t>
            </w:r>
          </w:p>
        </w:tc>
      </w:tr>
      <w:tr w:rsidR="004E3F81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Teléfono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820A7C">
            <w:pPr>
              <w:spacing w:line="252" w:lineRule="auto"/>
              <w:rPr>
                <w:i/>
              </w:rPr>
            </w:pPr>
            <w:r w:rsidRPr="00A53FC2">
              <w:rPr>
                <w:i/>
              </w:rPr>
              <w:t>663-118-2159</w:t>
            </w:r>
          </w:p>
        </w:tc>
      </w:tr>
      <w:tr w:rsidR="004E3F81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Correo electrónico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820A7C">
            <w:pPr>
              <w:spacing w:line="252" w:lineRule="auto"/>
              <w:rPr>
                <w:i/>
              </w:rPr>
            </w:pPr>
            <w:r w:rsidRPr="00A53FC2">
              <w:rPr>
                <w:i/>
              </w:rPr>
              <w:t>axel.martinez19@tectijuana.edu.mx</w:t>
            </w:r>
          </w:p>
        </w:tc>
      </w:tr>
      <w:tr w:rsidR="004E3F81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Domicilio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820A7C">
            <w:pPr>
              <w:spacing w:line="252" w:lineRule="auto"/>
              <w:rPr>
                <w:i/>
              </w:rPr>
            </w:pPr>
            <w:proofErr w:type="spellStart"/>
            <w:r w:rsidRPr="00A53FC2">
              <w:rPr>
                <w:i/>
              </w:rPr>
              <w:t>Kleper</w:t>
            </w:r>
            <w:proofErr w:type="spellEnd"/>
            <w:r w:rsidRPr="00A53FC2">
              <w:rPr>
                <w:i/>
              </w:rPr>
              <w:t xml:space="preserve"> 132 Col. Postal C.P. 22416</w:t>
            </w:r>
          </w:p>
        </w:tc>
      </w:tr>
    </w:tbl>
    <w:p w:rsidR="004E3F81" w:rsidRDefault="004E3F81">
      <w:pPr>
        <w:spacing w:after="80"/>
      </w:pPr>
    </w:p>
    <w:p w:rsidR="004E3F81" w:rsidRDefault="005624DC">
      <w:pPr>
        <w:spacing w:before="60" w:after="80"/>
      </w:pPr>
      <w:r>
        <w:rPr>
          <w:b/>
          <w:color w:val="4472C4"/>
          <w:sz w:val="26"/>
        </w:rPr>
        <w:t>2. FORMACIÓN ACADÉMICA Y CERTIFICACIONES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  <w:gridCol w:w="1728"/>
        <w:gridCol w:w="2016"/>
      </w:tblGrid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Institución</w:t>
            </w:r>
          </w:p>
        </w:tc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Nivel / programa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Periodo</w:t>
            </w: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Documento</w:t>
            </w:r>
          </w:p>
        </w:tc>
      </w:tr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B22286">
            <w:pPr>
              <w:spacing w:line="252" w:lineRule="auto"/>
              <w:rPr>
                <w:i/>
              </w:rPr>
            </w:pPr>
            <w:proofErr w:type="spellStart"/>
            <w:r w:rsidRPr="00A53FC2">
              <w:rPr>
                <w:i/>
              </w:rPr>
              <w:t>Instituto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Tecnológico</w:t>
            </w:r>
            <w:proofErr w:type="spellEnd"/>
            <w:r w:rsidRPr="00A53FC2">
              <w:rPr>
                <w:i/>
              </w:rPr>
              <w:t xml:space="preserve"> de Tijuana</w:t>
            </w:r>
          </w:p>
        </w:tc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B22286" w:rsidP="00B22286">
            <w:pPr>
              <w:spacing w:line="252" w:lineRule="auto"/>
              <w:jc w:val="center"/>
              <w:rPr>
                <w:i/>
              </w:rPr>
            </w:pPr>
            <w:proofErr w:type="spellStart"/>
            <w:r w:rsidRPr="00A53FC2">
              <w:rPr>
                <w:i/>
              </w:rPr>
              <w:t>Ing</w:t>
            </w:r>
            <w:proofErr w:type="spellEnd"/>
            <w:r w:rsidRPr="00A53FC2">
              <w:rPr>
                <w:i/>
              </w:rPr>
              <w:t xml:space="preserve">. </w:t>
            </w:r>
            <w:proofErr w:type="spellStart"/>
            <w:r w:rsidRPr="00A53FC2">
              <w:rPr>
                <w:i/>
              </w:rPr>
              <w:t>En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Gestión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Empresarial</w:t>
            </w:r>
            <w:proofErr w:type="spellEnd"/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B22286" w:rsidP="00B22286">
            <w:pPr>
              <w:spacing w:line="252" w:lineRule="auto"/>
              <w:jc w:val="center"/>
              <w:rPr>
                <w:i/>
              </w:rPr>
            </w:pPr>
            <w:r w:rsidRPr="00A53FC2">
              <w:rPr>
                <w:i/>
              </w:rPr>
              <w:t>2019-2023</w:t>
            </w: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B22286" w:rsidP="00B22286">
            <w:pPr>
              <w:spacing w:line="252" w:lineRule="auto"/>
              <w:jc w:val="center"/>
              <w:rPr>
                <w:i/>
              </w:rPr>
            </w:pPr>
            <w:proofErr w:type="spellStart"/>
            <w:r w:rsidRPr="00A53FC2">
              <w:rPr>
                <w:i/>
              </w:rPr>
              <w:t>Certificado</w:t>
            </w:r>
            <w:proofErr w:type="spellEnd"/>
          </w:p>
        </w:tc>
      </w:tr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</w:tr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</w:tr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</w:tr>
    </w:tbl>
    <w:p w:rsidR="004E3F81" w:rsidRDefault="004E3F81">
      <w:pPr>
        <w:spacing w:after="120"/>
      </w:pPr>
    </w:p>
    <w:p w:rsidR="004E3F81" w:rsidRDefault="005624DC">
      <w:pPr>
        <w:spacing w:before="60" w:after="80"/>
      </w:pPr>
      <w:r>
        <w:rPr>
          <w:b/>
          <w:color w:val="4472C4"/>
          <w:sz w:val="26"/>
        </w:rPr>
        <w:t>3. EXPERIENCIA LABORAL RECIENTE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448"/>
        <w:gridCol w:w="1728"/>
        <w:gridCol w:w="2736"/>
      </w:tblGrid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Empresa</w:t>
            </w: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Puesto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Periodo</w:t>
            </w: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Motivo de salida</w:t>
            </w:r>
          </w:p>
        </w:tc>
      </w:tr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7345A7">
            <w:pPr>
              <w:spacing w:line="252" w:lineRule="auto"/>
              <w:rPr>
                <w:i/>
              </w:rPr>
            </w:pPr>
            <w:proofErr w:type="spellStart"/>
            <w:r w:rsidRPr="00A53FC2">
              <w:rPr>
                <w:i/>
              </w:rPr>
              <w:t>Bordados</w:t>
            </w:r>
            <w:proofErr w:type="spellEnd"/>
            <w:r w:rsidRPr="00A53FC2">
              <w:rPr>
                <w:i/>
              </w:rPr>
              <w:t xml:space="preserve"> – </w:t>
            </w:r>
            <w:proofErr w:type="spellStart"/>
            <w:r w:rsidRPr="00A53FC2">
              <w:rPr>
                <w:i/>
              </w:rPr>
              <w:t>Serigrafía</w:t>
            </w:r>
            <w:proofErr w:type="spellEnd"/>
            <w:r w:rsidRPr="00A53FC2">
              <w:rPr>
                <w:i/>
              </w:rPr>
              <w:t xml:space="preserve"> Martínez</w:t>
            </w: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7345A7">
            <w:pPr>
              <w:spacing w:line="252" w:lineRule="auto"/>
              <w:rPr>
                <w:i/>
              </w:rPr>
            </w:pPr>
            <w:proofErr w:type="spellStart"/>
            <w:r w:rsidRPr="00A53FC2">
              <w:rPr>
                <w:i/>
              </w:rPr>
              <w:t>Auxiliar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Administrativo</w:t>
            </w:r>
            <w:proofErr w:type="spellEnd"/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7345A7" w:rsidP="007345A7">
            <w:pPr>
              <w:spacing w:line="252" w:lineRule="auto"/>
              <w:jc w:val="center"/>
              <w:rPr>
                <w:i/>
              </w:rPr>
            </w:pPr>
            <w:r w:rsidRPr="00A53FC2">
              <w:rPr>
                <w:i/>
              </w:rPr>
              <w:t>2021-2024</w:t>
            </w: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7345A7" w:rsidP="007345A7">
            <w:pPr>
              <w:spacing w:line="252" w:lineRule="auto"/>
              <w:rPr>
                <w:i/>
              </w:rPr>
            </w:pPr>
            <w:proofErr w:type="spellStart"/>
            <w:r w:rsidRPr="00A53FC2">
              <w:rPr>
                <w:i/>
              </w:rPr>
              <w:t>Terminó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estudios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universitarios</w:t>
            </w:r>
            <w:proofErr w:type="spellEnd"/>
            <w:r w:rsidRPr="00A53FC2">
              <w:rPr>
                <w:i/>
              </w:rPr>
              <w:t xml:space="preserve">, </w:t>
            </w:r>
            <w:proofErr w:type="spellStart"/>
            <w:r w:rsidRPr="00A53FC2">
              <w:rPr>
                <w:i/>
              </w:rPr>
              <w:t>desea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establecerse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en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empresa</w:t>
            </w:r>
            <w:proofErr w:type="spellEnd"/>
            <w:r w:rsidRPr="00A53FC2">
              <w:rPr>
                <w:i/>
              </w:rPr>
              <w:t>.</w:t>
            </w:r>
          </w:p>
        </w:tc>
      </w:tr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7345A7">
            <w:pPr>
              <w:spacing w:line="252" w:lineRule="auto"/>
              <w:rPr>
                <w:i/>
              </w:rPr>
            </w:pPr>
            <w:r w:rsidRPr="00A53FC2">
              <w:rPr>
                <w:i/>
              </w:rPr>
              <w:t>Enerser</w:t>
            </w: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7345A7">
            <w:pPr>
              <w:spacing w:line="252" w:lineRule="auto"/>
              <w:rPr>
                <w:i/>
              </w:rPr>
            </w:pPr>
            <w:proofErr w:type="spellStart"/>
            <w:r w:rsidRPr="00A53FC2">
              <w:rPr>
                <w:i/>
              </w:rPr>
              <w:t>Auxiliar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Administrativo</w:t>
            </w:r>
            <w:proofErr w:type="spellEnd"/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7345A7" w:rsidP="007345A7">
            <w:pPr>
              <w:spacing w:line="252" w:lineRule="auto"/>
              <w:jc w:val="center"/>
              <w:rPr>
                <w:i/>
              </w:rPr>
            </w:pPr>
            <w:r w:rsidRPr="00A53FC2">
              <w:rPr>
                <w:i/>
              </w:rPr>
              <w:t>2024-2026</w:t>
            </w: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Pr="00A53FC2" w:rsidRDefault="007345A7">
            <w:pPr>
              <w:spacing w:line="252" w:lineRule="auto"/>
              <w:rPr>
                <w:i/>
              </w:rPr>
            </w:pPr>
            <w:proofErr w:type="spellStart"/>
            <w:r w:rsidRPr="00A53FC2">
              <w:rPr>
                <w:i/>
              </w:rPr>
              <w:t>Otro</w:t>
            </w:r>
            <w:proofErr w:type="spellEnd"/>
            <w:r w:rsidRPr="00A53FC2">
              <w:rPr>
                <w:i/>
              </w:rPr>
              <w:t xml:space="preserve"> </w:t>
            </w:r>
            <w:proofErr w:type="spellStart"/>
            <w:r w:rsidRPr="00A53FC2">
              <w:rPr>
                <w:i/>
              </w:rPr>
              <w:t>empleo</w:t>
            </w:r>
            <w:proofErr w:type="spellEnd"/>
          </w:p>
        </w:tc>
      </w:tr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</w:tr>
      <w:tr w:rsidR="004E3F81">
        <w:trPr>
          <w:jc w:val="center"/>
        </w:trPr>
        <w:tc>
          <w:tcPr>
            <w:tcW w:w="31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  <w:tc>
          <w:tcPr>
            <w:tcW w:w="27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4E3F81">
            <w:pPr>
              <w:spacing w:line="252" w:lineRule="auto"/>
            </w:pPr>
          </w:p>
        </w:tc>
      </w:tr>
    </w:tbl>
    <w:p w:rsidR="004E3F81" w:rsidRDefault="005624DC">
      <w:r>
        <w:br w:type="page"/>
      </w:r>
    </w:p>
    <w:p w:rsidR="004E3F81" w:rsidRDefault="004E3F81">
      <w:pPr>
        <w:pBdr>
          <w:bottom w:val="single" w:sz="6" w:space="1" w:color="B4C7E7"/>
        </w:pBdr>
        <w:spacing w:before="40" w:after="200"/>
      </w:pPr>
    </w:p>
    <w:p w:rsidR="004E3F81" w:rsidRDefault="005624DC">
      <w:pPr>
        <w:spacing w:before="60" w:after="80"/>
      </w:pPr>
      <w:r>
        <w:rPr>
          <w:b/>
          <w:color w:val="4472C4"/>
          <w:sz w:val="26"/>
        </w:rPr>
        <w:t>4. DOCUMENTACIÓN ENTREGADA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4E3F81">
        <w:trPr>
          <w:jc w:val="center"/>
        </w:trPr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bookmarkStart w:id="0" w:name="_GoBack"/>
            <w:bookmarkEnd w:id="0"/>
            <w:r w:rsidR="0025199F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Solicitud</w:t>
            </w:r>
            <w:proofErr w:type="spellEnd"/>
            <w:r>
              <w:rPr>
                <w:color w:val="333333"/>
                <w:sz w:val="20"/>
              </w:rPr>
              <w:t xml:space="preserve"> o </w:t>
            </w:r>
            <w:proofErr w:type="spellStart"/>
            <w:r>
              <w:rPr>
                <w:color w:val="333333"/>
                <w:sz w:val="20"/>
              </w:rPr>
              <w:t>currículum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firmado</w:t>
            </w:r>
            <w:proofErr w:type="spellEnd"/>
          </w:p>
        </w:tc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25199F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Identificación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oficial</w:t>
            </w:r>
            <w:proofErr w:type="spellEnd"/>
          </w:p>
        </w:tc>
      </w:tr>
      <w:tr w:rsidR="004E3F81">
        <w:trPr>
          <w:jc w:val="center"/>
        </w:trPr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25199F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Comprobante</w:t>
            </w:r>
            <w:proofErr w:type="spellEnd"/>
            <w:r>
              <w:rPr>
                <w:color w:val="333333"/>
                <w:sz w:val="20"/>
              </w:rPr>
              <w:t xml:space="preserve"> de </w:t>
            </w:r>
            <w:proofErr w:type="spellStart"/>
            <w:r>
              <w:rPr>
                <w:color w:val="333333"/>
                <w:sz w:val="20"/>
              </w:rPr>
              <w:t>domicilio</w:t>
            </w:r>
            <w:proofErr w:type="spellEnd"/>
          </w:p>
        </w:tc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25199F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Constancias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laborales</w:t>
            </w:r>
            <w:proofErr w:type="spellEnd"/>
          </w:p>
        </w:tc>
      </w:tr>
      <w:tr w:rsidR="004E3F81">
        <w:trPr>
          <w:jc w:val="center"/>
        </w:trPr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25199F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Comprobantes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académicos</w:t>
            </w:r>
            <w:proofErr w:type="spellEnd"/>
          </w:p>
        </w:tc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25199F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Cartas de </w:t>
            </w:r>
            <w:proofErr w:type="spellStart"/>
            <w:r>
              <w:rPr>
                <w:color w:val="333333"/>
                <w:sz w:val="20"/>
              </w:rPr>
              <w:t>recomendación</w:t>
            </w:r>
            <w:proofErr w:type="spellEnd"/>
          </w:p>
        </w:tc>
      </w:tr>
      <w:tr w:rsidR="004E3F81">
        <w:trPr>
          <w:jc w:val="center"/>
        </w:trPr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25199F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Aviso de </w:t>
            </w:r>
            <w:proofErr w:type="spellStart"/>
            <w:r>
              <w:rPr>
                <w:color w:val="333333"/>
                <w:sz w:val="20"/>
              </w:rPr>
              <w:t>privacidad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firmado</w:t>
            </w:r>
            <w:proofErr w:type="spellEnd"/>
          </w:p>
        </w:tc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25199F">
              <w:rPr>
                <w:color w:val="333333"/>
                <w:sz w:val="20"/>
              </w:rPr>
              <w:t>X</w:t>
            </w:r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Documentación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adicional</w:t>
            </w:r>
            <w:proofErr w:type="spellEnd"/>
            <w:r>
              <w:rPr>
                <w:color w:val="333333"/>
                <w:sz w:val="20"/>
              </w:rPr>
              <w:t xml:space="preserve"> del </w:t>
            </w:r>
            <w:proofErr w:type="spellStart"/>
            <w:r>
              <w:rPr>
                <w:color w:val="333333"/>
                <w:sz w:val="20"/>
              </w:rPr>
              <w:t>puesto</w:t>
            </w:r>
            <w:proofErr w:type="spellEnd"/>
          </w:p>
        </w:tc>
      </w:tr>
    </w:tbl>
    <w:p w:rsidR="004E3F81" w:rsidRDefault="004E3F81">
      <w:pPr>
        <w:spacing w:after="120"/>
      </w:pPr>
    </w:p>
    <w:p w:rsidR="004E3F81" w:rsidRDefault="005624DC">
      <w:pPr>
        <w:spacing w:before="60" w:after="80"/>
      </w:pPr>
      <w:r>
        <w:rPr>
          <w:b/>
          <w:color w:val="4472C4"/>
          <w:sz w:val="26"/>
        </w:rPr>
        <w:t>5. DECLARACIÓN DEL CANDIDATO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4E3F81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t>El candidato declara que la información proporcionada es veraz, completa y comprobable.</w:t>
            </w:r>
            <w:r>
              <w:rPr>
                <w:color w:val="333333"/>
                <w:sz w:val="20"/>
              </w:rPr>
              <w:br/>
              <w:t>__________________________________________________________________________________________________</w:t>
            </w:r>
            <w:r>
              <w:rPr>
                <w:color w:val="333333"/>
                <w:sz w:val="20"/>
              </w:rPr>
              <w:br/>
              <w:t>__________________________________________________________________________________________________</w:t>
            </w:r>
          </w:p>
        </w:tc>
      </w:tr>
    </w:tbl>
    <w:p w:rsidR="004E3F81" w:rsidRDefault="004E3F81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4E3F81">
        <w:trPr>
          <w:jc w:val="center"/>
        </w:trPr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</w:tr>
      <w:tr w:rsidR="004E3F81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Firma del candidato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E3F81" w:rsidRDefault="005624DC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Recibe RH</w:t>
            </w:r>
          </w:p>
        </w:tc>
      </w:tr>
    </w:tbl>
    <w:p w:rsidR="005624DC" w:rsidRDefault="005624DC"/>
    <w:sectPr w:rsidR="005624DC" w:rsidSect="00100BA8">
      <w:headerReference w:type="default" r:id="rId8"/>
      <w:pgSz w:w="12240" w:h="15840" w:code="1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153" w:rsidRDefault="00C77153">
      <w:r>
        <w:separator/>
      </w:r>
    </w:p>
  </w:endnote>
  <w:endnote w:type="continuationSeparator" w:id="0">
    <w:p w:rsidR="00C77153" w:rsidRDefault="00C77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153" w:rsidRDefault="00C77153">
      <w:r>
        <w:separator/>
      </w:r>
    </w:p>
  </w:footnote>
  <w:footnote w:type="continuationSeparator" w:id="0">
    <w:p w:rsidR="00C77153" w:rsidRDefault="00C77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:rsidTr="00641197">
      <w:tc>
        <w:tcPr>
          <w:tcW w:w="2048" w:type="dxa"/>
          <w:vAlign w:val="center"/>
        </w:tcPr>
        <w:p w:rsidR="004E3F81" w:rsidRDefault="005624DC">
          <w:pPr>
            <w:jc w:val="center"/>
          </w:pPr>
          <w:r>
            <w:rPr>
              <w:b/>
              <w:color w:val="000000"/>
              <w:sz w:val="22"/>
            </w:rPr>
            <w:t>FO-SF-0019</w:t>
          </w:r>
        </w:p>
      </w:tc>
      <w:tc>
        <w:tcPr>
          <w:tcW w:w="6144" w:type="dxa"/>
          <w:gridSpan w:val="3"/>
          <w:vAlign w:val="center"/>
        </w:tcPr>
        <w:p w:rsidR="004E3F81" w:rsidRDefault="005624DC">
          <w:pPr>
            <w:jc w:val="center"/>
          </w:pPr>
          <w:r>
            <w:rPr>
              <w:b/>
              <w:color w:val="000000"/>
              <w:sz w:val="22"/>
            </w:rPr>
            <w:t>Solicitud y expediente del candidato</w:t>
          </w:r>
        </w:p>
      </w:tc>
      <w:tc>
        <w:tcPr>
          <w:tcW w:w="2048" w:type="dxa"/>
          <w:vMerge w:val="restart"/>
          <w:vAlign w:val="center"/>
        </w:tcPr>
        <w:p w:rsidR="00641197" w:rsidRDefault="00641197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:rsidTr="00641197">
      <w:tc>
        <w:tcPr>
          <w:tcW w:w="2048" w:type="dxa"/>
          <w:vAlign w:val="center"/>
        </w:tcPr>
        <w:p w:rsidR="004E3F81" w:rsidRDefault="005624DC">
          <w:pPr>
            <w:jc w:val="center"/>
          </w:pPr>
          <w:r>
            <w:rPr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 w:rsidR="004E3F81" w:rsidRDefault="005624DC">
          <w:pPr>
            <w:jc w:val="center"/>
          </w:pPr>
          <w:r>
            <w:rPr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 w:rsidR="004E3F81" w:rsidRDefault="005624DC">
          <w:pPr>
            <w:jc w:val="center"/>
          </w:pPr>
          <w:r>
            <w:rPr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 w:rsidR="004E3F81" w:rsidRDefault="005624DC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:rsidR="00641197" w:rsidRDefault="00641197" w:rsidP="00641197"/>
      </w:tc>
    </w:tr>
    <w:tr w:rsidR="00641197" w:rsidTr="00641197">
      <w:tc>
        <w:tcPr>
          <w:tcW w:w="8192" w:type="dxa"/>
          <w:gridSpan w:val="4"/>
          <w:vAlign w:val="center"/>
        </w:tcPr>
        <w:p w:rsidR="004E3F81" w:rsidRDefault="005624DC">
          <w:r>
            <w:rPr>
              <w:color w:val="000000"/>
              <w:sz w:val="22"/>
            </w:rPr>
            <w:t>Área: RECURSOS HUMANOS</w:t>
          </w:r>
        </w:p>
      </w:tc>
      <w:tc>
        <w:tcPr>
          <w:tcW w:w="2048" w:type="dxa"/>
          <w:vAlign w:val="center"/>
        </w:tcPr>
        <w:p w:rsidR="004E3F81" w:rsidRDefault="005624DC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5A6A"/>
    <w:rsid w:val="00100BA8"/>
    <w:rsid w:val="0015074B"/>
    <w:rsid w:val="001F4D03"/>
    <w:rsid w:val="0025199F"/>
    <w:rsid w:val="0029639D"/>
    <w:rsid w:val="00326F90"/>
    <w:rsid w:val="004E3F81"/>
    <w:rsid w:val="005624DC"/>
    <w:rsid w:val="00641197"/>
    <w:rsid w:val="00686D93"/>
    <w:rsid w:val="006F0EFF"/>
    <w:rsid w:val="007345A7"/>
    <w:rsid w:val="00820A7C"/>
    <w:rsid w:val="00A53FC2"/>
    <w:rsid w:val="00A559C4"/>
    <w:rsid w:val="00A667C9"/>
    <w:rsid w:val="00AA1D8D"/>
    <w:rsid w:val="00B22286"/>
    <w:rsid w:val="00B47730"/>
    <w:rsid w:val="00BB63EB"/>
    <w:rsid w:val="00C31FB2"/>
    <w:rsid w:val="00C77153"/>
    <w:rsid w:val="00CA07AC"/>
    <w:rsid w:val="00CB0664"/>
    <w:rsid w:val="00E876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53ED6A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00BA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BA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472497-8366-40AA-BE8A-02D049EC9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214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9</cp:revision>
  <cp:lastPrinted>2026-04-21T01:21:00Z</cp:lastPrinted>
  <dcterms:created xsi:type="dcterms:W3CDTF">2026-04-21T01:21:00Z</dcterms:created>
  <dcterms:modified xsi:type="dcterms:W3CDTF">2026-05-05T00:29:00Z</dcterms:modified>
  <cp:category/>
</cp:coreProperties>
</file>